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- 10/03/2023 - ISSUE"</w:t>
      </w:r>
      <w:r>
        <w:br/>
      </w:r>
      <w:r>
        <w:rPr>
          <w:b w:val="0"/>
          <w:i w:val="0"/>
        </w:rPr>
        <w:br/>
        <w:t>date_original: "10/03/2023 - ISSUE"</w:t>
      </w:r>
      <w:r>
        <w:br/>
      </w:r>
      <w:r>
        <w:rPr>
          <w:b w:val="0"/>
          <w:i w:val="0"/>
        </w:rPr>
        <w:br/>
        <w:t>source_url: "https://www.ourdogs.co.uk/members/breednotes/RetrieverLabradorMain.php"</w:t>
      </w:r>
      <w:r>
        <w:br/>
      </w:r>
      <w:r>
        <w:rPr>
          <w:b w:val="0"/>
          <w:i w:val="0"/>
        </w:rPr>
        <w:br/>
        <w:t>scraped_at: "2026-09-13T15:10:30"</w:t>
      </w:r>
      <w:r>
        <w:br/>
      </w:r>
      <w:r>
        <w:rPr>
          <w:b w:val="0"/>
          <w:i w:val="0"/>
        </w:rPr>
        <w:br/>
        <w:t>word_count: 701</w:t>
      </w:r>
    </w:p>
    <w:p>
      <w:r>
        <w:t>――――――――――――――――――――――――――――――</w:t>
      </w:r>
    </w:p>
    <w:p>
      <w:r>
        <w:rPr>
          <w:b w:val="0"/>
          <w:i w:val="0"/>
        </w:rPr>
        <w:t>NEWS MEMBERS' AREA SHOP SUBSCRIBE UPCOMING SHOWS MORE</w:t>
      </w:r>
    </w:p>
    <w:p>
      <w:r>
        <w:rPr>
          <w:b w:val="0"/>
          <w:i w:val="0"/>
        </w:rPr>
        <w:t>RETRIEVER LABRADOR</w:t>
      </w:r>
    </w:p>
    <w:p>
      <w:r>
        <w:rPr>
          <w:b w:val="0"/>
          <w:i w:val="0"/>
        </w:rPr>
        <w:t>Issue: 10/03/2023</w:t>
      </w:r>
    </w:p>
    <w:p>
      <w:r>
        <w:rPr>
          <w:b w:val="0"/>
          <w:i w:val="0"/>
        </w:rPr>
        <w:t xml:space="preserve">The excitement of Crufts is upon us once more. Labradors on Day 1 Thursday, have the top entry of the four day show, with 537 dogs and bitches entered, 643 class entries, at the NEC Birmingham.  Our judges are Dave Wilmshurst (234 Dogs) and Guy Spangolo from Australia (303 Bitches). I am sure they will both have a memorable and most enjoyable day. </w:t>
      </w:r>
    </w:p>
    <w:p>
      <w:r>
        <w:rPr>
          <w:b w:val="0"/>
          <w:i w:val="0"/>
        </w:rPr>
        <w:t>From experience whether judging or showing, I recommend wearing very comfortable shoe, perhaps take an extra pair to change into, as the carpeted NEC floor can prove hard-going after several hours.</w:t>
      </w:r>
    </w:p>
    <w:p>
      <w:r>
        <w:rPr>
          <w:b w:val="0"/>
          <w:i w:val="0"/>
        </w:rPr>
        <w:t>I recall when judging a similar sized entry of bitches at Crufts several years ago, I didnt even notice my feet throughout the day; it was only when I had finished judging, when everyone had departed and left for home, I realised my feet were absolutely killing me and my shoes appeared about two sizes too small.  The walk to where my car was parked over at the hotel was a strict example of mind over matter. Ow! One step, tentatively, in front of the other!</w:t>
      </w:r>
    </w:p>
    <w:p>
      <w:r>
        <w:rPr>
          <w:b w:val="0"/>
          <w:i w:val="0"/>
        </w:rPr>
        <w:t>Judging this year starts at 8am, so up in the dark to feed and exercise the retired dogs, those not attending the show, and a very early drive from home as it is a work day in Birmingham, with work day traffic on roads around the NEC. Time also has to be allowed for the long half hour walk from the distant carparks for those like me with no drop off or helpers, before finally arriving at the spacious Hall 5 and finding ones bench at the far end.</w:t>
      </w:r>
    </w:p>
    <w:p>
      <w:r>
        <w:rPr>
          <w:b w:val="0"/>
          <w:i w:val="0"/>
        </w:rPr>
        <w:t xml:space="preserve">I note some younger exhibitors have been chatting on social media about shopping for their special Crufts wardrobe for the exciting day. It is so good they take pride in their appearance. </w:t>
      </w:r>
    </w:p>
    <w:p>
      <w:r>
        <w:rPr>
          <w:b w:val="0"/>
          <w:i w:val="0"/>
        </w:rPr>
        <w:t xml:space="preserve">In most Groups, dress code has varied as the years have gone by. The possibly less fashion conscious of all the Groups at the show, the Gundog exhibitors, are just interested in showing their excellent sporting dogs. They normally wear clean practical unexaggerated attire at any show and at Crufts generally sport smart casual outdoor outfits in tones of brown or green with the occasional colourful blazer or a bright tie added. Other Groups tend to be far more spectacular. </w:t>
      </w:r>
    </w:p>
    <w:p>
      <w:r>
        <w:rPr>
          <w:b w:val="0"/>
          <w:i w:val="0"/>
        </w:rPr>
        <w:t xml:space="preserve">For example, when I was a child, male Terrier handlers universally wore long, pure white coats, probably so that the volumes of chalk applied didnt show up on handlers everyday clothes. Now that chalking etc is disallowed, handlers outfits have become far more colourful, especially the ladies. </w:t>
      </w:r>
    </w:p>
    <w:p>
      <w:r>
        <w:rPr>
          <w:b w:val="0"/>
          <w:i w:val="0"/>
        </w:rPr>
        <w:t>For the younger feminine Terrier and Utility Group exhibitors, rather than wearing trousers or jeans and trainers, nowadays the smart uniform for all shapes and differing sizes, is often the extra tight, minuscule, barely bottom-skimming, highly tensioned skirt, like a huge colour-co-ordinated elastic band. I wonder how on earth they can move their dogs, bend over or even kneel down, but they do so remarkably confidently and later professionally stride around the ring every stitch of the skirt doing its firm-hold duty.</w:t>
      </w:r>
    </w:p>
    <w:p>
      <w:r>
        <w:rPr>
          <w:b w:val="0"/>
          <w:i w:val="0"/>
        </w:rPr>
        <w:t xml:space="preserve">As for feet, in the past I have seen lady judges tottering around grass rings judging Toy breeds in three inch high stiletto heeled shoes, each step sinking into the turf, the depth of the heel and pinioning the wearer to the ground, or risking spiking an exhibits foot. Nowadays - thankfully, exhibitors shoes seem to be sensibly flat slippers, with fake leopard skin appearing as an eye catching norm. </w:t>
      </w:r>
    </w:p>
    <w:p>
      <w:r>
        <w:rPr>
          <w:b w:val="0"/>
          <w:i w:val="0"/>
        </w:rPr>
        <w:t>Whatever you wear, have great fun, I hope your dogs do you credit and everyone has a thoroughly happy and memorable day.</w:t>
      </w:r>
    </w:p>
    <w:p>
      <w:r>
        <w:rPr>
          <w:b w:val="0"/>
          <w:i w:val="0"/>
        </w:rPr>
        <w:t>Ann Britton</w:t>
      </w:r>
    </w:p>
    <w:p>
      <w:r>
        <w:rPr>
          <w:b w:val="0"/>
          <w:i w:val="0"/>
        </w:rPr>
        <w:t>bowstones@ 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