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- 23/02/2018 - ISSUE"</w:t>
      </w:r>
      <w:r>
        <w:br/>
      </w:r>
      <w:r>
        <w:rPr>
          <w:b w:val="0"/>
          <w:i w:val="0"/>
        </w:rPr>
        <w:br/>
        <w:t>date_original: "23/02/2018 - ISSUE"</w:t>
      </w:r>
      <w:r>
        <w:br/>
      </w:r>
      <w:r>
        <w:rPr>
          <w:b w:val="0"/>
          <w:i w:val="0"/>
        </w:rPr>
        <w:br/>
        <w:t>source_url: "https://www.ourdogs.co.uk/members/breednotes/RetrieverLabradorMain.php"</w:t>
      </w:r>
      <w:r>
        <w:br/>
      </w:r>
      <w:r>
        <w:rPr>
          <w:b w:val="0"/>
          <w:i w:val="0"/>
        </w:rPr>
        <w:br/>
        <w:t>scraped_at: "2026-09-13T15:23:45"</w:t>
      </w:r>
      <w:r>
        <w:br/>
      </w:r>
      <w:r>
        <w:rPr>
          <w:b w:val="0"/>
          <w:i w:val="0"/>
        </w:rPr>
        <w:br/>
        <w:t>word_count: 1187</w:t>
      </w:r>
    </w:p>
    <w:p>
      <w:r>
        <w:t>――――――――――――――――――――――――――――――</w:t>
      </w:r>
    </w:p>
    <w:p>
      <w:r>
        <w:rPr>
          <w:b w:val="0"/>
          <w:i w:val="0"/>
        </w:rPr>
        <w:t>NEWS MEMBERS' AREA SHOP SUBSCRIBE UPCOMING SHOWS MORE</w:t>
      </w:r>
    </w:p>
    <w:p>
      <w:r>
        <w:rPr>
          <w:b w:val="0"/>
          <w:i w:val="0"/>
        </w:rPr>
        <w:t>RETRIEVER LABRADOR</w:t>
      </w:r>
    </w:p>
    <w:p>
      <w:r>
        <w:rPr>
          <w:b w:val="0"/>
          <w:i w:val="0"/>
        </w:rPr>
        <w:t>Issue: 23/02/2018</w:t>
      </w:r>
    </w:p>
    <w:p>
      <w:r>
        <w:rPr>
          <w:b w:val="0"/>
          <w:i w:val="0"/>
        </w:rPr>
        <w:t>Best wishes for a speedy recovery to Carey Bambrook, who is now sporting a brand new knee. We all hope you are thoroughly sound very soon, Carey.</w:t>
      </w:r>
    </w:p>
    <w:p>
      <w:r>
        <w:rPr>
          <w:b w:val="0"/>
          <w:i w:val="0"/>
        </w:rPr>
        <w:t>Wow, what a successful day for Fiona Macleans Afinmore kennel at Northumberland &amp; Durham Lab Club recent Open show under judge Di Beer.</w:t>
      </w:r>
    </w:p>
    <w:p>
      <w:r>
        <w:rPr>
          <w:b w:val="0"/>
          <w:i w:val="0"/>
        </w:rPr>
        <w:t>Forest (Afinmore Alain JW ShCM) won Best in Show, Wilson (A Azufral) was Reserve Best in Show and Forest's daughter Lolly (Northernjoy Lollipop Afinmore) was Best Puppy in Show at her first ever show. Forest's sons won junior (A Absolut JW) and yearling (Shaymiloney Schinus Afinmore) and Best Puppy Dog, Reserve Best Puppy in Show was a Wilson son (Whistletyne Tanqueray). Fiona writes "Many thanks to the judge Di Beer and to the committee for a lovely show".</w:t>
      </w:r>
    </w:p>
    <w:p>
      <w:r>
        <w:rPr>
          <w:b w:val="0"/>
          <w:i w:val="0"/>
        </w:rPr>
        <w:t xml:space="preserve">Staying with northern show news, congratulations to Louise Lewis in Scotland, whose young black bitch Ramsayville Rags to Riches at Crammondkirk has qualified for the Top Scottish Gundog Puppy Competition in March. She was also BOB last weekend under Sarah Mclellan and later Group 1 at Upperward Of Lanarkshire Canine Society. </w:t>
      </w:r>
    </w:p>
    <w:p>
      <w:r>
        <w:rPr>
          <w:b w:val="0"/>
          <w:i w:val="0"/>
        </w:rPr>
        <w:t>From Scotland we turn to Wales where Lynda Miles yellow dog, Llanstinan Sugar Daddy has qualified for the impressive Welsh Junior the Year Competition to be held at Builth Wells.</w:t>
      </w:r>
    </w:p>
    <w:p>
      <w:r>
        <w:rPr>
          <w:b w:val="0"/>
          <w:i w:val="0"/>
        </w:rPr>
        <w:t>Moving south to the Midlands, there were two shows over two days last weekend at Three Counties Showground, Malvern; Gloucester and District Canine Society was held on the Saturday and the following day Mid-Western Gundog Society was held, overseen by Show Manager David Coode and President, Carole Coode. Good to see Rosa Agostini who was visiting the UK from Italy to judge all the Italian Gundog breeds.</w:t>
      </w:r>
    </w:p>
    <w:p>
      <w:r>
        <w:rPr>
          <w:b w:val="0"/>
          <w:i w:val="0"/>
        </w:rPr>
        <w:t xml:space="preserve">At the first show, Gloucester, Labrador Best Puppy and Best of Breed was my own 10 month black dog Llanstinan Louis Lewis Bowstones who later went on to win Gundog Puppy Group 1 and ended up Reserve Best Puppy in Show under BIS judge Helen Weyman. </w:t>
      </w:r>
    </w:p>
    <w:p>
      <w:r>
        <w:rPr>
          <w:b w:val="0"/>
          <w:i w:val="0"/>
        </w:rPr>
        <w:t>At Mid-Western Gundog, with an overall entry of 349 Gundogs, Best of Breed under Ian Dawson was my yellow dog, Bowstones Pumpkin who was shortlisted in the full Gundog Group. Reserve Best of Breed was Fiona Brandon's yellow Trendlwood Born to Run JW who later won the "Res Best of Breed at Mid-Western" competition under Carole Coode.</w:t>
      </w:r>
    </w:p>
    <w:p>
      <w:r>
        <w:rPr>
          <w:b w:val="0"/>
          <w:i w:val="0"/>
        </w:rPr>
        <w:t>Best Opposite Sex was Lynda Miles yellow bitch, Llanstinan Macaroon and Best Puppy was Penny Carpaninis yellow dog Carpenny Made to Measure at Dromtacker (IKC) who was shortlisted into the final four in the Puppy Group. To top a good Labrador day, Lisa Finney's black dog Play on Words who was entered in the Working Retriever class, was declared Best Working Gundog in Show.</w:t>
      </w:r>
    </w:p>
    <w:p>
      <w:r>
        <w:rPr>
          <w:b w:val="0"/>
          <w:i w:val="0"/>
        </w:rPr>
        <w:t>Ch show entries closing soon include :- show date 17th March - Three Ridings Lab Club (judges Arwyn Ellis dogs and Sian Ellis bitches).</w:t>
      </w:r>
    </w:p>
    <w:p>
      <w:r>
        <w:rPr>
          <w:b w:val="0"/>
          <w:i w:val="0"/>
        </w:rPr>
        <w:t>Show date 1st April - Kent Surrey and Sussex Lab Club (Phillipe Lammens dogs and Judith Charlton Bitches)</w:t>
      </w:r>
    </w:p>
    <w:p>
      <w:r>
        <w:rPr>
          <w:b w:val="0"/>
          <w:i w:val="0"/>
        </w:rPr>
        <w:t>Show date 7th April -The Labrador Club of Scotland (Ann Britton Dogs - Lorna Blackie Bitches)</w:t>
      </w:r>
    </w:p>
    <w:p>
      <w:r>
        <w:rPr>
          <w:b w:val="0"/>
          <w:i w:val="0"/>
        </w:rPr>
        <w:t>Show date 8th April - Midland Counties Lab Club (Margaret Brown dogs - Gary Johnson bitches)</w:t>
      </w:r>
    </w:p>
    <w:p>
      <w:r>
        <w:rPr>
          <w:b w:val="0"/>
          <w:i w:val="0"/>
        </w:rPr>
        <w:t>Regarding the latter two shows, I note the KC has yet again continued to allocate two Breed Club championship shows, miles apart, at other ends of the country, on consecutive days. I know exhibitors had previously complained in the past when Lab Club of Scotland Ch Show in its slot on a Saturday was followed the very next day by Kent Surrey and Sussex LRC Ch Show.</w:t>
      </w:r>
    </w:p>
    <w:p>
      <w:r>
        <w:rPr>
          <w:b w:val="0"/>
          <w:i w:val="0"/>
        </w:rPr>
        <w:t>Naturally exhibitors were unhappy to now read of what amounts to be virtually no change, but just a straight swop of club names; namely LRC Scotland and now Midland Counties LRC together, with hundreds of miles to drive between them overnight, instead of KSSLRC. As well as decreasing entries, it encourages those driving from one end of the country to the other, to continue to risk exceeding allowed driving hours, thus surely endangering the safety of dogs and humans, if tiredness becomes a problem when there is no co-driver to take over.</w:t>
      </w:r>
    </w:p>
    <w:p>
      <w:r>
        <w:rPr>
          <w:b w:val="0"/>
          <w:i w:val="0"/>
        </w:rPr>
        <w:t xml:space="preserve">Hopefully this will eventually be sorted out. </w:t>
      </w:r>
    </w:p>
    <w:p>
      <w:r>
        <w:rPr>
          <w:b w:val="0"/>
          <w:i w:val="0"/>
        </w:rPr>
        <w:t xml:space="preserve">Finally with Crufts approaching, remember the showring is to display your dog efficiently to the judge, who may occasionally take a sneaky backward glance around the ring as a reminder to himself of the quality of the dogs he has already gone over. </w:t>
      </w:r>
    </w:p>
    <w:p>
      <w:r>
        <w:rPr>
          <w:b w:val="0"/>
          <w:i w:val="0"/>
        </w:rPr>
        <w:t>Make sure you are ready and not fooling around or in deep conversation. Pay attention! Watch the judge! The classes are numerically enormous and therefore lengthy, so relax but don't treat the ring as a playground.</w:t>
      </w:r>
    </w:p>
    <w:p>
      <w:r>
        <w:rPr>
          <w:b w:val="0"/>
          <w:i w:val="0"/>
        </w:rPr>
        <w:t>Also, allowing your exhibit to sniff the rear ends and jump all over other dogs standing attentive to their handlers in the ring, or throwing bait, using clickers, balls, crackly paper, or squeaky toys to distract them, seems to demonstrate some pretty unsporting modern gamesmanship, such rowdy behaviour possibly putting other dogs off. This would never have been tolerated in years gone by. It's downright rude!</w:t>
      </w:r>
    </w:p>
    <w:p>
      <w:r>
        <w:rPr>
          <w:b w:val="0"/>
          <w:i w:val="0"/>
        </w:rPr>
        <w:t xml:space="preserve">Nor is the green Crufts carpet a dogs toilet! Make sure to take your dog to use the well placed sawdust exercise areas in each Hall well before you enter the ring. Pretending you've only just arrived at the show, is no excuse, especially when you've actually been there for hours on end, please bear a thought for those following you, trying to show their dog, without having its nose glued to the floor, on the same, now soiled and smelly carpet of the ring! </w:t>
      </w:r>
    </w:p>
    <w:p>
      <w:r>
        <w:rPr>
          <w:b w:val="0"/>
          <w:i w:val="0"/>
        </w:rPr>
        <w:t>When I judged there a few years ago, an exhibitor allowed her Lab to pee what seemed like gallons, right where the exhibits were being examined. Such a nuisance, as everything had to be moved away, after that part of the carpet was so soiled by strong urine and Bitch hormonal smell for the rest of the day it was unusable.</w:t>
      </w:r>
    </w:p>
    <w:p>
      <w:r>
        <w:rPr>
          <w:b w:val="0"/>
          <w:i w:val="0"/>
        </w:rPr>
        <w:t>So, allow enough time and get the dogs exercised beforehand!</w:t>
      </w:r>
    </w:p>
    <w:p>
      <w:r>
        <w:rPr>
          <w:b w:val="0"/>
          <w:i w:val="0"/>
        </w:rPr>
        <w:t>Ring etiquette standards do appear to have dropped considerably at many shows in the past handful of years.</w:t>
      </w:r>
    </w:p>
    <w:p>
      <w:r>
        <w:rPr>
          <w:b w:val="0"/>
          <w:i w:val="0"/>
        </w:rPr>
        <w:t>You might feel overjoyed and excited to even be at Crufts but whilst in the ring, bottle the joy, cut the chatting, make sure you're not a nuisance to other exhibitors and thereby hopefully everyone will thoroughly enjoy their day.</w:t>
      </w:r>
    </w:p>
    <w:p>
      <w:r>
        <w:rPr>
          <w:b w:val="0"/>
          <w:i w:val="0"/>
        </w:rPr>
        <w:t xml:space="preserve">Do remember to email me your BOB and Group wins and placings, with the name of the show and your dog if you would like their success to be included in the Breed notes, as sadly </w:t>
      </w:r>
    </w:p>
    <w:p>
      <w:r>
        <w:rPr>
          <w:b w:val="0"/>
          <w:i w:val="0"/>
        </w:rPr>
        <w:t>I am not clairvoyant, yet!</w:t>
      </w:r>
    </w:p>
    <w:p>
      <w:r>
        <w:rPr>
          <w:b w:val="0"/>
          <w:i w:val="0"/>
        </w:rPr>
        <w:t xml:space="preserve">Ann Britton    01989 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