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- 29/07/2016 - ISSUE"</w:t>
      </w:r>
      <w:r>
        <w:br/>
      </w:r>
      <w:r>
        <w:rPr>
          <w:b w:val="0"/>
          <w:i w:val="0"/>
        </w:rPr>
        <w:br/>
        <w:t>date_original: "29/07/2016 - ISSUE"</w:t>
      </w:r>
      <w:r>
        <w:br/>
      </w:r>
      <w:r>
        <w:rPr>
          <w:b w:val="0"/>
          <w:i w:val="0"/>
        </w:rPr>
        <w:br/>
        <w:t>source_url: "https://www.ourdogs.co.uk/members/breednotes/RetrieverLabradorMain.php"</w:t>
      </w:r>
      <w:r>
        <w:br/>
      </w:r>
      <w:r>
        <w:rPr>
          <w:b w:val="0"/>
          <w:i w:val="0"/>
        </w:rPr>
        <w:br/>
        <w:t>scraped_at: "2026-09-13T15:28:19"</w:t>
      </w:r>
      <w:r>
        <w:br/>
      </w:r>
      <w:r>
        <w:rPr>
          <w:b w:val="0"/>
          <w:i w:val="0"/>
        </w:rPr>
        <w:br/>
        <w:t>word_count: 462</w:t>
      </w:r>
    </w:p>
    <w:p>
      <w:r>
        <w:t>――――――――――――――――――――――――――――――</w:t>
      </w:r>
    </w:p>
    <w:p>
      <w:r>
        <w:rPr>
          <w:b w:val="0"/>
          <w:i w:val="0"/>
        </w:rPr>
        <w:t>NEWS MEMBERS' AREA SHOP SUBSCRIBE UPCOMING SHOWS MORE</w:t>
      </w:r>
    </w:p>
    <w:p>
      <w:r>
        <w:rPr>
          <w:b w:val="0"/>
          <w:i w:val="0"/>
        </w:rPr>
        <w:t>RETRIEVER LABRADOR</w:t>
      </w:r>
    </w:p>
    <w:p>
      <w:r>
        <w:rPr>
          <w:b w:val="0"/>
          <w:i w:val="0"/>
        </w:rPr>
        <w:t>Issue: 29/07/2016</w:t>
      </w:r>
    </w:p>
    <w:p>
      <w:r>
        <w:rPr>
          <w:b w:val="0"/>
          <w:i w:val="0"/>
        </w:rPr>
        <w:t>Apologies for lack of notes last week. I was away judging in Sweden but I see there was excellent coverage with informative text by Labrador Club Secretary Rachel Williams and four lovely  pages of photos of the recent Labrador Retriever Club Centennial events at Stoneleigh, so plenty to enjoy.</w:t>
      </w:r>
    </w:p>
    <w:p>
      <w:r>
        <w:rPr>
          <w:b w:val="0"/>
          <w:i w:val="0"/>
        </w:rPr>
        <w:t>I was sorry to hear on my return from judging at the Swedish Labrador Retriever Club Show with Lynda Miles (Llanstinan)and then the following day at the Swedish Spaniel and Retriever Club  with Anne Lavelle (Crosscroyde) that due to ill health  Lorna Blackie has had to withdraw from  judging  at National Gundog Association show on 7th August 2016. Her replacement is Celia Turner, subject to KC approval. Get well soon, Lorna.</w:t>
      </w:r>
    </w:p>
    <w:p>
      <w:r>
        <w:rPr>
          <w:b w:val="0"/>
          <w:i w:val="0"/>
        </w:rPr>
        <w:t xml:space="preserve">The Lab Club of Wales Open show report has kindly been sent in by Margaret Barker. </w:t>
      </w:r>
    </w:p>
    <w:p>
      <w:r>
        <w:rPr>
          <w:b w:val="0"/>
          <w:i w:val="0"/>
        </w:rPr>
        <w:t>"The Labrador Retriever Club Of Wales held it's summer Open Show in Caerphilly on Saturday July 16th. Judge Sian Evans (Bowsian) drew an entry of 70, (34 dogs and 36 bitches) making a total of 91 class entries.</w:t>
      </w:r>
    </w:p>
    <w:p>
      <w:r>
        <w:rPr>
          <w:b w:val="0"/>
          <w:i w:val="0"/>
        </w:rPr>
        <w:t>Best in Show was Penny Carpanini's Junior Bitch winner Carpenny Portia (Carpenny Primo/Sh.Ch. Flossfalls Monopoly Of Carpenny) with Linda Harvey Major and Toos Van Leuween's Yellow Open Dog winner Linjor Cassablanca J.W., Sh.C.M. (Sh.Ch. Brockburrow Cassanova In Linjor J.W.; Sh.C.M./Can.Ch. Chablais Lyric Of Linjor) taking the Reserve.</w:t>
      </w:r>
    </w:p>
    <w:p>
      <w:r>
        <w:rPr>
          <w:b w:val="0"/>
          <w:i w:val="0"/>
        </w:rPr>
        <w:t>Best Puppy in Show went to Linda Harvey Major and Sue Merrill's Puppy Dog Linjor The Squire (Fin.Ch. Devonshires London Edition (Imp. USA)/Linjor Rhianna J.W., Sh.C.M.)</w:t>
      </w:r>
    </w:p>
    <w:p>
      <w:r>
        <w:rPr>
          <w:b w:val="0"/>
          <w:i w:val="0"/>
        </w:rPr>
        <w:t>Best Veteran was Trevor and Margaret Barker's 7 year old Yellow bitch Carpenny Yeva Gyda Deerbrook (Sh.Ch. Amberstope Rebel Yell Sh.C.M./Carpenny Annika)</w:t>
      </w:r>
    </w:p>
    <w:p>
      <w:r>
        <w:rPr>
          <w:b w:val="0"/>
          <w:i w:val="0"/>
        </w:rPr>
        <w:t>Full results are available at www.labclubofwales.co.uk</w:t>
      </w:r>
    </w:p>
    <w:p>
      <w:r>
        <w:rPr>
          <w:b w:val="0"/>
          <w:i w:val="0"/>
        </w:rPr>
        <w:t xml:space="preserve">I did write much longer notes for this week but sadly having finished them, I touched the wrong key on my iPad when about to send them and whoosh.....they all vanished. Nowhere to be found. Gone! Thats not happened for donkeys years - must be jet lag. I give in! Hopefully </w:t>
      </w:r>
    </w:p>
    <w:p>
      <w:r>
        <w:rPr>
          <w:b w:val="0"/>
          <w:i w:val="0"/>
        </w:rPr>
        <w:t>I can recall the best bits for next week now!</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