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- 06/06/2014 - ISSUE"</w:t>
      </w:r>
      <w:r>
        <w:br/>
      </w:r>
      <w:r>
        <w:rPr>
          <w:b w:val="0"/>
          <w:i w:val="0"/>
        </w:rPr>
        <w:br/>
        <w:t>date_original: "06/06/2014 - ISSUE"</w:t>
      </w:r>
      <w:r>
        <w:br/>
      </w:r>
      <w:r>
        <w:rPr>
          <w:b w:val="0"/>
          <w:i w:val="0"/>
        </w:rPr>
        <w:br/>
        <w:t>source_url: "https://www.ourdogs.co.uk/members/breednotes/RetrieverLabradorMain.php"</w:t>
      </w:r>
      <w:r>
        <w:br/>
      </w:r>
      <w:r>
        <w:rPr>
          <w:b w:val="0"/>
          <w:i w:val="0"/>
        </w:rPr>
        <w:br/>
        <w:t>scraped_at: "2026-09-13T15:34:03"</w:t>
      </w:r>
      <w:r>
        <w:br/>
      </w:r>
      <w:r>
        <w:rPr>
          <w:b w:val="0"/>
          <w:i w:val="0"/>
        </w:rPr>
        <w:br/>
        <w:t>word_count: 1549</w:t>
      </w:r>
    </w:p>
    <w:p>
      <w:r>
        <w:t>――――――――――――――――――――――――――――――</w:t>
      </w:r>
    </w:p>
    <w:p>
      <w:r>
        <w:rPr>
          <w:b w:val="0"/>
          <w:i w:val="0"/>
        </w:rPr>
        <w:t>NEWS MEMBERS' AREA SHOP SUBSCRIBE UPCOMING SHOWS MORE</w:t>
      </w:r>
    </w:p>
    <w:p>
      <w:r>
        <w:rPr>
          <w:b w:val="0"/>
          <w:i w:val="0"/>
        </w:rPr>
        <w:t>RETRIEVER LABRADOR</w:t>
      </w:r>
    </w:p>
    <w:p>
      <w:r>
        <w:rPr>
          <w:b w:val="0"/>
          <w:i w:val="0"/>
        </w:rPr>
        <w:t>Issue: 06/06/2014</w:t>
      </w:r>
    </w:p>
    <w:p>
      <w:r>
        <w:rPr>
          <w:b w:val="0"/>
          <w:i w:val="0"/>
        </w:rPr>
        <w:t xml:space="preserve">Bath championship show 2014 will be remembered for several reasons, the best being the Labrador won the Gundog Group under Gundog specialist, Val Foss. The weather was appallingly wet like Bath in years of old when the old fashioned tents often flooded. That was in the years well before the splendid new layout was adopted with the lofty pavilions, the in and out rings and perfectly mown, level turf which we are now familiar with at Bath. </w:t>
      </w:r>
    </w:p>
    <w:p>
      <w:r>
        <w:rPr>
          <w:b w:val="0"/>
          <w:i w:val="0"/>
        </w:rPr>
        <w:t xml:space="preserve">Unfortunately, due to incessant rain, this year the car parks quickly became very muddy. No use moaning, the weather is beyond anyone's control and unless the entry fee is raised considerably to finance permanent land drains and roadways throughout the vast car park and caravan area, little can be done. At least there was plenty of assistance from the helpful car parking crew when exiting the mud at the end of the day.  Such a pity for the committee who had ensured the actual showground itself was as ever probably one of the best prepared on the whole show circuit.  </w:t>
      </w:r>
    </w:p>
    <w:p>
      <w:r>
        <w:rPr>
          <w:b w:val="0"/>
          <w:i w:val="0"/>
        </w:rPr>
        <w:t xml:space="preserve">Once on the actual showground and benched in the light airy benching pavilion, it was clear to all that the ground was meticulously maintained and presented. Our manicured breed ring was right next to our benching and apart from when moving our dogs in their classes, out under the dripping gutters into the pouring rain and around the outer part of the in and out rings, no-one at all needed to get wet, even though  the rain continued to descend in torrents accompanied by the odd flash of lightning and grumble of thunder, right up to the end of our breed judging. As people left for home, the rain stopped and the sun came out! Typical British summertime. </w:t>
      </w:r>
    </w:p>
    <w:p>
      <w:r>
        <w:rPr>
          <w:b w:val="0"/>
          <w:i w:val="0"/>
        </w:rPr>
        <w:t xml:space="preserve">However, the day will really be remembered very happily because the  Labrador, Anne Taylors black, Ch Fabracken Trust in Me won the Bath Gundog Group under Val Foss. Many Congratulations.  Our judges were Heather Wiles Fone (Dogs) and Tony Floyd (Bitches). The winners were Dog CC Roger and Yolande Shirtons yellow Sh Ch Woolman Cadell winning his 4th CC. The Dog RCC went to Richard Stafford's yellow Sh Ch Farnfield Topo GigioJW ShCM whilst the Bitch CC winner and Best of Breed was Anne Taylors black Ch Fabracken Trust in Me . The Bitch RCC went to Di Beers black, Tarkabbey Embrace. Best puppy in Breed was Chris Woods black bitch Lougin Secret Spy at Sundyke (Mallorns Painted Black x Sh Ch Naiken Yelenda at Lougin). David Coodes yellow dog, Warringahs Perth won the Bath Gundog Puppy Stakes on the day.  </w:t>
      </w:r>
    </w:p>
    <w:p>
      <w:r>
        <w:rPr>
          <w:b w:val="0"/>
          <w:i w:val="0"/>
        </w:rPr>
        <w:t xml:space="preserve">The following day at Edwinstowe Open show Chris Woods puppy bitch, L. Secret Spy at S. once again went Best Puppy in Breed, this time under Hilda Monaghan followed by the Gundog Puppy Group under Glyn Griffiths and RBPIS. </w:t>
      </w:r>
    </w:p>
    <w:p>
      <w:r>
        <w:rPr>
          <w:b w:val="0"/>
          <w:i w:val="0"/>
        </w:rPr>
        <w:t xml:space="preserve">There has been much general comment recently about Group judging and why the typically correct Labrador Best of Breed, sent into the Group, often from the numerically highest breed-entry at many championship shows, rarely features in the top four Gundog Group placings.  Why is it that the Labrador, more often than not, falls so far short of what the Gundog Group judges interpret as the breed requirements? </w:t>
      </w:r>
    </w:p>
    <w:p>
      <w:r>
        <w:rPr>
          <w:b w:val="0"/>
          <w:i w:val="0"/>
        </w:rPr>
        <w:t xml:space="preserve">I recently commented that for most Labrador exhibitors, winning the CC and BOB is brilliant. Going into the Group, where a good Labrador is quite likely to be labelled "boring" if it doesn't belt round at break-neck speed, is not regarded by many exhibitors with the importance and excitement it deserves; sadly they are only too aware that the Labrador BOB, however good, is more or less likely to be written off in the Group and they could be well on the way home by the time the Group is ended. It is a sad situation. I have been well placed myself in Gundog Groups over the years, but with the televising of Crufts the scenario seems to have changed in the last decade and moving flat out, at eye watering speed often seems to be one of the main requirements to get a look in at Group level. </w:t>
      </w:r>
    </w:p>
    <w:p>
      <w:r>
        <w:rPr>
          <w:b w:val="0"/>
          <w:i w:val="0"/>
        </w:rPr>
        <w:t xml:space="preserve">Being involved in championship show organisation most of my life, I have watched Group judging evolve over very many years and I stayed on a Bath this time to watch the Gundog Group and support the Labrador.  </w:t>
      </w:r>
    </w:p>
    <w:p>
      <w:r>
        <w:rPr>
          <w:b w:val="0"/>
          <w:i w:val="0"/>
        </w:rPr>
        <w:t xml:space="preserve">Once again, as the dogs came into the ring, I was pretty aghast at the flat out speed being adopted by most of the  handlers of large and small dogs as they raced like bats out of hell, one after the other into the ring, regardless of what detrimental effect the breakneck speed was doing to their dogs movement as seen from the ringside.  </w:t>
      </w:r>
    </w:p>
    <w:p>
      <w:r>
        <w:rPr>
          <w:b w:val="0"/>
          <w:i w:val="0"/>
        </w:rPr>
        <w:t xml:space="preserve">ENTERING THE RING IS NOT MEANT TO BE A RACE! EACH BREED IS SUPPOSED TO BE PRESENTING ITSELF CALMLY IN THE MANNER APPROPRIATE FOR THAT BREED. Yes, some breeds go very fast naturally; the majority do not. A fit Labrador surely has to exhibit the correct sensible pace for the breed; an example of the steady pace it would adopt when out working for a six hour stint on two or more days a week; it should not be expected to rush round in an untypical, thirty second dash. What does that show? That the dog can perform a manic extended trot for thirty seconds, what about the other five and a half hours? </w:t>
      </w:r>
    </w:p>
    <w:p>
      <w:r>
        <w:rPr>
          <w:b w:val="0"/>
          <w:i w:val="0"/>
        </w:rPr>
        <w:t xml:space="preserve">I have heard the comments from respected quarters that they wish this careering around didn't happen and it should be up to the Best in Show Ring stewards and the Group judges to stop encouraging this Farrari style presentation.  </w:t>
      </w:r>
    </w:p>
    <w:p>
      <w:r>
        <w:rPr>
          <w:b w:val="0"/>
          <w:i w:val="0"/>
        </w:rPr>
        <w:t xml:space="preserve">I am sure many Group exhibitors of all breeds would be really glad to slow things down a bit and show their dogs movement off to its best advantage; they only follow at break neck speed because the dog in front has done so and no-one tells them they may do otherwise and of course the faster they go the more the legs converge towards a single track. Doubtless some will disagree with me, but in this free country we are all allowed our opinions!  </w:t>
      </w:r>
    </w:p>
    <w:p>
      <w:r>
        <w:rPr>
          <w:b w:val="0"/>
          <w:i w:val="0"/>
        </w:rPr>
        <w:t xml:space="preserve">At least at Bath, the Group judge Val Foss rewarded the typical Labrador moving at the typically correct pace for the breed with top Group 1 honours. Hooray. End of homile. Back to show news. </w:t>
      </w:r>
    </w:p>
    <w:p>
      <w:r>
        <w:rPr>
          <w:b w:val="0"/>
          <w:i w:val="0"/>
        </w:rPr>
        <w:t xml:space="preserve">Friday 30th May was Gundog day at Southern Counties championship show, which was held at Newbury showground. It was actually a dry day, slightly overcast, so ideal for showing. The judge was Becky Johnson taking on an entry of 165 Labrador dogs and bitches for the first time. The winners were Dog CC, his crowning third CC, Sheelin Cuthberts black Ballyduff Marius (Ch Naiken Way Out West x Bradleyparva Dryad of Ballyduff - a daughter of Ch Carpenny Walpole). </w:t>
      </w:r>
    </w:p>
    <w:p>
      <w:r>
        <w:rPr>
          <w:b w:val="0"/>
          <w:i w:val="0"/>
        </w:rPr>
        <w:t xml:space="preserve">Many congratulations to Sheelin who will have had a new knee by the time these notes are printed. We wish her a very "sound" and speedy recovery.  </w:t>
      </w:r>
    </w:p>
    <w:p>
      <w:r>
        <w:rPr>
          <w:b w:val="0"/>
          <w:i w:val="0"/>
        </w:rPr>
        <w:t xml:space="preserve">The Dog RCC was won by the Hodge family's black, the half brother to the CC winner Ch Naiken Zephyr JW. Bitch CC and Best of Breed was a first such award for the Metcalfes yellow, Baileydale Miss Busybody. JW whilst the Bitch RCC winner was once again Di Beers black Tarkabbey Embrace. Best Puppy went to David Coodes yellow dog Warringahs Perth. </w:t>
      </w:r>
    </w:p>
    <w:p>
      <w:r>
        <w:rPr>
          <w:b w:val="0"/>
          <w:i w:val="0"/>
        </w:rPr>
        <w:t xml:space="preserve">The journey home on a Friday was I gather pretty lengthy for drivers in all directions. At one point I did 3 miles in half an hour, so heavy was the Friday afternoon traffic, then someone ahead drove into the back of another car and that was that for a while. Parked! </w:t>
      </w:r>
    </w:p>
    <w:p>
      <w:r>
        <w:rPr>
          <w:b w:val="0"/>
          <w:i w:val="0"/>
        </w:rPr>
        <w:t xml:space="preserve">Alison Scutcher writes, "As some of you know we lost Sally Playle (Triplecroft) to cancer a short time ago. Bournemouth championship show was a wonderful day for Sally in 2013 so at Bournemouth this year (Monday 11th August) we are going to have a gazebo party in her memory - basically drinks, cake and nibbles with donations to a cancer charity.  Bournemouth Championship Show have kindly given permission and hopefully even if you didnt know Sally but you have been affected by cancer you will hopefully join us for a little tea party after judging.  If anyone is prepared to make/bring a cake or drink donation on the day can you kindly contact Alison Scutcher or Rachel Williams direct or you can note the list being held on the UK Labrador Show Group Facebook page" </w:t>
      </w:r>
    </w:p>
    <w:p>
      <w:r>
        <w:rPr>
          <w:b w:val="0"/>
          <w:i w:val="0"/>
        </w:rPr>
        <w:t xml:space="preserve">Finally, from time to time I do get enquiries for pet puppies. Do let me know if you have any available from health tested parents. </w:t>
      </w:r>
    </w:p>
    <w:p>
      <w:r>
        <w:rPr>
          <w:b w:val="0"/>
          <w:i w:val="0"/>
        </w:rPr>
        <w:t>Ann Britton, 01989720665</w:t>
      </w:r>
    </w:p>
    <w:p>
      <w:r>
        <w:rPr>
          <w:b w:val="0"/>
          <w:i w:val="0"/>
        </w:rPr>
        <w:t xml:space="preserve">bowstones@btinternet.com </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