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Sep 2008"</w:t>
      </w:r>
      <w:r>
        <w:br/>
      </w:r>
      <w:r>
        <w:rPr>
          <w:b w:val="0"/>
          <w:i w:val="0"/>
        </w:rPr>
        <w:br/>
        <w:t>date_original: "12 Sep 2008"</w:t>
      </w:r>
      <w:r>
        <w:br/>
      </w:r>
      <w:r>
        <w:rPr>
          <w:b w:val="0"/>
          <w:i w:val="0"/>
        </w:rPr>
        <w:br/>
        <w:t>source_url: "https://www.ourdogs.co.uk/members/breednotes/2008/RetrieverLabrador/RetrieverLabrador-sep12.htm"</w:t>
      </w:r>
      <w:r>
        <w:br/>
      </w:r>
      <w:r>
        <w:rPr>
          <w:b w:val="0"/>
          <w:i w:val="0"/>
        </w:rPr>
        <w:br/>
        <w:t>archive_type: "static_html"</w:t>
      </w:r>
      <w:r>
        <w:br/>
      </w:r>
      <w:r>
        <w:rPr>
          <w:b w:val="0"/>
          <w:i w:val="0"/>
        </w:rPr>
        <w:br/>
        <w:t>scraped_at: "2026-09-13T22:06:04"</w:t>
      </w:r>
      <w:r>
        <w:br/>
      </w:r>
      <w:r>
        <w:rPr>
          <w:b w:val="0"/>
          <w:i w:val="0"/>
        </w:rPr>
        <w:br/>
        <w:t>word_count: 1075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City of Birmingham championship show, held at Stoneleigh, Warwickshire, was a first time appointment for Mr Chris Mills (Lembas). Judging was under cover as is usual at this event and our benching was conveniently close by. Looking very smart, Chris got on well with the job and from an entry of 188 his winners were Dog CC, Best of Breed and Group 4, under Jock Mackay, Linda Harvey Major’s 5-year-old yellow dog Linjor Valentino JW ShCM (Rocheby Old Smokey x Linjor Miss Scarlet), who was made up on the day.</w:t>
      </w:r>
    </w:p>
    <w:p>
      <w:r>
        <w:rPr>
          <w:b w:val="0"/>
          <w:i w:val="0"/>
        </w:rPr>
        <w:t>He won his first CC at Three Counties 2007 under Tony Floyd; his second CC and Best of Breed at Gundog Breeds of Scotland 2007 under Lorraine Tooth and now his crowning CC at City of Birmingham 2008. It was a great week for Linda as I gather one of her dogs was made up in the USA a few days previously. Many congratulations. The RDCC went to Mr and Mrs Neal’s yellow Amberstope Rebel Yell (Amberstope Glen Grant x Amberstope Georgia).</w:t>
      </w:r>
    </w:p>
    <w:p>
      <w:r>
        <w:rPr>
          <w:b w:val="0"/>
          <w:i w:val="0"/>
        </w:rPr>
        <w:t>The applause from the ringside for the Bitch CC winner nearly lifted the roof off as young Gemma Baillie’s 4-year-old yellow Cambremer Ocean Breeze By Kilstron ShCM (Tullochmohr Titanic at Kilstron x Blackfyne Swing n Time at Cambremer) won her and her owner’s very first CC following on from two RCCs (one awarded by me at Windsor 08). The RBCC went to Ronwein Phillips’ yellow, Shardanell Blue Ribbon At Sheenaron (Keenes Blueprint x Sheenaron Merry Holiberi of Shardanell). Best Puppy was John and Denise Timms yellow bitch, Lejie Thyme (Rocheby Old Smokey x Lejie Back in Time).</w:t>
      </w:r>
    </w:p>
    <w:p>
      <w:r>
        <w:rPr>
          <w:b w:val="0"/>
          <w:i w:val="0"/>
        </w:rPr>
        <w:t>The Kennel Club’s new show centre at Stoneleigh was open for viewing and what a super venue it is. If the price is right I am sure events will be flocking there in the future; hopefully, perhaps, some Labrador club shows?</w:t>
      </w:r>
    </w:p>
    <w:p>
      <w:r>
        <w:rPr>
          <w:b w:val="0"/>
          <w:i w:val="0"/>
        </w:rPr>
        <w:t>A correction to last week’s notes. The Dog CC winner at SKC under Brian Hayward, Rewari Extra Edition, is yellow and not black. My apologies.</w:t>
      </w:r>
    </w:p>
    <w:p>
      <w:r>
        <w:rPr>
          <w:b w:val="0"/>
          <w:i w:val="0"/>
        </w:rPr>
        <w:t>There will be a BVA/KC Eye Testing Session by opthamologist, Mr John Goodyear, MRCVS at 18 Station Road, Fernhill Heath, Worcester, WR3 7UJ on Sunday 19th October 08, starting at 11am. The cost is £24 per dog. For appointments call, text or email Dawn on 07866 574 901, or 01905 452 078 or dawninett@aol.com. Remember to take your dogs’ Kennel Club Registration Certificate.</w:t>
      </w:r>
    </w:p>
    <w:p>
      <w:r>
        <w:rPr>
          <w:b w:val="0"/>
          <w:i w:val="0"/>
        </w:rPr>
        <w:t>A reminder that The Labrador Retriever Club of Wales will be holding a Breed Specific Advanced Judging Seminar on Sunday 19th October 2008 at Riversmead Community Centre, Rogerstone, Newport, Gwent, NP10 9LZ. It will be presented by Carole and David Coode (Warringah). There are still a few places available at a cost of £25 (including lunch), observers £10 (£15 including lunch). Full details and an application form are available on the events page of the club's website: www.labclubofwales.co.uk or from Margaret Barker on 01443 842585.</w:t>
      </w:r>
    </w:p>
    <w:p>
      <w:r>
        <w:rPr>
          <w:b w:val="0"/>
          <w:i w:val="0"/>
        </w:rPr>
        <w:t>Glenys Fryer and the Labrador Rescue team write: ‘Just to let you know that our Rescue Calendar for 2009 is now available to order. It can be viewed and ordered online at our website www.homealabrador.net or ordered directly from Glenys Fryer, Malt Kiln Farm, Tinklers Lane, Eccleston, Preston PR7 5QY. The calendars, produced by a calendar company are A4 glossy. They come complete with board back envelope to send to your friends. At £8.99, inclusive of postage, they will make an excellent gift. Please make cheques out to Labrador Rescue.</w:t>
      </w:r>
    </w:p>
    <w:p>
      <w:r>
        <w:rPr>
          <w:b w:val="0"/>
          <w:i w:val="0"/>
        </w:rPr>
        <w:t>‘The calendar features dogs adopted from our rescue now in loving homes and are strictly limited in number. They are selling fast so please order early to avoid disappointment. All proceeds go to rescue. This year we had a disastrous start with vet fees and the calendar sales helped us when we had two poorly Labs in the vets all over Christmas and New Year.</w:t>
      </w:r>
    </w:p>
    <w:p>
      <w:r>
        <w:rPr>
          <w:b w:val="0"/>
          <w:i w:val="0"/>
        </w:rPr>
        <w:t>‘Below is a link to our slide show of dogs, which were homed in August, kindly put together by Martin Coote one of our rescue volunteer team. It has been an extremely busy year. The slide show has music so do turn on your speakers. http://www.onetruemedia.com/shared?p=6cf17d183c4adf24ca8200&amp;skin_id=601&amp;utm_source=otm&amp;utm_medium=text_url.’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