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- 19/02/2016 - ISSUE"</w:t>
      </w:r>
      <w:r>
        <w:br/>
      </w:r>
      <w:r>
        <w:rPr>
          <w:b w:val="0"/>
          <w:i w:val="0"/>
        </w:rPr>
        <w:br/>
        <w:t>date_original: "19/02/2016 - ISSUE"</w:t>
      </w:r>
      <w:r>
        <w:br/>
      </w:r>
      <w:r>
        <w:rPr>
          <w:b w:val="0"/>
          <w:i w:val="0"/>
        </w:rPr>
        <w:br/>
        <w:t>source_url: "https://www.ourdogs.co.uk/members/breednotes/RetrieverLabradorMain.php"</w:t>
      </w:r>
      <w:r>
        <w:br/>
      </w:r>
      <w:r>
        <w:rPr>
          <w:b w:val="0"/>
          <w:i w:val="0"/>
        </w:rPr>
        <w:br/>
        <w:t>scraped_at: "2026-09-13T15:29:27"</w:t>
      </w:r>
      <w:r>
        <w:br/>
      </w:r>
      <w:r>
        <w:rPr>
          <w:b w:val="0"/>
          <w:i w:val="0"/>
        </w:rPr>
        <w:br/>
        <w:t>word_count: 1530</w:t>
      </w:r>
    </w:p>
    <w:p>
      <w:r>
        <w:t>――――――――――――――――――――――――――――――</w:t>
      </w:r>
    </w:p>
    <w:p>
      <w:r>
        <w:rPr>
          <w:b w:val="0"/>
          <w:i w:val="0"/>
        </w:rPr>
        <w:t>NEWS MEMBERS' AREA SHOP SUBSCRIBE UPCOMING SHOWS MORE</w:t>
      </w:r>
    </w:p>
    <w:p>
      <w:r>
        <w:rPr>
          <w:b w:val="0"/>
          <w:i w:val="0"/>
        </w:rPr>
        <w:t>RETRIEVER LABRADOR</w:t>
      </w:r>
    </w:p>
    <w:p>
      <w:r>
        <w:rPr>
          <w:b w:val="0"/>
          <w:i w:val="0"/>
        </w:rPr>
        <w:t>Issue: 19/02/2016</w:t>
      </w:r>
    </w:p>
    <w:p>
      <w:r>
        <w:rPr>
          <w:b w:val="0"/>
          <w:i w:val="0"/>
        </w:rPr>
        <w:t>Retriever Labrador</w:t>
      </w:r>
    </w:p>
    <w:p>
      <w:r>
        <w:rPr>
          <w:b w:val="0"/>
          <w:i w:val="0"/>
        </w:rPr>
        <w:t>The Labrador in Art exhibition at the Kennel Club Art Gallery is absolutely fantastic and was opened by successful and enthusiastic Labrador Field Trial owner the Duchess of Devonshire on Wednesday 10th February. The exhibition runs until July 2016. Those who had submitted exhibits were invited to the opening but everyone should try to visit. You will be majorly impressed.</w:t>
      </w:r>
    </w:p>
    <w:p>
      <w:r>
        <w:rPr>
          <w:b w:val="0"/>
          <w:i w:val="0"/>
        </w:rPr>
        <w:t>Art works, paintings, large and small bronze statues, porcelain models and amazing photo and text illustrated stud books from the early 1900s were all on display. Well known and respected canine artist Nigel Hemmings was in attendance as were 4 of his original paintings. Everything had been sourced and selected by Sussie Wiles and Richard Edwards who must be so pleased with the result and are to be congratulated on a splendid job. The items were arranged in the gallery by the Kennel Clubs own art display specialists. Good to see Jo and Derek Coulson at the opening once again, looking very smart, fit and well.</w:t>
      </w:r>
    </w:p>
    <w:p>
      <w:r>
        <w:rPr>
          <w:b w:val="0"/>
          <w:i w:val="0"/>
        </w:rPr>
        <w:t>Entrance to the exhibition is free; just ring up the KC to arrange an appointment to view.</w:t>
      </w:r>
    </w:p>
    <w:p>
      <w:r>
        <w:rPr>
          <w:b w:val="0"/>
          <w:i w:val="0"/>
        </w:rPr>
        <w:t>The Results from the 32nd Cotswold and Wyevern Open Show under Judge Mrs Wendy Southwell (Driffwold Labradors) on Saturday 13th February were BIS &amp; BD Wiles' Richbourne Londoner JW RBIS/BOS &amp; BB Coode's Warringah's Gurley JW BVIS Jury's Tibblestone Sky Larkin BPIS/BMPIS Stafford's Arrowmoy Fairytale to New York Farnfield (IKC) Congratulations to you all.</w:t>
      </w:r>
    </w:p>
    <w:p>
      <w:r>
        <w:rPr>
          <w:b w:val="0"/>
          <w:i w:val="0"/>
        </w:rPr>
        <w:t>I wondered how long it would be before people gave up showing Labradors in the vast numbers they used to. I think bar a few championship shows and of course Crufts, the day may have come.</w:t>
      </w:r>
    </w:p>
    <w:p>
      <w:r>
        <w:rPr>
          <w:b w:val="0"/>
          <w:i w:val="0"/>
        </w:rPr>
        <w:t>Cotswold and Wyevern LRC have always put on a really enjoyable Open show at the easily accessible Norton Village Hall venue near Worcester, with a tasty home cooked hot lunch courtesy of Erica and her team, available each year. I really look forward to attending, but this year, despite the committees usual hard work and excellent preparations things were different, the food was as ever yummy and greatly appreciated, but the entry was numerically very low compared with usual Cots and Wye events, and despite the lure of lunch and prize money, exhibitors were thin on the ground. With around 34 absentees, only 45 dogs and bitches were actually present to be judged, plus about 20 non-committee exhibitors sitting ringside. 7 classes had just one dog or none present. No fun at all to win under those circumstances.</w:t>
      </w:r>
    </w:p>
    <w:p>
      <w:r>
        <w:rPr>
          <w:b w:val="0"/>
          <w:i w:val="0"/>
        </w:rPr>
        <w:t>Weird, but a sign of the times in general in all breeds. People, rightly or wrongly, are perceiving that favouritism and politics are playing a large part in dog judging these days, rather than the merits of really good dogs. They have had enough of wasting time and money and are just walking away sickened at the situation.</w:t>
      </w:r>
    </w:p>
    <w:p>
      <w:r>
        <w:rPr>
          <w:b w:val="0"/>
          <w:i w:val="0"/>
        </w:rPr>
        <w:t>Dog judging ethics appear to have changed greatly in the past few years and one could be forgiven for thinking in some cases it is more about less confident judges wishing to butter up the egos of perceived personalities who might be useful to them, rather than the grading of dogs.</w:t>
      </w:r>
    </w:p>
    <w:p>
      <w:r>
        <w:rPr>
          <w:b w:val="0"/>
          <w:i w:val="0"/>
        </w:rPr>
        <w:t>A well respected long standing Labrador judge and exhibitor (name supplied) has also written her thoughts on the subject.</w:t>
      </w:r>
    </w:p>
    <w:p>
      <w:r>
        <w:rPr>
          <w:b w:val="0"/>
          <w:i w:val="0"/>
        </w:rPr>
        <w:t>She writes,  "My worry about this ( personality judging) is if we are not careful we are going to lose what our breed should be.  If people keep judging people and not the dogs, our beautiful breed will disappear. The dogs in the ring now are nothing like they were 30 years ago. They are all over the place.  I have attended many shows where lame dogs have won prestigious classes, even tickets!  Confirmation, tail carriage and fronts as well as movement are suspect in some cases.  There are some fair and honest judges but I just don't enter if I think judges may not be judging purely to the Breed Standard.  But I do enjoy going to a show, however it is definitely cheaper walking the dogs round the woods or on the beach". Well said!</w:t>
      </w:r>
    </w:p>
    <w:p>
      <w:r>
        <w:rPr>
          <w:b w:val="0"/>
          <w:i w:val="0"/>
        </w:rPr>
        <w:t>I too sit and watch at shows and after some, like so many others in the breed, I just feel thoroughly depressed at what the future holds for the breed we knew and loved and consider throwing in the towel. In fact I did give it a miss for six months last year having seen what I perceived as far too much of the old pals act .</w:t>
      </w:r>
    </w:p>
    <w:p>
      <w:r>
        <w:rPr>
          <w:b w:val="0"/>
          <w:i w:val="0"/>
        </w:rPr>
        <w:t>Entry numbers are tumbling, bar under a few judges.  However if we all walk away without  voicing our opinion for fear of retribution, we abandon the breed into the hands of those whose actions already demonstrate they couldnt care one jot about the Breed Standard Labrador. With this attitude the breed as we know it will be ruined forever.</w:t>
      </w:r>
    </w:p>
    <w:p>
      <w:r>
        <w:rPr>
          <w:b w:val="0"/>
          <w:i w:val="0"/>
        </w:rPr>
        <w:t>Dog breeding, selection of the very best from the nest to show and exhibit is an enjoyable hobby, but it is fast turning into an annoying and depressing one; watching the gundog breed we have loved for a lifetime being visibly changed into a heavyweight couch potato and then to see such faults being rewarded by impressionable judges who think the silent majority will not mind, notice or object.</w:t>
      </w:r>
    </w:p>
    <w:p>
      <w:r>
        <w:rPr>
          <w:b w:val="0"/>
          <w:i w:val="0"/>
        </w:rPr>
        <w:t>Well everyone has kept quiet for a long time, afraid to raise the topic publically but so many now openly object and are walking or already have walked away, the time has come to make a stand. We do notice and the majority watching strongly object to being taken for complacent silent idiots. The names of the judges are certainly remembered forever.</w:t>
      </w:r>
    </w:p>
    <w:p>
      <w:r>
        <w:rPr>
          <w:b w:val="0"/>
          <w:i w:val="0"/>
        </w:rPr>
        <w:t>Dog showing is not cheap and younger exhibitors are not silly. Having attended the Kennel Club judges training seminars they are all well versed in what a correct Labrador should look and move like. Observing badly made but despite that, still winning animals moving incorrectly , some lame, or with completely wrong high stepping hackney action, others standing with hind legs in the next county or tails flying vertically they ask themselves why the correctly made and correctly moving sound dogs haven't won, and then come to the conclusion that  there is far more to dog showing than meets the eye and that favouritism and politics must surely be involved.</w:t>
      </w:r>
    </w:p>
    <w:p>
      <w:r>
        <w:rPr>
          <w:b w:val="0"/>
          <w:i w:val="0"/>
        </w:rPr>
        <w:t>They decide a time consuming, expensive sport has little to do with correctly made dogs but more with personalities and is not worth continuing. They too walk away.</w:t>
      </w:r>
    </w:p>
    <w:p>
      <w:r>
        <w:rPr>
          <w:b w:val="0"/>
          <w:i w:val="0"/>
        </w:rPr>
        <w:t>Another well known, successful exhibitor also wrote on Facebook recently of her reasons for completely packing up showing due to "political, favour and agenda based Labrador judging" and 95 other Labrador exhibitors wrote sensible reasoned comments utterly agreeing with her sentiments. However if we all walk away the breed we know will become unrecognisable in a few years time,  in health, shape and style. Surely we have to stay and trust that the leaders of our breed, the Breed Council elders and the Breed Club officials take this problem on board and somehow ensure that things are brought back on track?</w:t>
      </w:r>
    </w:p>
    <w:p>
      <w:r>
        <w:rPr>
          <w:b w:val="0"/>
          <w:i w:val="0"/>
        </w:rPr>
        <w:t>As a long standing, group championship show organiser I want to see exhibitors supporting and  enjoying the world of dog showing, but if even relative newcomers can clearly see what is going on, is there any chance?</w:t>
      </w:r>
    </w:p>
    <w:p>
      <w:r>
        <w:rPr>
          <w:b w:val="0"/>
          <w:i w:val="0"/>
        </w:rPr>
        <w:t>The judges have so much to answer for. An impartial judge who knows his topic inside out is meant to be in the middle of the ring to judge to the Breed Standard without fear or favour. Friendship, who is on what committee, or who is judging next week shouldn't come into it. As a judge you are there to judge the dogs of all the exhibitors equally and honestly, one against the other as they appear on that day only, not the week or month before or via numerous posed photos on Facebook or emailed!</w:t>
      </w:r>
    </w:p>
    <w:p>
      <w:r>
        <w:rPr>
          <w:b w:val="0"/>
          <w:i w:val="0"/>
        </w:rPr>
        <w:t>If the judge hasn't got the knowledge or the courage of his/ her convictions to judge fairly on the day, then he/she has no right to have accepted a judging invitation in the first place. He/ she is wasting peoples time and money and risks ruining the breed because unfortunately other weak minded judges will follow suit!</w:t>
      </w:r>
    </w:p>
    <w:p>
      <w:r>
        <w:rPr>
          <w:b w:val="0"/>
          <w:i w:val="0"/>
        </w:rPr>
        <w:t>Oh dear, It is all too saddening. Looking at the gorgeous pastel paintings of the heads of the Sandylands and Poolstead dogs and bitches at the Labrador in Art exhibition emphasised how far we have distanced our breed already. Lets hope it is not too late to retrieve things. Judge the dogs, forget who is on the end of the lead!</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