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- 10/08/2012"</w:t>
      </w:r>
      <w:r>
        <w:br/>
      </w:r>
      <w:r>
        <w:rPr>
          <w:b w:val="0"/>
          <w:i w:val="0"/>
        </w:rPr>
        <w:br/>
        <w:t>date_original: "10/08/2012"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"2026-09-13T22:45:44"</w:t>
      </w:r>
      <w:r>
        <w:br/>
      </w:r>
      <w:r>
        <w:rPr>
          <w:b w:val="0"/>
          <w:i w:val="0"/>
        </w:rPr>
        <w:br/>
        <w:t>word_count: 1479</w:t>
      </w:r>
    </w:p>
    <w:p>
      <w:r>
        <w:t>――――――――――――――――――――――――――――――</w:t>
      </w:r>
    </w:p>
    <w:p>
      <w:r>
        <w:rPr>
          <w:b w:val="0"/>
          <w:i w:val="0"/>
        </w:rPr>
        <w:t>NEWS MEMBERS' AREA SHOP SUBSCRIBE UPCOMING SHOWS MORE</w:t>
      </w:r>
    </w:p>
    <w:p>
      <w:r>
        <w:rPr>
          <w:b w:val="0"/>
          <w:i w:val="0"/>
        </w:rPr>
        <w:t>RETRIEVER LABRADOR</w:t>
      </w:r>
    </w:p>
    <w:p>
      <w:r>
        <w:rPr>
          <w:b w:val="0"/>
          <w:i w:val="0"/>
        </w:rPr>
        <w:t>Issue: 10/08/2012</w:t>
      </w:r>
    </w:p>
    <w:p>
      <w:r>
        <w:rPr>
          <w:b w:val="0"/>
          <w:i w:val="0"/>
        </w:rPr>
        <w:t>On 15th July, Christine Bailiss Area Co-ordinator and friends ran a companion dog show to raise funds for Labrador Rescue South East and Central, the day after Midland Counties Lab Club Puppy Party. Both events were held at the home of Michael and Judi Neachell. The generously sponsored Companion show was enjoyed by all those attending. There was a Fancy Dress competition and novelty and pedigree classes; a bring and buy; a shop for second hand dog items, a home made cake stall and a barbecue. The superb sum of Â£844.21 was raised for the Rescue. Christine would like to thank everyone involved, especially Michael and Judi for generously opening their home and garden and making the event possible.</w:t>
      </w:r>
    </w:p>
    <w:p>
      <w:r>
        <w:rPr>
          <w:b w:val="0"/>
          <w:i w:val="0"/>
        </w:rPr>
        <w:t>National Gundog Championship show was held at Malvern. The weather was mainly dry but with the odd five minute heavy shower.</w:t>
      </w:r>
    </w:p>
    <w:p>
      <w:r>
        <w:rPr>
          <w:b w:val="0"/>
          <w:i w:val="0"/>
        </w:rPr>
        <w:t>The excellent sized rings were on the tarmac hard-standing between the permanent buildings which housed the benching.</w:t>
      </w:r>
    </w:p>
    <w:p>
      <w:r>
        <w:rPr>
          <w:b w:val="0"/>
          <w:i w:val="0"/>
        </w:rPr>
        <w:t>The grass rings we normally use for the Malvern shows appear to have been completely ruined in the recent bad weather by heavy vehicles, which have ploughed great rucks in the turf and destroyed most of the grass. In actual fact many exhibitors enjoyed showing in the tarmac rings and certainly Three Counties management will have a massive amount of work to do to get the grass rings back into any sort of shape for next years events.</w:t>
      </w:r>
    </w:p>
    <w:p>
      <w:r>
        <w:rPr>
          <w:b w:val="0"/>
          <w:i w:val="0"/>
        </w:rPr>
        <w:t>Labradors were judged by Sue Marskell (Dogs) and Andrew Brown (Bitches). The winners were Dog CC the Rawlinsons black,  Fulwell Fair Trade with Halshimoor. RDCC Linda Majors Linjor Bonjovi; Bitch CC and BOB Richard Staffords Sh Ch Kimvalley Star Attraction of Farnfield JW ShCM and Bitch RCC Miss L A Lewis's Suttonpark Simone at Crammondkirk. Best Puppy was Linda Majors Linjor Taio</w:t>
      </w:r>
    </w:p>
    <w:p>
      <w:r>
        <w:rPr>
          <w:b w:val="0"/>
          <w:i w:val="0"/>
        </w:rPr>
        <w:t>At the crack of dawn the following morning testing our showing stamina and enthusiasm, exhibitors were off to Paignton Ch show, which was being held on its new date, back to back with National Gundog. From early morning, the rain fell in vertical stair-rods and continued all day long, interspersed with the loud claps of thunder, the latter seeming to upset the handlers far more than the dogs who took little notice.</w:t>
      </w:r>
    </w:p>
    <w:p>
      <w:r>
        <w:rPr>
          <w:b w:val="0"/>
          <w:i w:val="0"/>
        </w:rPr>
        <w:t>The car-park whilst being by no meant adjacent, was luckily nearer our benching tent than in previous years, but even so we were soaked by the time we got into the cosy dryness of the tent. We had a spacious in and out ring, the inner part of the ring being plenty big enough to use for most of the judging, so we rarely needed to get a soaking. Once again the poor trade stands appeared to do little business; few customers ventured out in the rain.</w:t>
      </w:r>
    </w:p>
    <w:p>
      <w:r>
        <w:rPr>
          <w:b w:val="0"/>
          <w:i w:val="0"/>
        </w:rPr>
        <w:t>The judge was Peter Taylor with an entry of 138 dogs and bitches. His winners were Dog CC and Best of Breed Mrs Hess's yellow Sh Ch Am Can Ch Salty Dog of Tampa Bay. Dog RCC - David Coodes yellow Warringah's Tennants Creek JW. Bitch CC , her first after 4 RCCs, Christine Campbells yellow, Binnaig Wild Thyme and Bitch RCC Diana Downey-Tulloch yellow Tullochmohr Sea The Stars. Best Puppy was the Metcalfe's Baileydale Be BopA Lula.</w:t>
      </w:r>
    </w:p>
    <w:p>
      <w:r>
        <w:rPr>
          <w:b w:val="0"/>
          <w:i w:val="0"/>
        </w:rPr>
        <w:t>The following are two obituaries from friends of John Steven who has recently died.</w:t>
      </w:r>
    </w:p>
    <w:p>
      <w:r>
        <w:rPr>
          <w:b w:val="0"/>
          <w:i w:val="0"/>
        </w:rPr>
        <w:t>John Crook (Balrion) writes "I first met John Steven (Rossbank Labradors) in the early 70's. Our friendship, which was to last a lifetime, began in 1976 when my late wife Glenda Crook and I mated a black bitch, Balrion Royale Princess, to John and Helen's yellow dog Sh Ch Sandylands Clarence of Rossbank. That mating produced the Famous Four UK Show Champions including Sh Ch Balrion King Frost and his sister Sh Ch Balrion Wicked Lady who between them became the foundation of the Balrion breeding program.</w:t>
      </w:r>
    </w:p>
    <w:p>
      <w:r>
        <w:rPr>
          <w:b w:val="0"/>
          <w:i w:val="0"/>
        </w:rPr>
        <w:t>John and Helen consistently produced top quality Labradors for over 40 years. They had a particular fondness for yellows. Clarence produced their beautiful yellow bitch Sh Ch Rossbank Cochine who was Best of Breed at Crufts in 1978.</w:t>
      </w:r>
    </w:p>
    <w:p>
      <w:r>
        <w:rPr>
          <w:b w:val="0"/>
          <w:i w:val="0"/>
        </w:rPr>
        <w:t>Three years ago John and I stood together ringside and watched Helen take the bitch CC at LRC Scotland. Another great memory of wonderful times we spent together in the company of dogs. Good times with good friends are what dog shows are all about.</w:t>
      </w:r>
    </w:p>
    <w:p>
      <w:r>
        <w:rPr>
          <w:b w:val="0"/>
          <w:i w:val="0"/>
        </w:rPr>
        <w:t>I loved John's gentle sense of humour and the twinkle in his eye when he made a wry comment. He was never cruel with his wit but was often very perceptive.</w:t>
      </w:r>
    </w:p>
    <w:p>
      <w:r>
        <w:rPr>
          <w:b w:val="0"/>
          <w:i w:val="0"/>
        </w:rPr>
        <w:t>John was first and foremost a family man. He was the proud father of John, Rhonna and Davina and an even prouder grandfather of his five grandchildren. He was a hard working farmer and a great gentleman.</w:t>
      </w:r>
    </w:p>
    <w:p>
      <w:r>
        <w:rPr>
          <w:b w:val="0"/>
          <w:i w:val="0"/>
        </w:rPr>
        <w:t>Labradors brought us together but dogs weren't what our friendship was about. After the death of my late wife Glenda I remarried in 1999. I asked John to be my Best Man and he turned out in his full Scottish dress. At our Wedding Breakfast he toasted us with what has become our favourite toast for all occasions.</w:t>
      </w:r>
    </w:p>
    <w:p>
      <w:r>
        <w:rPr>
          <w:b w:val="0"/>
          <w:i w:val="0"/>
        </w:rPr>
        <w:t>Here's tae us... Wha's like us...</w:t>
      </w:r>
    </w:p>
    <w:p>
      <w:r>
        <w:rPr>
          <w:b w:val="0"/>
          <w:i w:val="0"/>
        </w:rPr>
        <w:t>Damn few and they're a' deid!"</w:t>
      </w:r>
    </w:p>
    <w:p>
      <w:r>
        <w:rPr>
          <w:b w:val="0"/>
          <w:i w:val="0"/>
        </w:rPr>
        <w:t>Jim Nolan writes "Sadly, John Steven (Rossbank Labradors) has passed away. John died after a short illness, with his wife and family at his bedside. John and Helen have been such a good part of Labrador life in Scotland in particular, since around the late 60s making up 3 Show Champions. They competed at the top all these years and we all were so happy for them when their yellow bitch  Rocheby Gathering Lilac won the CC at the LCS show in 2011. John was a pleasure to officiate with over the many years he and I stewarded for the Labrador Club of Scotland, always cheery to exhibitors. His outgoing happy demeanour gave many of us a fun day even when results were not going our way. His contribution to the LCS was greatly appreciated over many years together with his years of service to Scottish Kennel Club when he was Show Manager for a number of years. John and Helen were also heavily involved with Livingstone Dog Show Society. Following on from his early years involvement with the Young Farmers it can be seen he was always willing to get stuck in and contribute to the well-being of whatever organisation he had joined.</w:t>
      </w:r>
    </w:p>
    <w:p>
      <w:r>
        <w:rPr>
          <w:b w:val="0"/>
          <w:i w:val="0"/>
        </w:rPr>
        <w:t>His greatest pleasure, of course, were his children and grandchildren. Many of us who have no grandchildren of our own could not help think when observing John around his family that he was a truly wonderful father and grandpa. He was thrilled when youngsters showed the family sheep at the biggest agricultural show in Scotland the Royal Highland upholding the family tradition of breeding and showing good livestock. John's death was even more harrowing for Helen and the family as Helen herself spent around 5 weeks in hospital while John was becoming ill at home in the farm with both beside themselves with worry. For a time they were both in the same hospital, communicating by notes. John spent his last days being cared for by wonderful staff in a local hospice with family by his side. However with son John, daughters Rhona and Davina and their families, Helen (now at Rhona's home) could not wish for better support in a time of great sadness. At the time of writing John's funeral will be held on Friday, 3rd July." Jim Nolan</w:t>
      </w:r>
    </w:p>
    <w:p>
      <w:r>
        <w:rPr>
          <w:b w:val="0"/>
          <w:i w:val="0"/>
        </w:rPr>
        <w:t>These lovely obituaries for such a charming man from his dog showing friends of many years tend to emphasize how much things have sadly changed in recent years in the show fraternity.</w:t>
      </w:r>
    </w:p>
    <w:p>
      <w:r>
        <w:rPr>
          <w:b w:val="0"/>
          <w:i w:val="0"/>
        </w:rPr>
        <w:t>In the past the hobby was about breeding lines of typical Labradors and enjoying new friendships made through doing so; showing interest in other exhibitors dogs and breeding plans; wishing each other good fortune and enjoyment with their dogs. Now the emphasis seems often to be more on ploughing a lone solitary, winning furrow; the emphasis no longer on friendship and the pleasure and interest gained through mutual admiration of our breed but more on individual winning. Rather a sad, unfriendly and desolate situation; but a sign of the times perhaps.</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