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 Feb 2005"</w:t>
      </w:r>
      <w:r>
        <w:br/>
      </w:r>
      <w:r>
        <w:rPr>
          <w:b w:val="0"/>
          <w:i w:val="0"/>
        </w:rPr>
        <w:br/>
        <w:t>date_original: "25 Feb 2005"</w:t>
      </w:r>
      <w:r>
        <w:br/>
      </w:r>
      <w:r>
        <w:rPr>
          <w:b w:val="0"/>
          <w:i w:val="0"/>
        </w:rPr>
        <w:br/>
        <w:t>source_url: "https://www.ourdogs.co.uk/members/breednotes/2005/RetrieverLabrador/RetrieverLabrador-feb25.htm"</w:t>
      </w:r>
      <w:r>
        <w:br/>
      </w:r>
      <w:r>
        <w:rPr>
          <w:b w:val="0"/>
          <w:i w:val="0"/>
        </w:rPr>
        <w:br/>
        <w:t>archive_type: "static_html"</w:t>
      </w:r>
      <w:r>
        <w:br/>
      </w:r>
      <w:r>
        <w:rPr>
          <w:b w:val="0"/>
          <w:i w:val="0"/>
        </w:rPr>
        <w:br/>
        <w:t>scraped_at: "2026-09-13T22:11:44"</w:t>
      </w:r>
      <w:r>
        <w:br/>
      </w:r>
      <w:r>
        <w:rPr>
          <w:b w:val="0"/>
          <w:i w:val="0"/>
        </w:rPr>
        <w:br/>
        <w:t>word_count: 1454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With Crufts fast approaching, here is news of a Labrador excelling in yet another way and something for you to look out for at this year’s show.</w:t>
      </w:r>
    </w:p>
    <w:p>
      <w:r>
        <w:rPr>
          <w:b w:val="0"/>
          <w:i w:val="0"/>
        </w:rPr>
        <w:t>A 5 year old, chocolate Labrador bitch, bred by Pat Davies (Holmajor), will be appearing in the Crufts Special Events ring as a member of the Rockwood Display Team from Pontypool. During the summer months, the team travel all over the country giving displays at Country Fairs, etc. One of their acts involves jumping through hoops surrounded by fire - is there no end to Labrador‚s versatility? Make sure you go and have a look!</w:t>
      </w:r>
    </w:p>
    <w:p>
      <w:r>
        <w:rPr>
          <w:b w:val="0"/>
          <w:i w:val="0"/>
        </w:rPr>
        <w:t>Cotswold and Wyevern LRC held their Open Show at Norton Village Hall, near Worcerster. The Judge was Miss J Climpson. (Othamcourt), who had drawn a splendid entry of 161 dogs.</w:t>
      </w:r>
    </w:p>
    <w:p>
      <w:r>
        <w:rPr>
          <w:b w:val="0"/>
          <w:i w:val="0"/>
        </w:rPr>
        <w:t>The day dawned fine and bright, if a little chilly, as we set off for the venue, only to find that the M50, which is our one direct link to the modern world, was closed and a cross country expedition was required to get to Worcester, via OS map and back roads, long abandoned by us since the Motorway system came into use!</w:t>
      </w:r>
    </w:p>
    <w:p>
      <w:r>
        <w:rPr>
          <w:b w:val="0"/>
          <w:i w:val="0"/>
        </w:rPr>
        <w:t>Once at the show, a warming late morning coffee was most appreciated. We had missed all the dog judging, but were at least in time for the start of the bitches.</w:t>
      </w:r>
      <w:r>
        <w:br/>
      </w:r>
      <w:r>
        <w:rPr>
          <w:b w:val="0"/>
          <w:i w:val="0"/>
        </w:rPr>
        <w:br/>
        <w:t>This was the club’s 21st Open show. I can well remember the inaugural meeting of the club. It seems only yesterday. I travelled to the meeting from Sutton Coldfield, where I used to live, in a packed car with, amongst others, my near neighbours, the Kelleys, (Bradking).</w:t>
      </w:r>
    </w:p>
    <w:p>
      <w:r>
        <w:rPr>
          <w:b w:val="0"/>
          <w:i w:val="0"/>
        </w:rPr>
        <w:t>Our journey was unforgettable! Our driver, another Labrador enthusiast, was not at all put off by the miles- long, stand-still traffic jam on the M5, linking us to the venue. He frightened the life out of us, by driving flat-out for most of the journey, down the hard shoulder, for mile upon mile; overtaking up the inside of every single stationery vehicle in the traffic jam!</w:t>
      </w:r>
    </w:p>
    <w:p>
      <w:r>
        <w:rPr>
          <w:b w:val="0"/>
          <w:i w:val="0"/>
        </w:rPr>
        <w:t>We sat there, pleading with him to stop, in fear and trembling that we were all going to be killed or at the very least arrested, but no, we arrived safely at the meeting, all in one piece, but with nerves completely shredded. Luckily, on the way home there was no traffic jam, but needless to say, we never asked him to drive us anywhere again!</w:t>
      </w:r>
    </w:p>
    <w:p>
      <w:r>
        <w:rPr>
          <w:b w:val="0"/>
          <w:i w:val="0"/>
        </w:rPr>
        <w:t>To celebrate this years 21st occasion, super cook, Erica Jayes had made the biggest, tastiest iced fruitcake imaginable. It must have been two foot square (to those of a metric inclination, 600 x 600mm!) Erica tells me the cake goes into the oven in one huge tin. How come my tiny fruit cakes sink, when this enormous one comes out quite perfectly?</w:t>
      </w:r>
    </w:p>
    <w:p>
      <w:r>
        <w:rPr>
          <w:b w:val="0"/>
          <w:i w:val="0"/>
        </w:rPr>
        <w:t>Brian Hayward, having returned from holiday in Barbados only the night before, was sporting a most impressive suntan and won Best in Show with his black dog Donacre High Stakes (Steeleigh Worth the Gamble x Kimacre Country Bumpkin at Donacre). Best Opposite Sex and Best Puppy went to Leigh Lesley‚s black bitch, Steeleigh Truly Tempting (Rocheby Old Smokey x Steeleigh Worth the Wait).</w:t>
      </w:r>
    </w:p>
    <w:p>
      <w:r>
        <w:rPr>
          <w:b w:val="0"/>
          <w:i w:val="0"/>
        </w:rPr>
        <w:t>A message from Glenys Fryer, who runs the Rescue in the North West of England:-</w:t>
      </w:r>
      <w:r>
        <w:br/>
      </w:r>
      <w:r>
        <w:rPr>
          <w:b w:val="0"/>
          <w:i w:val="0"/>
        </w:rPr>
        <w:br/>
        <w:t>“At present we are inundated with dogs in our rescue. Please pass on our telephone number if you get any pet enquiries. The rescue is so busy, that some of the dogs listed below are boarding at a local kennel, as all our own kennels are full. We have available:- Paulie 2 year yellow male; Benson 2 year yellow male; Stan 9 month black male; Holly 9 month Black female; Ben 9 month black male; Charlie 12 month yellow male; Maya choc female; Peter Black Male Our telephone number is 01257452500 Glenys and 01257451143 Kathryn”</w:t>
      </w:r>
    </w:p>
    <w:p>
      <w:r>
        <w:rPr>
          <w:b w:val="0"/>
          <w:i w:val="0"/>
        </w:rPr>
        <w:t>Being involved mainly in the show side of thing, I had presumed that the majority of field trial dogs were impeccably behaved. A field trial pal of mine was recently in touch and in response to my enquiry as to how he had done at this latest field trial, told me that, sadly, his dog had gone ‘self employed’ on the day, run off after a hare and was sent home in disgrace. He sent me the following ditty, which I hope you enjoy as much as I did. Perhaps these field trialers are not quite so perfect after all!</w:t>
      </w:r>
    </w:p>
    <w:p>
      <w:r>
        <w:rPr>
          <w:b w:val="0"/>
          <w:i w:val="0"/>
        </w:rPr>
        <w:t>Hi Lost</w:t>
      </w:r>
      <w:r>
        <w:br/>
      </w:r>
      <w:r>
        <w:rPr>
          <w:b w:val="0"/>
          <w:i w:val="0"/>
        </w:rPr>
        <w:br/>
        <w:t>Oh, the dogs on our shoot ... "will you come here, you brute....."</w:t>
      </w:r>
      <w:r>
        <w:br/>
      </w:r>
      <w:r>
        <w:rPr>
          <w:b w:val="0"/>
          <w:i w:val="0"/>
        </w:rPr>
        <w:br/>
        <w:t>you can hear them shout all down the line.</w:t>
      </w:r>
      <w:r>
        <w:br/>
      </w:r>
      <w:r>
        <w:rPr>
          <w:b w:val="0"/>
          <w:i w:val="0"/>
        </w:rPr>
        <w:br/>
        <w:t>Untrained and unru'y, I promise you truly,</w:t>
      </w:r>
      <w:r>
        <w:br/>
      </w:r>
      <w:r>
        <w:rPr>
          <w:b w:val="0"/>
          <w:i w:val="0"/>
        </w:rPr>
        <w:br/>
        <w:t>that the only exception is mine.</w:t>
      </w:r>
      <w:r>
        <w:br/>
      </w:r>
      <w:r>
        <w:rPr>
          <w:b w:val="0"/>
          <w:i w:val="0"/>
        </w:rPr>
        <w:br/>
        <w:t>There's old Colonel Jack, swearing, flat on his back</w:t>
      </w:r>
      <w:r>
        <w:br/>
      </w:r>
      <w:r>
        <w:rPr>
          <w:b w:val="0"/>
          <w:i w:val="0"/>
        </w:rPr>
        <w:br/>
        <w:t>with his gun pointing up in the air.</w:t>
      </w:r>
      <w:r>
        <w:br/>
      </w:r>
      <w:r>
        <w:rPr>
          <w:b w:val="0"/>
          <w:i w:val="0"/>
        </w:rPr>
        <w:br/>
        <w:t>You can hear how he felt, when attached to his belt</w:t>
      </w:r>
      <w:r>
        <w:br/>
      </w:r>
      <w:r>
        <w:rPr>
          <w:b w:val="0"/>
          <w:i w:val="0"/>
        </w:rPr>
        <w:br/>
        <w:t>his young Labrador spotted a hare!</w:t>
      </w:r>
      <w:r>
        <w:br/>
      </w:r>
      <w:r>
        <w:rPr>
          <w:b w:val="0"/>
          <w:i w:val="0"/>
        </w:rPr>
        <w:br/>
        <w:t>Dick's bird hits the ground, four dogs make a bound,</w:t>
      </w:r>
      <w:r>
        <w:br/>
      </w:r>
      <w:r>
        <w:rPr>
          <w:b w:val="0"/>
          <w:i w:val="0"/>
        </w:rPr>
        <w:br/>
        <w:t>and arrive on the scene all together.</w:t>
      </w:r>
      <w:r>
        <w:br/>
      </w:r>
      <w:r>
        <w:rPr>
          <w:b w:val="0"/>
          <w:i w:val="0"/>
        </w:rPr>
        <w:br/>
        <w:t>They divide it in three, and from what I can see</w:t>
      </w:r>
      <w:r>
        <w:br/>
      </w:r>
      <w:r>
        <w:rPr>
          <w:b w:val="0"/>
          <w:i w:val="0"/>
        </w:rPr>
        <w:br/>
        <w:t>Dick's dog brings him back just one feather!</w:t>
      </w:r>
      <w:r>
        <w:br/>
      </w:r>
      <w:r>
        <w:rPr>
          <w:b w:val="0"/>
          <w:i w:val="0"/>
        </w:rPr>
        <w:br/>
        <w:t>That spaniel of Joe's has a terrible nose,</w:t>
      </w:r>
      <w:r>
        <w:br/>
      </w:r>
      <w:r>
        <w:rPr>
          <w:b w:val="0"/>
          <w:i w:val="0"/>
        </w:rPr>
        <w:br/>
        <w:t>a fact, which accounts for the reason</w:t>
      </w:r>
      <w:r>
        <w:br/>
      </w:r>
      <w:r>
        <w:rPr>
          <w:b w:val="0"/>
          <w:i w:val="0"/>
        </w:rPr>
        <w:br/>
        <w:t>why he mutters rude words as he looks for his birds,</w:t>
      </w:r>
      <w:r>
        <w:br/>
      </w:r>
      <w:r>
        <w:rPr>
          <w:b w:val="0"/>
          <w:i w:val="0"/>
        </w:rPr>
        <w:br/>
        <w:t>- his dog hasn't found one all season!</w:t>
      </w:r>
      <w:r>
        <w:br/>
      </w:r>
      <w:r>
        <w:rPr>
          <w:b w:val="0"/>
          <w:i w:val="0"/>
        </w:rPr>
        <w:br/>
        <w:t>"Get away from my bitch." That's Fred's Springer which,</w:t>
      </w:r>
      <w:r>
        <w:br/>
      </w:r>
      <w:r>
        <w:rPr>
          <w:b w:val="0"/>
          <w:i w:val="0"/>
        </w:rPr>
        <w:br/>
        <w:t>(apart from being too over-sexed),</w:t>
      </w:r>
      <w:r>
        <w:br/>
      </w:r>
      <w:r>
        <w:rPr>
          <w:b w:val="0"/>
          <w:i w:val="0"/>
        </w:rPr>
        <w:br/>
        <w:t>getting quite overwrought, drops each bird that its caught,</w:t>
      </w:r>
      <w:r>
        <w:br/>
      </w:r>
      <w:r>
        <w:rPr>
          <w:b w:val="0"/>
          <w:i w:val="0"/>
        </w:rPr>
        <w:br/>
        <w:t>before dashing straight on to the next.</w:t>
      </w:r>
      <w:r>
        <w:br/>
      </w:r>
      <w:r>
        <w:rPr>
          <w:b w:val="0"/>
          <w:i w:val="0"/>
        </w:rPr>
        <w:br/>
        <w:t>Bob's not been too clever and used as a tether,</w:t>
      </w:r>
      <w:r>
        <w:br/>
      </w:r>
      <w:r>
        <w:rPr>
          <w:b w:val="0"/>
          <w:i w:val="0"/>
        </w:rPr>
        <w:br/>
        <w:t>his cartridge bag fixed to a stake.</w:t>
      </w:r>
      <w:r>
        <w:br/>
      </w:r>
      <w:r>
        <w:rPr>
          <w:b w:val="0"/>
          <w:i w:val="0"/>
        </w:rPr>
        <w:br/>
        <w:t>When a rabbit went past, his dog took off fast,</w:t>
      </w:r>
      <w:r>
        <w:br/>
      </w:r>
      <w:r>
        <w:rPr>
          <w:b w:val="0"/>
          <w:i w:val="0"/>
        </w:rPr>
        <w:br/>
        <w:t>with his bag - now they're both in the lake!</w:t>
      </w:r>
      <w:r>
        <w:br/>
      </w:r>
      <w:r>
        <w:rPr>
          <w:b w:val="0"/>
          <w:i w:val="0"/>
        </w:rPr>
        <w:br/>
        <w:t>I cannot believe a worse Golden Retriever</w:t>
      </w:r>
      <w:r>
        <w:br/>
      </w:r>
      <w:r>
        <w:rPr>
          <w:b w:val="0"/>
          <w:i w:val="0"/>
        </w:rPr>
        <w:br/>
        <w:t>exists, than the one owned by Jones.</w:t>
      </w:r>
      <w:r>
        <w:br/>
      </w:r>
      <w:r>
        <w:rPr>
          <w:b w:val="0"/>
          <w:i w:val="0"/>
        </w:rPr>
        <w:br/>
        <w:t>The only sound heard when it picks up a bird</w:t>
      </w:r>
      <w:r>
        <w:br/>
      </w:r>
      <w:r>
        <w:rPr>
          <w:b w:val="0"/>
          <w:i w:val="0"/>
        </w:rPr>
        <w:br/>
        <w:t>is a horrible crunching of bones!</w:t>
      </w:r>
      <w:r>
        <w:br/>
      </w:r>
      <w:r>
        <w:rPr>
          <w:b w:val="0"/>
          <w:i w:val="0"/>
        </w:rPr>
        <w:br/>
        <w:t>But even that's better than Charlie's Red Setter,</w:t>
      </w:r>
      <w:r>
        <w:br/>
      </w:r>
      <w:r>
        <w:rPr>
          <w:b w:val="0"/>
          <w:i w:val="0"/>
        </w:rPr>
        <w:br/>
        <w:t>which is really the worst of the bunch.</w:t>
      </w:r>
      <w:r>
        <w:br/>
      </w:r>
      <w:r>
        <w:rPr>
          <w:b w:val="0"/>
          <w:i w:val="0"/>
        </w:rPr>
        <w:br/>
        <w:t>After eating a pheasant, it did something unpleasant,</w:t>
      </w:r>
      <w:r>
        <w:br/>
      </w:r>
      <w:r>
        <w:rPr>
          <w:b w:val="0"/>
          <w:i w:val="0"/>
        </w:rPr>
        <w:br/>
        <w:t>while we all sat around having lunch!</w:t>
      </w:r>
      <w:r>
        <w:br/>
      </w:r>
      <w:r>
        <w:rPr>
          <w:b w:val="0"/>
          <w:i w:val="0"/>
        </w:rPr>
        <w:br/>
        <w:t>Quite deaf to Jane's yell, like a bat out of hell</w:t>
      </w:r>
      <w:r>
        <w:br/>
      </w:r>
      <w:r>
        <w:rPr>
          <w:b w:val="0"/>
          <w:i w:val="0"/>
        </w:rPr>
        <w:br/>
        <w:t>goes her flat-coated dog, being active.</w:t>
      </w:r>
      <w:r>
        <w:br/>
      </w:r>
      <w:r>
        <w:rPr>
          <w:b w:val="0"/>
          <w:i w:val="0"/>
        </w:rPr>
        <w:br/>
        <w:t>In pursuits of a runner and, though Jane is a stunner</w:t>
      </w:r>
      <w:r>
        <w:br/>
      </w:r>
      <w:r>
        <w:rPr>
          <w:b w:val="0"/>
          <w:i w:val="0"/>
        </w:rPr>
        <w:br/>
        <w:t>her dog I find far from attractive!</w:t>
      </w:r>
      <w:r>
        <w:br/>
      </w:r>
      <w:r>
        <w:rPr>
          <w:b w:val="0"/>
          <w:i w:val="0"/>
        </w:rPr>
        <w:br/>
        <w:t>No, you cannot dispute that the dogs on our shoot</w:t>
      </w:r>
      <w:r>
        <w:br/>
      </w:r>
      <w:r>
        <w:rPr>
          <w:b w:val="0"/>
          <w:i w:val="0"/>
        </w:rPr>
        <w:br/>
        <w:t>are the worst ever seen in a line.</w:t>
      </w:r>
      <w:r>
        <w:br/>
      </w:r>
      <w:r>
        <w:rPr>
          <w:b w:val="0"/>
          <w:i w:val="0"/>
        </w:rPr>
        <w:br/>
        <w:t>Look, there goes one now and its chasing a cow,</w:t>
      </w:r>
      <w:r>
        <w:br/>
      </w:r>
      <w:r>
        <w:rPr>
          <w:b w:val="0"/>
          <w:i w:val="0"/>
        </w:rPr>
        <w:br/>
        <w:t>Disgraceful ..... Good gracious, it's mine .........!</w:t>
      </w:r>
      <w:r>
        <w:br/>
      </w:r>
      <w:r>
        <w:rPr>
          <w:b w:val="0"/>
          <w:i w:val="0"/>
        </w:rPr>
        <w:br/>
        <w:t>Ann Britton 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