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- 24/05/2024 - ISSUE"</w:t>
      </w:r>
      <w:r>
        <w:br/>
      </w:r>
      <w:r>
        <w:rPr>
          <w:b w:val="0"/>
          <w:i w:val="0"/>
        </w:rPr>
        <w:br/>
        <w:t>date_original: "24/05/2024 - ISSUE"</w:t>
      </w:r>
      <w:r>
        <w:br/>
      </w:r>
      <w:r>
        <w:rPr>
          <w:b w:val="0"/>
          <w:i w:val="0"/>
        </w:rPr>
        <w:br/>
        <w:t>source_url: "https://www.ourdogs.co.uk/members/breednotes/RetrieverLabradorMain.php"</w:t>
      </w:r>
      <w:r>
        <w:br/>
      </w:r>
      <w:r>
        <w:rPr>
          <w:b w:val="0"/>
          <w:i w:val="0"/>
        </w:rPr>
        <w:br/>
        <w:t>scraped_at: "2026-09-13T15:08:07"</w:t>
      </w:r>
      <w:r>
        <w:br/>
      </w:r>
      <w:r>
        <w:rPr>
          <w:b w:val="0"/>
          <w:i w:val="0"/>
        </w:rPr>
        <w:br/>
        <w:t>word_count: 733</w:t>
      </w:r>
    </w:p>
    <w:p>
      <w:r>
        <w:t>――――――――――――――――――――――――――――――</w:t>
      </w:r>
    </w:p>
    <w:p>
      <w:r>
        <w:rPr>
          <w:b w:val="0"/>
          <w:i w:val="0"/>
        </w:rPr>
        <w:t>NEWS MEMBERS' AREA SHOP SUBSCRIBE UPCOMING SHOWS MORE</w:t>
      </w:r>
    </w:p>
    <w:p>
      <w:r>
        <w:rPr>
          <w:b w:val="0"/>
          <w:i w:val="0"/>
        </w:rPr>
        <w:t>RETRIEVER LABRADOR</w:t>
      </w:r>
    </w:p>
    <w:p>
      <w:r>
        <w:rPr>
          <w:b w:val="0"/>
          <w:i w:val="0"/>
        </w:rPr>
        <w:t>Issue: 24/05/2024</w:t>
      </w:r>
    </w:p>
    <w:p>
      <w:r>
        <w:rPr>
          <w:b w:val="0"/>
          <w:i w:val="0"/>
        </w:rPr>
        <w:t xml:space="preserve">Oh to be young again - when I used to show at nearly every single championship show all over the country, but in those days whilst judging abroad, I never ventured there to show dogs. </w:t>
      </w:r>
    </w:p>
    <w:p>
      <w:r>
        <w:rPr>
          <w:b w:val="0"/>
          <w:i w:val="0"/>
        </w:rPr>
        <w:t>Nowadays horizons are much wider and younger exhibitors with endless energy (like we all once enjoyed), travel many miles to shows abroad. One such is Emily Evanâ€™s whose account of the World Show entertained readers last week. One week later and Emily was off again and wrote â€œCall me mad but I made a small trip over to Belgium for the Flanders Show where my Star Struck Farnfield, Nancy, won 1st Open Bitch plus CAC, CACIB and Best Bitch and Best Opposite Sexâ€</w:t>
      </w:r>
    </w:p>
    <w:p>
      <w:r>
        <w:rPr>
          <w:b w:val="0"/>
          <w:i w:val="0"/>
        </w:rPr>
        <w:t xml:space="preserve">Well done Emily your successful escapade to Europe has awakened seasoned traveller to dog shows with dogs, Becci Hodges wish to extend her show trips, in the past back and forth to Ireland, but now she too has ventured across the English Channel to attend the Flandersâ€™s shows for the first time, winning Best of Breed and Group 2 with Sh Ch Naiken East Meets West. From online results I gather he won the same awards the following day at another show where he went Group3. </w:t>
      </w:r>
    </w:p>
    <w:p>
      <w:r>
        <w:rPr>
          <w:b w:val="0"/>
          <w:i w:val="0"/>
        </w:rPr>
        <w:t xml:space="preserve">Meanwhile back in the U.K. in Scotland, what a good idea it turned out to be, to hold two championship shows, the May and October SKC shows, on the same four days in May 2024. The SKC shows started on Thursday, with the Labradors taking the Sunday spot. Caroline Jones judged the May show and Marion Hopkinson officiated at the October show. Sounds a bit like Alice on Wonderland but it worked very well although the group judging tended to be rather late each evening. The idea certainly must have saved show outlay for organisers and exhibitors alike, also reducing exhibitors travel and accommodation costs at a time when we are all meant to be helping to save the planet - although not sure China and India have quite taken that on board as yet. </w:t>
      </w:r>
    </w:p>
    <w:p>
      <w:r>
        <w:rPr>
          <w:b w:val="0"/>
          <w:i w:val="0"/>
        </w:rPr>
        <w:t xml:space="preserve">In the May show under Caroline Jones from an entry of 145 the Dog CC was won by the Hodge familyâ€™s chocolate Sh Ch Naiken Elite Envoy. The Dog RCC went to Mary McCullochs black Sh Ch A Sense of Pleasures John Boy to Frewlings. </w:t>
      </w:r>
    </w:p>
    <w:p>
      <w:r>
        <w:rPr>
          <w:b w:val="0"/>
          <w:i w:val="0"/>
        </w:rPr>
        <w:t>The Bitch CC and Best of Breed was Mrs Denese Mcgill with Deniangil Almost had it All whilst the Bitch RCC went to Mac Percivalâ€™s Wynfaul Dancing Flame JW.</w:t>
      </w:r>
    </w:p>
    <w:p>
      <w:r>
        <w:rPr>
          <w:b w:val="0"/>
          <w:i w:val="0"/>
        </w:rPr>
        <w:t>Best puppy was Judith Charltons Foxrush Henrietta.</w:t>
      </w:r>
    </w:p>
    <w:p>
      <w:r>
        <w:rPr>
          <w:b w:val="0"/>
          <w:i w:val="0"/>
        </w:rPr>
        <w:t xml:space="preserve">Best Veteran was the Gardners Rewari Euramillion. Best Special Beginner was Alison Simpsons Strathlana Black Jasper JW. </w:t>
      </w:r>
    </w:p>
    <w:p>
      <w:r>
        <w:rPr>
          <w:b w:val="0"/>
          <w:i w:val="0"/>
        </w:rPr>
        <w:t>At the October show also held on the same day in May, under Marion Hopkinson from an entry of 144, the Dog CC was won by the Dawsons yellow Beskerby Pageant possibly his 3rd Cc, ably shown in the Group by Shaun Williamson.</w:t>
      </w:r>
    </w:p>
    <w:p>
      <w:r>
        <w:rPr>
          <w:b w:val="0"/>
          <w:i w:val="0"/>
        </w:rPr>
        <w:t>The RCC went to Hodges ShCh Naiken East Meets West JW.</w:t>
      </w:r>
    </w:p>
    <w:p>
      <w:r>
        <w:rPr>
          <w:b w:val="0"/>
          <w:i w:val="0"/>
        </w:rPr>
        <w:t>The Bitch CC her exciting 3rd CC and Best of Breed went to a delighted Sussie Wiles seen on video with Richbourne Hermione, whilst Caroline Edwards Sh Ch Kimbajak Miss Jazz Swinger JW won the RCC.</w:t>
      </w:r>
    </w:p>
    <w:p>
      <w:r>
        <w:rPr>
          <w:b w:val="0"/>
          <w:i w:val="0"/>
        </w:rPr>
        <w:t>Best puppy was Judith Charltons Foxrush Henrietta.</w:t>
      </w:r>
    </w:p>
    <w:p>
      <w:r>
        <w:rPr>
          <w:b w:val="0"/>
          <w:i w:val="0"/>
        </w:rPr>
        <w:t>Best Veteran was the Browns</w:t>
      </w:r>
    </w:p>
    <w:p>
      <w:r>
        <w:rPr>
          <w:b w:val="0"/>
          <w:i w:val="0"/>
        </w:rPr>
        <w:t xml:space="preserve">Ramsayville Remmington and Best Special Beginner was Dr M Roses Netherdene Sea Captain. </w:t>
      </w:r>
    </w:p>
    <w:p>
      <w:r>
        <w:rPr>
          <w:b w:val="0"/>
          <w:i w:val="0"/>
        </w:rPr>
        <w:t>At this coming weekends Yellow Lab Club 2day shows at Lydney near Chepstow the judges have drawn entries of 111 dogs at the Open show on Saturday under judge Niamh Callaghan and on Sunday at the championship show, 80 dogs for Mac Percival and 148 Bitches for Heather Wiles Fone whilst there are 32 dogs entered for the stakes under Tony Floyd.</w:t>
      </w:r>
    </w:p>
    <w:p>
      <w:r>
        <w:rPr>
          <w:b w:val="0"/>
          <w:i w:val="0"/>
        </w:rPr>
        <w:t>It is a lovely countryside venue and should be a great weekend. Do pay a visit even if not entered.</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