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- 30/12/2016 - ISSUE"</w:t>
      </w:r>
      <w:r>
        <w:br/>
      </w:r>
      <w:r>
        <w:rPr>
          <w:b w:val="0"/>
          <w:i w:val="0"/>
        </w:rPr>
        <w:br/>
        <w:t>date_original: "30/12/2016 - ISSUE"</w:t>
      </w:r>
      <w:r>
        <w:br/>
      </w:r>
      <w:r>
        <w:rPr>
          <w:b w:val="0"/>
          <w:i w:val="0"/>
        </w:rPr>
        <w:br/>
        <w:t>source_url: "https://www.ourdogs.co.uk/members/breednotes/RetrieverLabradorMain.php"</w:t>
      </w:r>
      <w:r>
        <w:br/>
      </w:r>
      <w:r>
        <w:rPr>
          <w:b w:val="0"/>
          <w:i w:val="0"/>
        </w:rPr>
        <w:br/>
        <w:t>scraped_at: "2026-09-13T15:27:07"</w:t>
      </w:r>
      <w:r>
        <w:br/>
      </w:r>
      <w:r>
        <w:rPr>
          <w:b w:val="0"/>
          <w:i w:val="0"/>
        </w:rPr>
        <w:br/>
        <w:t>word_count: 1255</w:t>
      </w:r>
    </w:p>
    <w:p>
      <w:r>
        <w:t>――――――――――――――――――――――――――――――</w:t>
      </w:r>
    </w:p>
    <w:p>
      <w:r>
        <w:rPr>
          <w:b w:val="0"/>
          <w:i w:val="0"/>
        </w:rPr>
        <w:t>NEWS MEMBERS' AREA SHOP SUBSCRIBE UPCOMING SHOWS MORE</w:t>
      </w:r>
    </w:p>
    <w:p>
      <w:r>
        <w:rPr>
          <w:b w:val="0"/>
          <w:i w:val="0"/>
        </w:rPr>
        <w:t>RETRIEVER LABRADOR</w:t>
      </w:r>
    </w:p>
    <w:p>
      <w:r>
        <w:rPr>
          <w:b w:val="0"/>
          <w:i w:val="0"/>
        </w:rPr>
        <w:t>Issue: 30/12/2016</w:t>
      </w:r>
    </w:p>
    <w:p>
      <w:r>
        <w:rPr>
          <w:b w:val="0"/>
          <w:i w:val="0"/>
        </w:rPr>
        <w:t xml:space="preserve">Whilst these notes are dated 6th January, in actual fact due to the publishers Christmas holidays they and the previous three editions have to be prepared and submitted well before Christmas. I was diligently writing them on a cold, dark, chilly afternoon when  I heard a faint muffled crash coming from the direction of the kitchen. Was it the two twelve week old pups in the adjacent dog room in trouble? </w:t>
      </w:r>
    </w:p>
    <w:p>
      <w:r>
        <w:rPr>
          <w:b w:val="0"/>
          <w:i w:val="0"/>
        </w:rPr>
        <w:t>I hastened down the passageway and rushed to look through the glass of their stable door. No, they were happily playing, upturning and demolishing their new plastic dog bed with great enthusiasm.</w:t>
      </w:r>
    </w:p>
    <w:p>
      <w:r>
        <w:rPr>
          <w:b w:val="0"/>
          <w:i w:val="0"/>
        </w:rPr>
        <w:t xml:space="preserve">I turned and went into the kitchen to be met by a large happy smiley Labrador, Todd, seated mid centre of the kitchen floor,  innocently grinning ear to ear, licking his chops. </w:t>
      </w:r>
    </w:p>
    <w:p>
      <w:r>
        <w:rPr>
          <w:b w:val="0"/>
          <w:i w:val="0"/>
        </w:rPr>
        <w:t xml:space="preserve">My heart sank. Oh NO! I had made it my mission never to leave him in the kitchen but he must have sneaked in and hidden under the table when I initially left the room. </w:t>
      </w:r>
    </w:p>
    <w:p>
      <w:r>
        <w:rPr>
          <w:b w:val="0"/>
          <w:i w:val="0"/>
        </w:rPr>
        <w:t xml:space="preserve">He really does need a notice round his neck reading " I am a Thief". That he has a passion for rescuing and consuming what he considers "abandoned" edibles including of 4 whole tubs of Lurpak recently from the worktop, is no secret. </w:t>
      </w:r>
    </w:p>
    <w:p>
      <w:r>
        <w:rPr>
          <w:b w:val="0"/>
          <w:i w:val="0"/>
        </w:rPr>
        <w:t>Ignoring his smiles, I checked the kitchen, to see if anything had disappeared which warranted such a beaming greeting.</w:t>
      </w:r>
    </w:p>
    <w:p>
      <w:r>
        <w:rPr>
          <w:b w:val="0"/>
          <w:i w:val="0"/>
        </w:rPr>
        <w:t xml:space="preserve">Oh No! Horrors! </w:t>
      </w:r>
    </w:p>
    <w:p>
      <w:r>
        <w:rPr>
          <w:b w:val="0"/>
          <w:i w:val="0"/>
        </w:rPr>
        <w:t>Where was the special Christmas gammon which I had lovingly prepared that very afternoon and left  to cool on a dish on the back of the kitchen worktop? Absolutely, without question, Gone! Disappeared!</w:t>
      </w:r>
    </w:p>
    <w:p>
      <w:r>
        <w:rPr>
          <w:b w:val="0"/>
          <w:i w:val="0"/>
        </w:rPr>
        <w:t>Without question, it was In the dog!</w:t>
      </w:r>
    </w:p>
    <w:p>
      <w:r>
        <w:rPr>
          <w:b w:val="0"/>
          <w:i w:val="0"/>
        </w:rPr>
        <w:t>Yes totally consumed  by the big smiley dog with the oh so innocent look on his beautiful happy yellow face!!!</w:t>
      </w:r>
    </w:p>
    <w:p>
      <w:r>
        <w:rPr>
          <w:b w:val="0"/>
          <w:i w:val="0"/>
        </w:rPr>
        <w:t>Oh well I couldnt tell him off as I didn't see him stealing it, but that counted as his early Christmas dinnerâ€¦.and mine! Hope he enjoyed it. I am sure we humans would have too had we had the chance!</w:t>
      </w:r>
    </w:p>
    <w:p>
      <w:r>
        <w:rPr>
          <w:b w:val="0"/>
          <w:i w:val="0"/>
        </w:rPr>
        <w:t>Swansea and District Open show is on 11th February 2017 at Neath Sports Centre, Neath Abbey SA10 7BR(M4 J43, or A465 Heads of Valley). There are two Labrador classes. The Gundog breed Judge is Blake Crocker (Riverbrue). Ronwein Phillips (Sheenaron) is the AV and Group judge whilst Stakes and BIS Judge is Robert Greaves (Whittimere).  Entries close (postmark): Mon 23 January 2017; online midnight 30 January 2017. Further details/schedules: Hon Sec Mrs Robin Paisey, 252 Peniel Green Road, Swansea SA7 9BW Tel: 01792 310622 (SAE appreciated) Download from www.onlineshowentry.comEmail: paisey1@hotmail.com (please mark as 'Swansea 2017')</w:t>
      </w:r>
    </w:p>
    <w:p>
      <w:r>
        <w:rPr>
          <w:b w:val="0"/>
          <w:i w:val="0"/>
        </w:rPr>
        <w:t>It's the time of year when over the next few weeks I review the champions and CC winners of 2016.</w:t>
      </w:r>
    </w:p>
    <w:p>
      <w:r>
        <w:rPr>
          <w:b w:val="0"/>
          <w:i w:val="0"/>
        </w:rPr>
        <w:t>We start this week with the new Show Champions of which there were 18 made up in 2016. Of these 15 were yellow, 9 bitches and 6 dogs. The black champions were very few and far between just two dogs and one bitch who came from Norway. Of the chocolate champions, there were absolutely none.</w:t>
      </w:r>
    </w:p>
    <w:p>
      <w:r>
        <w:rPr>
          <w:b w:val="0"/>
          <w:i w:val="0"/>
        </w:rPr>
        <w:t>The judges who awarded the first three important CCs to become a champion are listed under each dogs name. In the order in which they were made up they are as follows:-</w:t>
      </w:r>
    </w:p>
    <w:p>
      <w:r>
        <w:rPr>
          <w:b w:val="0"/>
          <w:i w:val="0"/>
        </w:rPr>
        <w:t xml:space="preserve">Braimbridges black dog </w:t>
      </w:r>
    </w:p>
    <w:p>
      <w:r>
        <w:rPr>
          <w:b w:val="0"/>
          <w:i w:val="0"/>
        </w:rPr>
        <w:t>Sh.Ch. Southridge Sky Rocket To Hannabee. (Sh.Ch.Lindall Redemption X Southridge Grace) Mr.K.Gawthorpe, Mr.A.R.Porter, Mr.M.J.Rawlinson. Williamsons yellow dog Sh.Ch.Sharouns Illusionist JW. Sh.CM. (Sh.Ch.Linjor Valentino JW Sh.CM X Lakemeadow lets Dance with Sharouns). Mrs. A. Lavelle Mrs.M.A.Woodley Mr.R.J.Morris. Rees' yellow bitch Sh.Ch.Ir.Sh.Ch.Thurbajen's Flighty Fennel With Eremos Sh.Cm (Carpenny Austin X Thurbajen Whoops A Daisy) Mrs.M.A.Floyd, Mrs.J.Venturi-Rose, Mrs.P.M.Carpanini. Slettedal's Black Bitch Sh.Ch.Fieldvalley's Carmen Sofie (Nor.Sw.UCH.Tjottes Lover Under Cover X Nor. UCH.Fieldvalley's Zandra) Mr.R.R.Pollock, Mrs.J.M.Woods, Mrs.A.Deane. Lamberts yellow dog Sh.Ch.Mattand Exodus Jw. (Fin.Ch.Devonshires London Edition X Amberstead Dark And Stormy Over Mattand) Mr.G.T.Allen, Mrs.M.A.Percival, Mrs.L.Tooth. Campbell's Yellow Bitch Sh.Ch.Binnaig Just Blonde Jw (Tullochmohr Gibbs JW X Sh.Ch.Binnaig Wild Thyme) Mr.R.W.Wiles, Mr.K.Roberts, Mr.I.Ganney.  Ayres Black Dog Sh.Ch.Musubi Imperial Topaz Jw. (Keydella Karrington X Ludalor Blueberry By Amberstope) Mrs. S.M.B.Walton, Mrs.I.M.Key, Miss.A.Taylor</w:t>
      </w:r>
    </w:p>
    <w:p>
      <w:r>
        <w:rPr>
          <w:b w:val="0"/>
          <w:i w:val="0"/>
        </w:rPr>
        <w:t>Hopkinson's Yellow Bitch Sh.Ch.Rocheby Sweet Sensation. (Rocheby Town Cryer X Rocheby Wild Snowdrop) Mrs.K.Luomanen, Mrs.M.Coddington, Mrs.D.J.Elliott. Mills Sh.Ch.Lembas Pretty Amazing Grace. JW. (Sh.Ch.Farnfield Topo Gigio JW.Sh.CM X Sh.Ch.Lembas Chiquitita Jw) Mr.A.H.Brace, Mr.M.J.Rawlinson, Mrs.S.W.Ellis. Allen, Hess &amp; Elliott's Yellow Dog. Sh.Ch.Am.Ch.Tampa Bay And Snobo Gusty Seas Batten Down The Hatch  (Am.Ch.Belquest Fergus N Trouble At Snobo X Am.Ch.Salty Sea Spray Of Tampa Bay And Tecate JH) Mrs.E.M.Cannon, Mr.M.J.O'donoghue, Mr.Hans Van Den Berg. Harvey-Major &amp; Van Leuween's Yellow Dog Sh.Ch.Linjor Cassablanca Jw Sh.Cm. (Sh.Ch.Brockburrow Cassanova In Linjor JW Sh.CM. x Can.Ch.Chablais Lyric Of Linjor) Mrs. J.D.Elliott, Mrs.H.G.Wiles-Fone, Mrs.A.Scutcher. Reynolds'yellow Bitch Sh.Ch.Carromer Hot Off The Press Jw. (Fin.Ch.Devonshires London Edition X Carromer's Silver Cinders JW) Ms.L.Harvey-Major, Mrs.H.G.Wiles-Fone, Mr.A.Metcalfe</w:t>
      </w:r>
    </w:p>
    <w:p>
      <w:r>
        <w:rPr>
          <w:b w:val="0"/>
          <w:i w:val="0"/>
        </w:rPr>
        <w:t>Lennox &amp; Morgan's Yellow Bitch Sh.Ch.Wilenmory Collabro. (Sh.Ch.Nrd.Lux.Int.Sh.Ch.Carpenny Micah At Suttonpark x Wilenmory Armani Diamond JW)</w:t>
      </w:r>
    </w:p>
    <w:p>
      <w:r>
        <w:rPr>
          <w:b w:val="0"/>
          <w:i w:val="0"/>
        </w:rPr>
        <w:t>Mr.J.Hans Van Den Berg Mr.R.A.Floyd Miss.C.L.Morton. Hopkinson's Yellow Dog Sh.Ch.Rocheby Hornblower (Rocheby Town Cryer x Rocheby Wild Snowdrop. Mrs.C.Reynolds Mrs.C.Bailiss Mrs.P.A.Parrott Shaun Williamson's Yellow Bitch. Sh.Ch.Sharouns Pandora Jw</w:t>
      </w:r>
    </w:p>
    <w:p>
      <w:r>
        <w:rPr>
          <w:b w:val="0"/>
          <w:i w:val="0"/>
        </w:rPr>
        <w:t xml:space="preserve">(Sh.Ch.Farnfield Topo Gigio JW.Sh.CM X Rocheby Nina Riche At Sharouns) Mrs. F.Coward-Scholes Mrs.P.D.A.Williams Mrs.L.Mcgillivray. Stafford's Yellow Bitch Sh.Ch.Arrowmoy Fairytale Of New York Farnfield (Sh.Ch.Farnfield Topo Gigio JW.Sh.CM X Phillipstown Million Dolar Lady Arrowmoy) R.I.M.V. Pinto Teixeira Mr.G.R.Haran Mrs.A.Stewart. Holliday &amp; Auld's Yellow Dog Sh.Ch.Ramsayville Rock Festival At Farbrae. (Am.Ch.Ghoststone Hyspire Dressed To Impress X Ramsayville Rock Me Gently)  Mr.E.D.Caseymrs.M.R.Hewitt, Mrs.M.Prior.  Charlton's Yellow Bitch Sh.Ch.Foxrush Spun Gold  Jw. Sh.Ch.Rocheby State Occasion X Foxrush Rebecca Jw) Mr.A.R.Porter, Mrs.S.D.Hibbert, Mrs.M.D.Hopkinson         </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