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- 24/08/2018 - ISSUE"</w:t>
      </w:r>
      <w:r>
        <w:br/>
      </w:r>
      <w:r>
        <w:rPr>
          <w:b w:val="0"/>
          <w:i w:val="0"/>
        </w:rPr>
        <w:br/>
        <w:t>date_original: "24/08/2018 - ISSUE"</w:t>
      </w:r>
      <w:r>
        <w:br/>
      </w:r>
      <w:r>
        <w:rPr>
          <w:b w:val="0"/>
          <w:i w:val="0"/>
        </w:rPr>
        <w:br/>
        <w:t>source_url: "https://www.ourdogs.co.uk/members/breednotes/RetrieverLabradorMain.php"</w:t>
      </w:r>
      <w:r>
        <w:br/>
      </w:r>
      <w:r>
        <w:rPr>
          <w:b w:val="0"/>
          <w:i w:val="0"/>
        </w:rPr>
        <w:br/>
        <w:t>scraped_at: "2026-09-13T15:22:24"</w:t>
      </w:r>
      <w:r>
        <w:br/>
      </w:r>
      <w:r>
        <w:rPr>
          <w:b w:val="0"/>
          <w:i w:val="0"/>
        </w:rPr>
        <w:br/>
        <w:t>word_count: 1159</w:t>
      </w:r>
    </w:p>
    <w:p>
      <w:r>
        <w:t>――――――――――――――――――――――――――――――</w:t>
      </w:r>
    </w:p>
    <w:p>
      <w:r>
        <w:rPr>
          <w:b w:val="0"/>
          <w:i w:val="0"/>
        </w:rPr>
        <w:t>NEWS MEMBERS' AREA SHOP SUBSCRIBE UPCOMING SHOWS MORE</w:t>
      </w:r>
    </w:p>
    <w:p>
      <w:r>
        <w:rPr>
          <w:b w:val="0"/>
          <w:i w:val="0"/>
        </w:rPr>
        <w:t>RETRIEVER LABRADOR</w:t>
      </w:r>
    </w:p>
    <w:p>
      <w:r>
        <w:rPr>
          <w:b w:val="0"/>
          <w:i w:val="0"/>
        </w:rPr>
        <w:t>Issue: 24/08/2018</w:t>
      </w:r>
    </w:p>
    <w:p>
      <w:r>
        <w:rPr>
          <w:b w:val="0"/>
          <w:i w:val="0"/>
        </w:rPr>
        <w:t xml:space="preserve">Christine Bailiss (Tissalian) was our judge at WKC. Her winners were Dog CC, his crowning third, Marion Hopkinsons black, Rocheby Old Punch (Sh Ch Rocheby State Occasion x Rocheby Silk Gown). After so many superb yellow champions, he becomes the Rocheby Kennels very first black UK champion. </w:t>
      </w:r>
    </w:p>
    <w:p>
      <w:r>
        <w:rPr>
          <w:b w:val="0"/>
          <w:i w:val="0"/>
        </w:rPr>
        <w:t>Many Congratulations.</w:t>
      </w:r>
    </w:p>
    <w:p>
      <w:r>
        <w:rPr>
          <w:b w:val="0"/>
          <w:i w:val="0"/>
        </w:rPr>
        <w:t>The Res Dog CC went to Mr B Gaskells yellow, Sharouns Ventriloquist For Tempaskell JW. (Shanorrell Succession at Halshimoor x Sharouns Nostalgia JW).</w:t>
      </w:r>
    </w:p>
    <w:p>
      <w:r>
        <w:rPr>
          <w:b w:val="0"/>
          <w:i w:val="0"/>
        </w:rPr>
        <w:t>The Bitch CC,  her all important third CC. Best of Breed and a fabulous Gundog Group 2 win under Ginty Gill-Davies was Carole and Melvyn Reynolds 2 year old yellow, Carromer Shimmering Satin (Sh Ch Rocheby Hornblower x Carromers Shimmering Tiara) .</w:t>
      </w:r>
    </w:p>
    <w:p>
      <w:r>
        <w:rPr>
          <w:b w:val="0"/>
          <w:i w:val="0"/>
        </w:rPr>
        <w:t>Res Bitch CC was Ed Casey and Cameron Cavallos yellow, Lembas Kiss Me Kate Moyglass (Sh Ch Farnfield Topo Gigio x Sh Ch Lembas Chiquitita).  Best Puppy was Andy and Jo Metcalfes yellow, Carromer Jack Flash to Baileydale (Sh Ch Tissalian Hi Jack x Carromer Shimmering Tiara JW) half sister to the CC winner. Congratulations to you all.</w:t>
      </w:r>
    </w:p>
    <w:p>
      <w:r>
        <w:rPr>
          <w:b w:val="0"/>
          <w:i w:val="0"/>
        </w:rPr>
        <w:t>The drive to WKC championship show is always colourful, passing through some of the most beautiful, picturesque Welsh countryside. I left home at Ross on Wye, 90 minutes away from Builth, in warm bright sunshine but arrived at the Showground in very slight drizzle. The fields either side of the winding, cross country road on the journey were completely bathed in golden sun-light, with huge straw bales like basking beached whales, awaiting collection. The backdrop to the golden carpet was a dark-green, tree covered hillside surmounted by  a narrow strip of clear, bright,  pure blue sky through which the sun's rays shone. Overarching the blue were menacing jet black clouds. I nearly stopped to take a photo the colours were so dramatic. Golden fields, bright sunlight, a pure blue strip of sky and jet black clouds, oh and then as I drove on, round the very next corner, the fattest rainbow I have ever seen. Truly magic.</w:t>
      </w:r>
    </w:p>
    <w:p>
      <w:r>
        <w:rPr>
          <w:b w:val="0"/>
          <w:i w:val="0"/>
        </w:rPr>
        <w:t>At which point I remembered the aim was to go to a dog show with four dogs, so abandoned ideas of photography and sped on my way.</w:t>
      </w:r>
    </w:p>
    <w:p>
      <w:r>
        <w:rPr>
          <w:b w:val="0"/>
          <w:i w:val="0"/>
        </w:rPr>
        <w:t>I wrongly presumed the jet black clouds were a precursor to a very wet day at Builth but not so. We were judged outside in the identical ring we had moaned about to officials last year. The same small sloping one, which allowed about three strides before the need to turn precariously down the slope when moving ones dog and likely to get very slippy and dangerous if it got wet, which luckily it didn't, but worrying for those of us with hip and knee replacements.</w:t>
      </w:r>
    </w:p>
    <w:p>
      <w:r>
        <w:rPr>
          <w:b w:val="0"/>
          <w:i w:val="0"/>
        </w:rPr>
        <w:t xml:space="preserve">Builth is a lovely Showground but the main bugbear for everyone showing Labs there each year is the distance from the benching to this far ring. </w:t>
      </w:r>
    </w:p>
    <w:p>
      <w:r>
        <w:rPr>
          <w:b w:val="0"/>
          <w:i w:val="0"/>
        </w:rPr>
        <w:t>One of the largest breed entries in the show which brings in maximum revenue, is benched at the opposite side of the upper showground from the ring. Our numerous exhibitors have to negotiate their dogs for each and every  class through sundry crate and utility grooming trolley encampments or past relaxing gundog breeds with small entries whose owners are, rightly, chatting in the gangway but  sadly blocking access to the lab ring beyond; then it was miles back to the benches through all this lot again, to collect another exhibit for a following class. I entered four dogs, all benched, what big mistake on one's own . I must have walked miles. Without a ring change, it will certainly have to be a good judge to lure me back again.</w:t>
      </w:r>
    </w:p>
    <w:p>
      <w:r>
        <w:rPr>
          <w:b w:val="0"/>
          <w:i w:val="0"/>
        </w:rPr>
        <w:t>Some of the newcomers had a question on the day which I will endeavour to explain. In answer to a ringside question "what happens if you arrive late at a show and miss your class, can you transfer to another class?"</w:t>
      </w:r>
    </w:p>
    <w:p>
      <w:r>
        <w:rPr>
          <w:b w:val="0"/>
          <w:i w:val="0"/>
        </w:rPr>
        <w:t>The KC RED BOOK clearly states the answer clearly, which is NO, you cannot. Reg F(1)3.85d  states, "If an exhibit arrives late and misses a class even if it is the only class in which the dog is entered, the dog may NOT be transferred to any other class."</w:t>
      </w:r>
    </w:p>
    <w:p>
      <w:r>
        <w:rPr>
          <w:b w:val="0"/>
          <w:i w:val="0"/>
        </w:rPr>
        <w:t xml:space="preserve">Obviously those who judge or organise shows know the rules inside out but I thought it might be helpful to explain to our newcomers why this rule came about and is important. </w:t>
      </w:r>
    </w:p>
    <w:p>
      <w:r>
        <w:rPr>
          <w:b w:val="0"/>
          <w:i w:val="0"/>
        </w:rPr>
        <w:t xml:space="preserve">Imagine you arrive at a championship show, look in the catalogue and see only 3 dogs entered in Open which would mean all three dogs will get an easy Stud Book number, unless the judge withholds. </w:t>
      </w:r>
    </w:p>
    <w:p>
      <w:r>
        <w:rPr>
          <w:b w:val="0"/>
          <w:i w:val="0"/>
        </w:rPr>
        <w:t xml:space="preserve">Then you look at your original entered class details in the catalogue, maybe it's Post Grad and you see 26 dogs are entered. </w:t>
      </w:r>
    </w:p>
    <w:p>
      <w:r>
        <w:rPr>
          <w:b w:val="0"/>
          <w:i w:val="0"/>
        </w:rPr>
        <w:t xml:space="preserve">If the above rule WAS NOT in force, an innocent plea to the show secretary from a late arriver, might transfer the dog to the nearly empty Open class of three dogs and a chance of getting an easy  Stud Book number by default if the dog doesn't already have one, whereas if you stayed in the original, numerically large class you had entered,  you might be lucky to even win a prize. By which time everyone would have seen this as a quick way to get a Stud book number and joined in. </w:t>
      </w:r>
    </w:p>
    <w:p>
      <w:r>
        <w:rPr>
          <w:b w:val="0"/>
          <w:i w:val="0"/>
        </w:rPr>
        <w:t>So this could not be allowed. The rule is " If you arrive late and miss your class that's it, Finito, for the day." Any awards given will be later disqualified by the KC should a dog be shown in contravention of  this rule and those placed below, moved up in the placing.</w:t>
      </w:r>
    </w:p>
    <w:p>
      <w:r>
        <w:rPr>
          <w:b w:val="0"/>
          <w:i w:val="0"/>
        </w:rPr>
        <w:t xml:space="preserve">The only time class transfer is allowed is as follows. </w:t>
      </w:r>
    </w:p>
    <w:p>
      <w:r>
        <w:rPr>
          <w:b w:val="0"/>
          <w:i w:val="0"/>
        </w:rPr>
        <w:t xml:space="preserve">Dogs can be transferred to a Correct Age Class if they are, say, incorrectly entered in Minor Puppy, Puppy or Junior but are too old for those classes, in which case they can go into Puppy, Junior or Yearling. </w:t>
      </w:r>
    </w:p>
    <w:p>
      <w:r>
        <w:rPr>
          <w:b w:val="0"/>
          <w:i w:val="0"/>
        </w:rPr>
        <w:t>For other non-age classes, the transfer is straight into Open. This would apply if you wrongly entered in say Novice, Maiden, Graduate, Post Graduate or Limit perhaps and were over qualified and had already won your way out. In that case you would have to transfer to Open having received the Show Secretary's authority first and a signed note from him/ her to the steward in the ring, to make an adjustment in the judges book.</w:t>
      </w:r>
    </w:p>
    <w:p>
      <w:r>
        <w:rPr>
          <w:b w:val="0"/>
          <w:i w:val="0"/>
        </w:rPr>
        <w:t>Hope this clarifies matters.</w:t>
      </w:r>
    </w:p>
    <w:p>
      <w:r>
        <w:rPr>
          <w:b w:val="0"/>
          <w:i w:val="0"/>
        </w:rPr>
        <w:t xml:space="preserve">Ann Britton </w:t>
      </w:r>
    </w:p>
    <w:p>
      <w:r>
        <w:rPr>
          <w:b w:val="0"/>
          <w:i w:val="0"/>
        </w:rPr>
        <w:t xml:space="preserve">01989720665  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