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- 12/09/2014 - ISSUE"</w:t>
      </w:r>
      <w:r>
        <w:br/>
      </w:r>
      <w:r>
        <w:rPr>
          <w:b w:val="0"/>
          <w:i w:val="0"/>
        </w:rPr>
        <w:br/>
        <w:t>date_original: "12/09/2014 - ISSUE"</w:t>
      </w:r>
      <w:r>
        <w:br/>
      </w:r>
      <w:r>
        <w:rPr>
          <w:b w:val="0"/>
          <w:i w:val="0"/>
        </w:rPr>
        <w:br/>
        <w:t>source_url: "https://www.ourdogs.co.uk/members/breednotes/RetrieverLabradorMain.php"</w:t>
      </w:r>
      <w:r>
        <w:br/>
      </w:r>
      <w:r>
        <w:rPr>
          <w:b w:val="0"/>
          <w:i w:val="0"/>
        </w:rPr>
        <w:br/>
        <w:t>scraped_at: "2026-09-13T15:33:23"</w:t>
      </w:r>
      <w:r>
        <w:br/>
      </w:r>
      <w:r>
        <w:rPr>
          <w:b w:val="0"/>
          <w:i w:val="0"/>
        </w:rPr>
        <w:br/>
        <w:t>word_count: 788</w:t>
      </w:r>
    </w:p>
    <w:p>
      <w:r>
        <w:t>――――――――――――――――――――――――――――――</w:t>
      </w:r>
    </w:p>
    <w:p>
      <w:r>
        <w:rPr>
          <w:b w:val="0"/>
          <w:i w:val="0"/>
        </w:rPr>
        <w:t>NEWS MEMBERS' AREA SHOP SUBSCRIBE UPCOMING SHOWS MORE</w:t>
      </w:r>
    </w:p>
    <w:p>
      <w:r>
        <w:rPr>
          <w:b w:val="0"/>
          <w:i w:val="0"/>
        </w:rPr>
        <w:t>RETRIEVER LABRADOR</w:t>
      </w:r>
    </w:p>
    <w:p>
      <w:r>
        <w:rPr>
          <w:b w:val="0"/>
          <w:i w:val="0"/>
        </w:rPr>
        <w:t>Issue: 12/09/2014</w:t>
      </w:r>
    </w:p>
    <w:p>
      <w:r>
        <w:rPr>
          <w:b w:val="0"/>
          <w:i w:val="0"/>
        </w:rPr>
        <w:t>I am so sorry to have to report the death of Pat Gill on 3rd September 2014. A lovely lady, Pat was Secretary of Three Ridings Labrador Retriever Club for about thirty years. She was Vice President of the club and also Secretary of the Labrador Breed Council for many years. Pat will be fondly remembered by all who knew her. Kind, hard-working; a smile on her face for everyone. She was a well-respected championship show judge of Labradors. Pat's funeral will be held on Tuesday 16th September at 12noon at Otley Parish Church. Our most sincere condolences go to Pat's husband, Eric and to their family.</w:t>
      </w:r>
    </w:p>
    <w:p>
      <w:r>
        <w:rPr>
          <w:b w:val="0"/>
          <w:i w:val="0"/>
        </w:rPr>
        <w:t xml:space="preserve">I am still fighting off the last aches, coughs and sniffles of the nasty flu bug with which so many of us, from all over the UK, appear to have been stricken following SKC. </w:t>
      </w:r>
    </w:p>
    <w:p>
      <w:r>
        <w:rPr>
          <w:b w:val="0"/>
          <w:i w:val="0"/>
        </w:rPr>
        <w:t>At the next two championship shows two non-breed specialists Penny Williams and Pam Blay were scheduled to judge our breed for the first time. Over the years I have always found it interesting and enlightening to see how non specialist judges interpret our standard and what plus and minus points count as paramount.</w:t>
      </w:r>
    </w:p>
    <w:p>
      <w:r>
        <w:rPr>
          <w:b w:val="0"/>
          <w:i w:val="0"/>
        </w:rPr>
        <w:t xml:space="preserve">The week after SKC, City of Birmingham Ch show was held at Stoneleigh and Penny Williams of the famous Bournehouse English Setters judged. Her winners were Dog CC Richard Staffords yellow Sh Ch Farnfield Topo Gigio (ai) JW Sh.CM. The Dog RCC went to Mrs Callenders black Parbuckle Blue Spruce. The Bitch CC and Best of Breed was Judith Charltons yellow Sh Ch Foxrush Remember the Time JW with the Bitch RCC going to Anne Lavelles yellow Crosscroyde Choice Words JW. Best Puppy was Judith Charltons yellow Foxrush Limited Edition  </w:t>
      </w:r>
    </w:p>
    <w:p>
      <w:r>
        <w:rPr>
          <w:b w:val="0"/>
          <w:i w:val="0"/>
        </w:rPr>
        <w:t xml:space="preserve">The following week Pam Blay, judged at Richmond. Although entered I was still not well enough to drive all the way to Loseley Park, near Guildford, so had to be content to stay at home and watch the excellent results service from Higham Press on my iPad. </w:t>
      </w:r>
    </w:p>
    <w:p>
      <w:r>
        <w:rPr>
          <w:b w:val="0"/>
          <w:i w:val="0"/>
        </w:rPr>
        <w:t>Pam's Dog CC and Best of Breed winner was Mandy Stewarts four year old yellow dog Streamanda Top Knotch JW(Lembas Top Ranking x Ludalor Moonlight over Streamanda) winning his crowning third CC on the day. He is Mandys very first champion. He won his first CC under Anne Powell at Labrador Club of Wales 2012 where he was Best in Show; his second CC and BOB came from Elaine Cannon at last years Richmond 2013 and now his third at what is proving to be his lucky showground Richmond 2014 Many congratulations. The Dog RCC went to Shaun Williamsons yellow, Sharouns Life of Riley JW. The Bitch CC was won by Anthony Allen and Linda Hess's yellow Sh Ch Saltys Surfer Girl of Tampa Bay and the Bitch RCC went to Alison Scutchers yellow, Winsleywood Wild Honey JW ShCM. Best Puppy was Sharon Lamberts black Mattand Chance a Glance and Best Veteran Jenny Kings Linthwaite Maximus.</w:t>
      </w:r>
    </w:p>
    <w:p>
      <w:r>
        <w:rPr>
          <w:b w:val="0"/>
          <w:i w:val="0"/>
        </w:rPr>
        <w:t>An interesting "Behaviourist &amp; 'Heart Health' Symposium is being held by Birmingham and District Doberman Club on Sunday 21st September at Calf Heath in Staffordshire, just off J12 of the M6, " The Welsh Dog Whisperer" Colin Jones, renowned behaviourist &amp; obedience trainer will talk on 'Living As A Positive Pack Leader' from 10am, discussing pack management and separation anxiety followed with a Q&amp;A session. Following lunch, Colin &amp; his pack will give an obedience master class, again followed with a Q&amp;A session.</w:t>
      </w:r>
    </w:p>
    <w:p>
      <w:r>
        <w:rPr>
          <w:b w:val="0"/>
          <w:i w:val="0"/>
        </w:rPr>
        <w:t>The cost for the seminar is Â£ 17.50 (non-members) and buffet lunch is available @ Â£ 5 per head. From 2.30 in the afternoon, Sarah Smith (RCVS recognised specialist in veterinary cardiology) will give a symposium on Canine Heart Health; bringing all the latest information and best practice advice with regards to pre-breeding strategy. The symposium is FREE and open to all; a donation to the Club's health fund is optional but most appreciated.</w:t>
      </w:r>
    </w:p>
    <w:p>
      <w:r>
        <w:rPr>
          <w:b w:val="0"/>
          <w:i w:val="0"/>
        </w:rPr>
        <w:t>Booking for both parts of the day is essential, booking forms are available on the website: www.birminghamdobe.co.uk</w:t>
      </w:r>
      <w:hyperlink r:id="rId9">
        <w:r>
          <w:rPr>
            <w:color w:val="0563C1"/>
            <w:u w:val="single"/>
          </w:rPr>
          <w:t>http://www.birminghamdobe.co.uk</w:t>
        </w:r>
      </w:hyperlink>
      <w:r>
        <w:rPr>
          <w:b w:val="0"/>
          <w:i w:val="0"/>
        </w:rPr>
        <w:t xml:space="preserve"> or call 01922 701877 after 7pm.</w:t>
      </w:r>
    </w:p>
    <w:p>
      <w:r>
        <w:rPr>
          <w:b w:val="0"/>
          <w:i w:val="0"/>
        </w:rPr>
        <w:t>Please return forms by September 14th.</w:t>
      </w:r>
    </w:p>
    <w:p>
      <w:r>
        <w:rPr>
          <w:b w:val="0"/>
          <w:i w:val="0"/>
        </w:rPr>
        <w:t xml:space="preserve">Ann Britton </w:t>
      </w:r>
    </w:p>
    <w:p>
      <w:r>
        <w:rPr>
          <w:b w:val="0"/>
          <w:i w:val="0"/>
        </w:rPr>
        <w:t xml:space="preserve">01989720665 </w:t>
      </w:r>
    </w:p>
    <w:p>
      <w:r>
        <w:rPr>
          <w:b w:val="0"/>
          <w:i w:val="0"/>
        </w:rPr>
        <w:t xml:space="preserve">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www.birminghamdob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