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Oct 2004"</w:t>
      </w:r>
      <w:r>
        <w:br/>
      </w:r>
      <w:r>
        <w:rPr>
          <w:b w:val="0"/>
          <w:i w:val="0"/>
        </w:rPr>
        <w:br/>
        <w:t>date_original: "22 Oct 2004"</w:t>
      </w:r>
      <w:r>
        <w:br/>
      </w:r>
      <w:r>
        <w:rPr>
          <w:b w:val="0"/>
          <w:i w:val="0"/>
        </w:rPr>
        <w:br/>
        <w:t>source_url: "https://www.ourdogs.co.uk/members/breednotes/2004/RetrieverLabrador/RetrieverLabrador-oct22.htm"</w:t>
      </w:r>
      <w:r>
        <w:br/>
      </w:r>
      <w:r>
        <w:rPr>
          <w:b w:val="0"/>
          <w:i w:val="0"/>
        </w:rPr>
        <w:br/>
        <w:t>archive_type: "static_html"</w:t>
      </w:r>
      <w:r>
        <w:br/>
      </w:r>
      <w:r>
        <w:rPr>
          <w:b w:val="0"/>
          <w:i w:val="0"/>
        </w:rPr>
        <w:br/>
        <w:t>scraped_at: "2026-09-13T22:14:59"</w:t>
      </w:r>
      <w:r>
        <w:br/>
      </w:r>
      <w:r>
        <w:rPr>
          <w:b w:val="0"/>
          <w:i w:val="0"/>
        </w:rPr>
        <w:br/>
        <w:t>word_count: 1569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Following Brenda Hyde’s amusing (to those who stayed on terra firma), but hair-raising tale of her "foray via ferry" to Belfast Ch Show recently; good news and a further note from Brenda to conclude the story:- ‘In the interests of fairness I think it should be published that Norse Merchant have followed up my letter of complaint, by repaying me half the return fare (£57.50). They have also given me a free trip to be taken before 30th June 2005. This means I can go to the Lab Club of Northern Ireland in May, but may not return!’.</w:t>
      </w:r>
      <w:r>
        <w:br/>
      </w:r>
      <w:r>
        <w:rPr>
          <w:b w:val="0"/>
          <w:i w:val="0"/>
        </w:rPr>
        <w:br/>
        <w:t>Well done, Brenda, you are a tonic!</w:t>
      </w:r>
    </w:p>
    <w:p>
      <w:r>
        <w:rPr>
          <w:b w:val="0"/>
          <w:i w:val="0"/>
        </w:rPr>
        <w:t>West of England Labrador Retriever Club have mislaid two cups for the forthcoming Ch show at the end of this month; The Skelbrook Vanity Tankard for Best Yellow Bitch and the Landrow Salver for Best Junior. If you have any news about their whereabouts, the cup secretary Cathy Wilkins would be pleased to hear from you on 01460 281 823. Alternatively the trophies may be returned, well padded and packed in firm packaging, to her address Charlen, Isle Brewers, Taunton, Somerset TA3 6QW, no questions asked!</w:t>
      </w:r>
    </w:p>
    <w:p>
      <w:r>
        <w:rPr>
          <w:b w:val="0"/>
          <w:i w:val="0"/>
        </w:rPr>
        <w:t>North West LRC Ch Show was judged by Jean Harris (Dogs) and Jane Rawlinson (Bitches). Jane was officiating for the first time at this level. There was an entry of 268dogs. The winners were Bitch CC, her third, Diana Downey Tulloch’s yellow Tullochmohr Tayna. Bitch RCC Margaret and Andrew Brown’s black Sh Ch Ramsayville Roisin.</w:t>
      </w:r>
    </w:p>
    <w:p>
      <w:r>
        <w:rPr>
          <w:b w:val="0"/>
          <w:i w:val="0"/>
        </w:rPr>
        <w:t>Dog CC, also his third, Neville Barlow’s yellow Braunspath Discovery; Dog RCC Mr P Lammens Int Ch Ahti Aspen of Finnwoods, Best Puppy in Show was Garner Anthony and Erica Jayes Sandylands Wait Awhile.</w:t>
      </w:r>
    </w:p>
    <w:p>
      <w:r>
        <w:rPr>
          <w:b w:val="0"/>
          <w:i w:val="0"/>
        </w:rPr>
        <w:t>Best in Show on the decision of the referee, Maureen Wilkinson, was the bitch Tullochmohr Tayna.</w:t>
      </w:r>
    </w:p>
    <w:p>
      <w:r>
        <w:rPr>
          <w:b w:val="0"/>
          <w:i w:val="0"/>
        </w:rPr>
        <w:t>Quite a coincidence that two champions, made up on the same day, had both received their first CC this summer, at Border Union, under Michael Boothroyd. Congratulations to you all.</w:t>
      </w:r>
    </w:p>
    <w:p>
      <w:r>
        <w:rPr>
          <w:b w:val="0"/>
          <w:i w:val="0"/>
        </w:rPr>
        <w:t>Sheila Saunt, who is Secretary of NWLRC, would like to apologise to exhibitors on behalf of the club, that the Championship Show prize cards were not of their usual standard. I gather the night before the show it became evident that the prize cards, which are normally supplied, were not to hand, so, valiantly, Sheila set to and printed them all herself on her computer. She would like to assure exhibitors that next year there will be professionally printed prize cards once again.</w:t>
      </w:r>
    </w:p>
    <w:p>
      <w:r>
        <w:rPr>
          <w:b w:val="0"/>
          <w:i w:val="0"/>
        </w:rPr>
        <w:t>Poor Sheila must have wondered what she had done wrong for, as well as having to produce all the prize cards the previous evening, one of the committee members’ cars broke down on the motorway, on the way to the show and setting up of the show was somewhat delayed. Later in the morning, as the show was well underway, we all heard some benching collapse loudly, spilling the dogs onto the floor. Whose poor Labradors were on these benches? None other than Sheila’s!</w:t>
      </w:r>
    </w:p>
    <w:p>
      <w:r>
        <w:rPr>
          <w:b w:val="0"/>
          <w:i w:val="0"/>
        </w:rPr>
        <w:t>I am pleased to hear that the benching company have taken care of the Vets bill and that Sheila’s bitch is now doing well once again.</w:t>
      </w:r>
    </w:p>
    <w:p>
      <w:r>
        <w:rPr>
          <w:b w:val="0"/>
          <w:i w:val="0"/>
        </w:rPr>
        <w:t>Ever vigilant, Brenda Hyde writes ‘After everyone had left the Hall after the North West Lab Club show (10/10), I found a stainless steel flask sitting in the middle of the floor!</w:t>
      </w:r>
      <w:r>
        <w:br/>
      </w:r>
      <w:r>
        <w:rPr>
          <w:b w:val="0"/>
          <w:i w:val="0"/>
        </w:rPr>
        <w:br/>
        <w:t>‘I now have this at home and if anyone owns it, they can contact me on 0121 745 4137’.</w:t>
      </w:r>
      <w:r>
        <w:br/>
      </w:r>
      <w:r>
        <w:rPr>
          <w:b w:val="0"/>
          <w:i w:val="0"/>
        </w:rPr>
        <w:br/>
        <w:t>Congratulations to Mr and Mrs Wills on making their chocolate bitch, Aqualoop Catch a Dream into an Irish Show Champion recently.</w:t>
      </w:r>
    </w:p>
    <w:p>
      <w:r>
        <w:rPr>
          <w:b w:val="0"/>
          <w:i w:val="0"/>
        </w:rPr>
        <w:t>Also congratulations to Charlotte Mount for winning 4th place with her yellow Labrador in the JHA Gundog Handling at Richmond under Emma Jane Hallgarth.</w:t>
      </w:r>
    </w:p>
    <w:p>
      <w:r>
        <w:rPr>
          <w:b w:val="0"/>
          <w:i w:val="0"/>
        </w:rPr>
        <w:t>We had an ‘interesting’ journey to North West Lab, setting out in pitch-black darkness, around 6am, we drove onto the deserted motorway. There was no-one else around. After ten miles or so, a maroon people-carrier passed us, slowed up, pulled in front of us, with hazard lights flashing and winkers glowing, making a great show to catch our attention. It then drove off, as quickly as it had appeared, into the darkness and left us to our solitary journey, but by now we had a major worry, for having had numerous unpleasant motorway breakdowns in the past, my heart had skipped a beat. Why had that driver flashed us so vehemently, unless there was something seriously wrong with my car?</w:t>
      </w:r>
    </w:p>
    <w:p>
      <w:r>
        <w:rPr>
          <w:b w:val="0"/>
          <w:i w:val="0"/>
        </w:rPr>
        <w:t>Oh, no, not again. Either the rear lights weren’t working or the exhaust or bumper were about to fall off, or we had left something on the roof; there were endless alarming permutations.</w:t>
      </w:r>
    </w:p>
    <w:p>
      <w:r>
        <w:rPr>
          <w:b w:val="0"/>
          <w:i w:val="0"/>
        </w:rPr>
        <w:t>At least, we thought, it was kind of the person who had passed us to alert us of the danger.</w:t>
      </w:r>
    </w:p>
    <w:p>
      <w:r>
        <w:rPr>
          <w:b w:val="0"/>
          <w:i w:val="0"/>
        </w:rPr>
        <w:t>We drove on very gingerly, expecting the worse to happen at any minute and finally, with great relief, pulled off the motorway at the next services, some twenty miles on.</w:t>
      </w:r>
      <w:r>
        <w:br/>
      </w:r>
      <w:r>
        <w:rPr>
          <w:b w:val="0"/>
          <w:i w:val="0"/>
        </w:rPr>
        <w:br/>
        <w:t>George inspected the outside of the car; lights all working, exhaust fully in place, bumper ok, in fact all appeared in order. So we set off once again, hoping to arrive in St Helens in one piece.</w:t>
      </w:r>
    </w:p>
    <w:p>
      <w:r>
        <w:rPr>
          <w:b w:val="0"/>
          <w:i w:val="0"/>
        </w:rPr>
        <w:t>We arrived near the St Helens showground a couple of hours later, nothing had, as yet, fallen off the car; it was all a mystery.</w:t>
      </w:r>
    </w:p>
    <w:p>
      <w:r>
        <w:rPr>
          <w:b w:val="0"/>
          <w:i w:val="0"/>
        </w:rPr>
        <w:t>As I hadn’t been to North West LRC for several years, I couldn’t quite remember where the Sports Centre was and there was no street name on the schedule. Luckily, as we circled a roundabout for the umpteenth time, wondering which of several exits to take, we were saved by Sheila Walton, (Gallybob), who knew the way expertly and we gratefully followed her. (Many thanks Sheila).</w:t>
      </w:r>
    </w:p>
    <w:p>
      <w:r>
        <w:rPr>
          <w:b w:val="0"/>
          <w:i w:val="0"/>
        </w:rPr>
        <w:t>We drove onto the Sports Centre car park for a further investigation into the mystery problem with the car.</w:t>
      </w:r>
    </w:p>
    <w:p>
      <w:r>
        <w:rPr>
          <w:b w:val="0"/>
          <w:i w:val="0"/>
        </w:rPr>
        <w:t>Imagine our surprise when, looking up, we spotted parked opposite us, the very same maroon people carrier, which had flashed at us in the early morning’s darkness on the motorway.</w:t>
      </w:r>
    </w:p>
    <w:p>
      <w:r>
        <w:rPr>
          <w:b w:val="0"/>
          <w:i w:val="0"/>
        </w:rPr>
        <w:t>At last, here was the answer, our car wasn’t falling apart after all; the flashing was just our new, cheery, Herefordshire neighbour, David Coode’s way of saying ‘Good Morning’. Thank you David, I’ll know next time!</w:t>
      </w:r>
    </w:p>
    <w:p>
      <w:r>
        <w:rPr>
          <w:b w:val="0"/>
          <w:i w:val="0"/>
        </w:rPr>
        <w:t>The Golden Retriever Club are once again holding a Show Gundog Working Certificate, open to all Retriever breeds and individuals who have won a first prize at a Championship Show. This is being held on Saturday 8th January 2005, near Tenbury Wells, Worcestershire, just 20 miles from the M5, Junctions 5 and 7. Last year we had a Labrador and several Flatcoats achieve their SGWC alongside the Goldens.</w:t>
      </w:r>
    </w:p>
    <w:p>
      <w:r>
        <w:rPr>
          <w:b w:val="0"/>
          <w:i w:val="0"/>
        </w:rPr>
        <w:t>Requirements: a good level of basic obedience, a dog who will not bark or whine in the line and sit steadily off lead under gunfire, who will retrieve freshly shot game tenderly to hand, will hunt and face cover and will retrieve a dummy from water (a pond). Absolute steadiness is not a requirement. Entries close on 28th December 2004 and the cost is £20 per dog. For more information and an entry form, contact Kim Ellis on 01980 653109 Email: tenfield.retrievers@ntlworld.com or send a stamped addressed envelope to Braeside, Bulford Hill, Durrington, Salisbury, Wiltshire, SP4 8DW.</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