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- 23/05/2025 - ISSUE"</w:t>
      </w:r>
      <w:r>
        <w:br/>
      </w:r>
      <w:r>
        <w:rPr>
          <w:b w:val="0"/>
          <w:i w:val="0"/>
        </w:rPr>
        <w:br/>
        <w:t>date_original: "23/05/2025 - ISSUE"</w:t>
      </w:r>
      <w:r>
        <w:br/>
      </w:r>
      <w:r>
        <w:rPr>
          <w:b w:val="0"/>
          <w:i w:val="0"/>
        </w:rPr>
        <w:br/>
        <w:t>source_url: "https://www.ourdogs.co.uk/members/breednotes/RetrieverLabradorMain.php"</w:t>
      </w:r>
      <w:r>
        <w:br/>
      </w:r>
      <w:r>
        <w:rPr>
          <w:b w:val="0"/>
          <w:i w:val="0"/>
        </w:rPr>
        <w:br/>
        <w:t>scraped_at: "2026-09-13T15:05:50"</w:t>
      </w:r>
      <w:r>
        <w:br/>
      </w:r>
      <w:r>
        <w:rPr>
          <w:b w:val="0"/>
          <w:i w:val="0"/>
        </w:rPr>
        <w:br/>
        <w:t>word_count: 890</w:t>
      </w:r>
    </w:p>
    <w:p>
      <w:r>
        <w:t>――――――――――――――――――――――――――――――</w:t>
      </w:r>
    </w:p>
    <w:p>
      <w:r>
        <w:rPr>
          <w:b w:val="0"/>
          <w:i w:val="0"/>
        </w:rPr>
        <w:t>NEWS MEMBERS' AREA SHOP SUBSCRIBE UPCOMING SHOWS MORE</w:t>
      </w:r>
    </w:p>
    <w:p>
      <w:r>
        <w:rPr>
          <w:b w:val="0"/>
          <w:i w:val="0"/>
        </w:rPr>
        <w:t>RETRIEVER LABRADOR</w:t>
      </w:r>
    </w:p>
    <w:p>
      <w:r>
        <w:rPr>
          <w:b w:val="0"/>
          <w:i w:val="0"/>
        </w:rPr>
        <w:t>Issue: 23/05/2025</w:t>
      </w:r>
    </w:p>
    <w:p>
      <w:r>
        <w:rPr>
          <w:b w:val="0"/>
          <w:i w:val="0"/>
        </w:rPr>
        <w:t>Such sad news that Jan Hill has passed away after a short illness. Jan was an enthusiastic, active supporter of the Midland Counties Lab Club. I first met her in the 1990s when she worked for the Kennel Club in Clarges Street, London, and I recall her helping with minute-taking at our Show Executive Committee meetings. I don't know if she had a dog at that time but certainly once retired she added a show Labrador to her household and, win or lose she enjoyed attending shows with her yellow Labrador dog. Her happy disposition  at shows will be missed by many.</w:t>
      </w:r>
    </w:p>
    <w:p>
      <w:r>
        <w:rPr>
          <w:b w:val="0"/>
          <w:i w:val="0"/>
        </w:rPr>
        <w:t>Our sincere condolences to her husband and family.</w:t>
      </w:r>
    </w:p>
    <w:p>
      <w:r>
        <w:rPr>
          <w:b w:val="0"/>
          <w:i w:val="0"/>
        </w:rPr>
        <w:t>Just a few days after the National, those living north of the Border and those from the south, who clearly have loads of energy and like driving many hundreds of miles via the clogged up motorway system to compete, week in, week out, (just like I used to in my former livelier days) had a busy time at Ingleston Edinburgh, where there were two championship shows to enjoy with Labradorsbith shows on Thursday 15th May.</w:t>
      </w:r>
    </w:p>
    <w:p>
      <w:r>
        <w:rPr>
          <w:b w:val="0"/>
          <w:i w:val="0"/>
        </w:rPr>
        <w:t>It was a momentous day for the Sandylands kennel, making up their the 99th Sandylands UK CH or SH CH; in this case the young yellow dog, now titled Sh Ch Berlan Get up and Go at Sandylands (Llanstinan Sugar Daddy x Sandylands Holiday Time). I understand Holiday Time is litter sister to the two Champions Sandylands Hit The Road and Sandylands High Time).</w:t>
      </w:r>
    </w:p>
    <w:p>
      <w:r>
        <w:rPr>
          <w:b w:val="0"/>
          <w:i w:val="0"/>
        </w:rPr>
        <w:t xml:space="preserve">Newly crowned youngster Sh Ch Berlan Get Up and Go at Sandylands now has 2CCs  plus 8 RCCs and won the dog CC at the first Scottish KC All Breed show (ie CCs for every breed that has them ). The judge was Moray Armstrong with an entry of 125 from a total show entry over four days of 6007 dogs and bitches. </w:t>
      </w:r>
    </w:p>
    <w:p>
      <w:r>
        <w:rPr>
          <w:b w:val="0"/>
          <w:i w:val="0"/>
        </w:rPr>
        <w:t>Judging of dogs commenced at 8.30am, whilst in an adjacent ring at the general Ch show, (ie. only selected breeds scheduled, chosen by the organising committee) the bitch judging also started at 8.30am. Certainly exhibitors with dogs and bitches had to keep their eye on progress in both rings.</w:t>
      </w:r>
    </w:p>
    <w:p>
      <w:r>
        <w:rPr>
          <w:b w:val="0"/>
          <w:i w:val="0"/>
        </w:rPr>
        <w:t xml:space="preserve">The second SKC general championship show was judged for the  first time at this level by Sarah McLellan with an entry of 118 dogs and bitches from a show entry of 5454 dogs and bitches. I gather it was her birthday so she will have nice memories of  the day every  following year. </w:t>
      </w:r>
    </w:p>
    <w:p>
      <w:r>
        <w:rPr>
          <w:b w:val="0"/>
          <w:i w:val="0"/>
        </w:rPr>
        <w:t xml:space="preserve">The winners at the first show were </w:t>
      </w:r>
    </w:p>
    <w:p>
      <w:r>
        <w:rPr>
          <w:b w:val="0"/>
          <w:i w:val="0"/>
        </w:rPr>
        <w:t>Retriever (Labrador) - Judge: Mr M Armstrong</w:t>
      </w:r>
    </w:p>
    <w:p>
      <w:r>
        <w:rPr>
          <w:b w:val="0"/>
          <w:i w:val="0"/>
        </w:rPr>
        <w:t>Best of Breed and Dog Challenge Certificate</w:t>
      </w:r>
    </w:p>
    <w:p>
      <w:r>
        <w:rPr>
          <w:b w:val="0"/>
          <w:i w:val="0"/>
        </w:rPr>
        <w:t>Berlan Get Up and Go at Sandylands (Mr E &amp; Mrs E Casey &amp; Jayes) made up on the day.</w:t>
      </w:r>
    </w:p>
    <w:p>
      <w:r>
        <w:rPr>
          <w:b w:val="0"/>
          <w:i w:val="0"/>
        </w:rPr>
        <w:t>Reserve Dog Challenge Certificate</w:t>
      </w:r>
    </w:p>
    <w:p>
      <w:r>
        <w:rPr>
          <w:b w:val="0"/>
          <w:i w:val="0"/>
        </w:rPr>
        <w:t>Sh Ch/ir Sh Ch Naiken Elite Envoy (ai) JW Ir Jch (Mr &amp; Mrs A R V &amp; Miss R Hodge)</w:t>
      </w:r>
    </w:p>
    <w:p>
      <w:r>
        <w:rPr>
          <w:b w:val="0"/>
          <w:i w:val="0"/>
        </w:rPr>
        <w:t>Bitch Challenge Certificate</w:t>
      </w:r>
    </w:p>
    <w:p>
      <w:r>
        <w:rPr>
          <w:b w:val="0"/>
          <w:i w:val="0"/>
        </w:rPr>
        <w:t>Rochevale Sapphire (Mrs C &amp; Mr D Clayton)</w:t>
      </w:r>
    </w:p>
    <w:p>
      <w:r>
        <w:rPr>
          <w:b w:val="0"/>
          <w:i w:val="0"/>
        </w:rPr>
        <w:t>Reserve Bitch Challenge Certificate</w:t>
      </w:r>
    </w:p>
    <w:p>
      <w:r>
        <w:rPr>
          <w:b w:val="0"/>
          <w:i w:val="0"/>
        </w:rPr>
        <w:t>Stand by Me of Misty Dreams (Imp Fra) (Mr R S &amp; Mr P Ennis-Holden &amp; Lammens)</w:t>
      </w:r>
    </w:p>
    <w:p>
      <w:r>
        <w:rPr>
          <w:b w:val="0"/>
          <w:i w:val="0"/>
        </w:rPr>
        <w:t>Best Puppy</w:t>
      </w:r>
    </w:p>
    <w:p>
      <w:r>
        <w:rPr>
          <w:b w:val="0"/>
          <w:i w:val="0"/>
        </w:rPr>
        <w:t>Naiken Island Hopping (ai) (Mr &amp; Mrs A R V &amp; Miss R Hodge) 4th in 1st Gundog puppy group under Richard Bott</w:t>
      </w:r>
    </w:p>
    <w:p>
      <w:r>
        <w:rPr>
          <w:b w:val="0"/>
          <w:i w:val="0"/>
        </w:rPr>
        <w:t>Best Veteran</w:t>
      </w:r>
    </w:p>
    <w:p>
      <w:r>
        <w:rPr>
          <w:b w:val="0"/>
          <w:i w:val="0"/>
        </w:rPr>
        <w:t>875 - A Sense of Pleasure's Get Lucky JW (Imp Deu) (Miss K Druggan)</w:t>
      </w:r>
    </w:p>
    <w:p>
      <w:r>
        <w:rPr>
          <w:b w:val="0"/>
          <w:i w:val="0"/>
        </w:rPr>
        <w:t>Best Special Beginner</w:t>
      </w:r>
    </w:p>
    <w:p>
      <w:r>
        <w:rPr>
          <w:b w:val="0"/>
          <w:i w:val="0"/>
        </w:rPr>
        <w:t>910 - Tweedledum Play It Cool (Miss S M K</w:t>
      </w:r>
    </w:p>
    <w:p>
      <w:r>
        <w:rPr>
          <w:b w:val="0"/>
          <w:i w:val="0"/>
        </w:rPr>
        <w:t>At the second show the results were:-</w:t>
      </w:r>
    </w:p>
    <w:p>
      <w:r>
        <w:rPr>
          <w:b w:val="0"/>
          <w:i w:val="0"/>
        </w:rPr>
        <w:t>Retriever (Labrador) - Judge: Mrs S McLellan</w:t>
      </w:r>
    </w:p>
    <w:p>
      <w:r>
        <w:rPr>
          <w:b w:val="0"/>
          <w:i w:val="0"/>
        </w:rPr>
        <w:t>Best of Breed and Dog Challenge Certificate</w:t>
      </w:r>
    </w:p>
    <w:p>
      <w:r>
        <w:rPr>
          <w:b w:val="0"/>
          <w:i w:val="0"/>
        </w:rPr>
        <w:t>Binnaig Sea The Stars over Tullochmohr (Mrs D Tulloch)</w:t>
      </w:r>
    </w:p>
    <w:p>
      <w:r>
        <w:rPr>
          <w:b w:val="0"/>
          <w:i w:val="0"/>
        </w:rPr>
        <w:t>Reserve Dog Challenge Certificate</w:t>
      </w:r>
    </w:p>
    <w:p>
      <w:r>
        <w:rPr>
          <w:b w:val="0"/>
          <w:i w:val="0"/>
        </w:rPr>
        <w:t>7835 - Sh Ch/ir Sh Ch Naiken East Meets West (ai) JW (Mr &amp; Mrs A R V &amp; Miss R Hodge)</w:t>
      </w:r>
    </w:p>
    <w:p>
      <w:r>
        <w:rPr>
          <w:b w:val="0"/>
          <w:i w:val="0"/>
        </w:rPr>
        <w:t>Bitch Challenge Certificate</w:t>
      </w:r>
    </w:p>
    <w:p>
      <w:r>
        <w:rPr>
          <w:b w:val="0"/>
          <w:i w:val="0"/>
        </w:rPr>
        <w:t>Sh Ch Binnaig Buppsala JW (Ms C Campbell)</w:t>
      </w:r>
    </w:p>
    <w:p>
      <w:r>
        <w:rPr>
          <w:b w:val="0"/>
          <w:i w:val="0"/>
        </w:rPr>
        <w:t>Reserve Bitch Challenge Certificate</w:t>
      </w:r>
    </w:p>
    <w:p>
      <w:r>
        <w:rPr>
          <w:b w:val="0"/>
          <w:i w:val="0"/>
        </w:rPr>
        <w:t>Wynfaul Dancing Flame JW (Mrs M A Percival)</w:t>
      </w:r>
    </w:p>
    <w:p>
      <w:r>
        <w:rPr>
          <w:b w:val="0"/>
          <w:i w:val="0"/>
        </w:rPr>
        <w:t>Best Puppy</w:t>
      </w:r>
    </w:p>
    <w:p>
      <w:r>
        <w:rPr>
          <w:b w:val="0"/>
          <w:i w:val="0"/>
        </w:rPr>
        <w:t>Naiken Island Hopping (ai) (Mr &amp; Mrs A R V &amp; Miss R Hodge) 4th in Gundog Puppy Group judge M Harding</w:t>
      </w:r>
    </w:p>
    <w:p>
      <w:r>
        <w:rPr>
          <w:b w:val="0"/>
          <w:i w:val="0"/>
        </w:rPr>
        <w:t>Best Veteran Flyenpyg Porky Pig JW OSW (C M Smith)</w:t>
      </w:r>
    </w:p>
    <w:p>
      <w:r>
        <w:rPr>
          <w:b w:val="0"/>
          <w:i w:val="0"/>
        </w:rPr>
        <w:t>Best Special Beginner</w:t>
      </w:r>
    </w:p>
    <w:p>
      <w:r>
        <w:rPr>
          <w:b w:val="0"/>
          <w:i w:val="0"/>
        </w:rPr>
        <w:t>Exelby Elizabeth (Miss A Gunn)</w:t>
      </w:r>
    </w:p>
    <w:p>
      <w:r>
        <w:rPr>
          <w:b w:val="0"/>
          <w:i w:val="0"/>
        </w:rPr>
        <w:t>Entries close soon for 30 CLASS</w:t>
      </w:r>
    </w:p>
    <w:p>
      <w:r>
        <w:rPr>
          <w:b w:val="0"/>
          <w:i w:val="0"/>
        </w:rPr>
        <w:t>UNBENCHED 52nd BREED</w:t>
      </w:r>
    </w:p>
    <w:p>
      <w:r>
        <w:rPr>
          <w:b w:val="0"/>
          <w:i w:val="0"/>
        </w:rPr>
        <w:t>CHAMPIONSHIP SHOW</w:t>
      </w:r>
    </w:p>
    <w:p>
      <w:r>
        <w:rPr>
          <w:b w:val="0"/>
          <w:i w:val="0"/>
        </w:rPr>
        <w:t>(Held under Royal Kennel Club Limited Rules &amp; Regulations) at Thompson House Equestrian Centre, Pepper Lane, Standish, Wigan WN6 0PP on Sunday 22nd June 2025</w:t>
      </w:r>
    </w:p>
    <w:p>
      <w:r>
        <w:rPr>
          <w:b w:val="0"/>
          <w:i w:val="0"/>
        </w:rPr>
        <w:t>JUDGES</w:t>
      </w:r>
    </w:p>
    <w:p>
      <w:r>
        <w:rPr>
          <w:b w:val="0"/>
          <w:i w:val="0"/>
        </w:rPr>
        <w:t>Dogs: Mrs Yoland Shirton (Woolman)</w:t>
      </w:r>
    </w:p>
    <w:p>
      <w:r>
        <w:rPr>
          <w:b w:val="0"/>
          <w:i w:val="0"/>
        </w:rPr>
        <w:t>Bitches: Mr Richard Stafford (Farnfi eld)</w:t>
      </w:r>
    </w:p>
    <w:p>
      <w:r>
        <w:rPr>
          <w:b w:val="0"/>
          <w:i w:val="0"/>
        </w:rPr>
        <w:t>Referee: Ginette Oulton (Oulsmi)</w:t>
      </w:r>
    </w:p>
    <w:p>
      <w:r>
        <w:rPr>
          <w:b w:val="0"/>
          <w:i w:val="0"/>
        </w:rPr>
        <w:t>Show opens: 8.30am Judging: Bitches 9.30am (Ring 1) Dogs 10.00am (Ring 2)</w:t>
      </w:r>
    </w:p>
    <w:p>
      <w:r>
        <w:rPr>
          <w:b w:val="0"/>
          <w:i w:val="0"/>
        </w:rPr>
        <w:t>Postal entries close: Monday 12th May 2025</w:t>
      </w:r>
    </w:p>
    <w:p>
      <w:r>
        <w:rPr>
          <w:b w:val="0"/>
          <w:i w:val="0"/>
        </w:rPr>
        <w:t>EPostal Entries and fees to be sent to Hon. Show Secretary:</w:t>
      </w:r>
    </w:p>
    <w:p>
      <w:r>
        <w:rPr>
          <w:b w:val="0"/>
          <w:i w:val="0"/>
        </w:rPr>
        <w:t>Mrs K A Gordon-Smith, Bruxinho Labradors, 8 Salwick Close, Marshside,</w:t>
      </w:r>
    </w:p>
    <w:p>
      <w:r>
        <w:rPr>
          <w:b w:val="0"/>
          <w:i w:val="0"/>
        </w:rPr>
        <w:t>Southport PR9 9PH Tel: 01704 212027 / 07739907473</w:t>
      </w:r>
    </w:p>
    <w:p>
      <w:pPr>
        <w:pStyle w:val="ListBullet"/>
      </w:pPr>
      <w:r>
        <w:rPr>
          <w:b w:val="0"/>
          <w:i w:val="0"/>
        </w:rPr>
        <w:t>PLEASE NOTE *</w:t>
      </w:r>
    </w:p>
    <w:p>
      <w:r>
        <w:rPr>
          <w:b w:val="0"/>
          <w:i w:val="0"/>
        </w:rPr>
        <w:t>This show will be unbenched. Only undocked dogs and legally docked dogs may be entered</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