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- 06/01/2023 - ISSUE"</w:t>
      </w:r>
      <w:r>
        <w:br/>
      </w:r>
      <w:r>
        <w:rPr>
          <w:b w:val="0"/>
          <w:i w:val="0"/>
        </w:rPr>
        <w:br/>
        <w:t>date_original: "06/01/2023 - ISSUE"</w:t>
      </w:r>
      <w:r>
        <w:br/>
      </w:r>
      <w:r>
        <w:rPr>
          <w:b w:val="0"/>
          <w:i w:val="0"/>
        </w:rPr>
        <w:br/>
        <w:t>source_url: "https://www.ourdogs.co.uk/members/breednotes/RetrieverLabradorMain.php"</w:t>
      </w:r>
      <w:r>
        <w:br/>
      </w:r>
      <w:r>
        <w:rPr>
          <w:b w:val="0"/>
          <w:i w:val="0"/>
        </w:rPr>
        <w:br/>
        <w:t>scraped_at: "2026-09-13T15:10:56"</w:t>
      </w:r>
      <w:r>
        <w:br/>
      </w:r>
      <w:r>
        <w:rPr>
          <w:b w:val="0"/>
          <w:i w:val="0"/>
        </w:rPr>
        <w:br/>
        <w:t>word_count: 814</w:t>
      </w:r>
    </w:p>
    <w:p>
      <w:r>
        <w:t>――――――――――――――――――――――――――――――</w:t>
      </w:r>
    </w:p>
    <w:p>
      <w:r>
        <w:rPr>
          <w:b w:val="0"/>
          <w:i w:val="0"/>
        </w:rPr>
        <w:t>NEWS MEMBERS' AREA SHOP SUBSCRIBE UPCOMING SHOWS MORE</w:t>
      </w:r>
    </w:p>
    <w:p>
      <w:r>
        <w:rPr>
          <w:b w:val="0"/>
          <w:i w:val="0"/>
        </w:rPr>
        <w:t>RETRIEVER LABRADOR</w:t>
      </w:r>
    </w:p>
    <w:p>
      <w:r>
        <w:rPr>
          <w:b w:val="0"/>
          <w:i w:val="0"/>
        </w:rPr>
        <w:t>Issue: 06/01/2023</w:t>
      </w:r>
    </w:p>
    <w:p>
      <w:r>
        <w:rPr>
          <w:b w:val="0"/>
          <w:i w:val="0"/>
        </w:rPr>
        <w:t xml:space="preserve">Well, last year, 2022, certainly sped by. I canÃ¢â‚¬â„¢t say it was one of the best years on so many fronts. HereÃ¢â‚¬â„¢s hoping 2023 will be better. </w:t>
      </w:r>
    </w:p>
    <w:p>
      <w:r>
        <w:rPr>
          <w:b w:val="0"/>
          <w:i w:val="0"/>
        </w:rPr>
        <w:t xml:space="preserve">I start this weeks breed notes with the very sad news that Pat Davies died at Christmas after a long spell bravely battling cancer. </w:t>
      </w:r>
    </w:p>
    <w:p>
      <w:r>
        <w:rPr>
          <w:b w:val="0"/>
          <w:i w:val="0"/>
        </w:rPr>
        <w:t xml:space="preserve">Pat and her husband Graham were amongst the nicest people one could ever know, a statement with which I am sure everyone in Labrador circles who knew them, especially those of us living in Wales, the West of England and the Midlands, will concur. </w:t>
      </w:r>
    </w:p>
    <w:p>
      <w:r>
        <w:rPr>
          <w:b w:val="0"/>
          <w:i w:val="0"/>
        </w:rPr>
        <w:t xml:space="preserve">Pat was a kind, bright yet quietly spoken exhibitor of Labradors and Welsh Springers. She was always meticulously turned out to perfection as were her show dogs. </w:t>
      </w:r>
    </w:p>
    <w:p>
      <w:r>
        <w:rPr>
          <w:b w:val="0"/>
          <w:i w:val="0"/>
        </w:rPr>
        <w:t xml:space="preserve">She bred the occasional litter and successfully showed under the Holmajor affix. She also had progeny from other kennels too, mainly the Llanstinan kennel and the Lembas kennels, winning a RCC I recall with one of her Lembas girls. </w:t>
      </w:r>
    </w:p>
    <w:p>
      <w:r>
        <w:rPr>
          <w:b w:val="0"/>
          <w:i w:val="0"/>
        </w:rPr>
        <w:t xml:space="preserve">Never one to self promote, Pat had judged a great many Labradors at Open show level all around the country over the years, yet modestly she chose not to promote herself or seek to further progress up the judging ladder to awarding CCs at Championship shows. Had she done so, she was eminently qualified, with years of experience, all boxes ticked and a natural eye for a good dog. Just the sort of judge we needed then and now, but she was not to be persuaded. </w:t>
      </w:r>
    </w:p>
    <w:p>
      <w:r>
        <w:rPr>
          <w:b w:val="0"/>
          <w:i w:val="0"/>
        </w:rPr>
        <w:t xml:space="preserve">Latterly before she became ill, and before Covid closed down our dog show outings, despite not being entered, Pat and Graham would still attend shows local to their current home in Wiltshire plus those at Malvern and the Welsh Ch shows at Builth. They also supported the Lab Club of Wales and West of England Lab Club Open and Championship shows wherever they were held. </w:t>
      </w:r>
    </w:p>
    <w:p>
      <w:r>
        <w:rPr>
          <w:b w:val="0"/>
          <w:i w:val="0"/>
        </w:rPr>
        <w:t xml:space="preserve">The couple enjoyed many a day, sitting happily ringside, wrapped up well if it was chilly, meeting their many friends, dispensing good humour, bonhomie and of course the occasional sweet from Grahams secret sweet supply! </w:t>
      </w:r>
    </w:p>
    <w:p>
      <w:r>
        <w:rPr>
          <w:b w:val="0"/>
          <w:i w:val="0"/>
        </w:rPr>
        <w:t>Meeting such a lovely couple as Pat and Graham made it a pleasure to go to a dog show. I know we will all miss Pat and send our love, thoughts and condolences to her dear husband, Graham and to the family at this tragic time.</w:t>
      </w:r>
    </w:p>
    <w:p>
      <w:r>
        <w:rPr>
          <w:b w:val="0"/>
          <w:i w:val="0"/>
        </w:rPr>
        <w:t xml:space="preserve">There were one or two open shows over the Christmas period. I had entered looking forward to a day out but missed them, confined to bed. </w:t>
      </w:r>
    </w:p>
    <w:p>
      <w:r>
        <w:rPr>
          <w:b w:val="0"/>
          <w:i w:val="0"/>
        </w:rPr>
        <w:t>I heard about a few who had attended. Changes of judges, and timing of Labrador classes were bizarre in some cases. I heard tell of one show which had so many breeds scheduled and so few rings, that one mega slow judge, making a career out of judging a mere handful of dogs, scuppered any idea that the show would close on time and ended up with Labradors eventually appearing 24th breed in the ring! How utterly annoying !</w:t>
      </w:r>
    </w:p>
    <w:p>
      <w:r>
        <w:rPr>
          <w:b w:val="0"/>
          <w:i w:val="0"/>
        </w:rPr>
        <w:t>David Coode generously supports the majority of shows, Championship and Open, and has won the Junior Warrant with his yellow puppy Warringahs Pippingara. Many. Congratulations.</w:t>
      </w:r>
    </w:p>
    <w:p>
      <w:r>
        <w:rPr>
          <w:b w:val="0"/>
          <w:i w:val="0"/>
        </w:rPr>
        <w:t xml:space="preserve">Details of the Labrador Club of Wales Championship show on February 5th 2023 at Forest Oak Farm, Perlieu, Lydney, Gloucestershire GL15 4LN are available via Fosse Data. The judges are Caroline Cormack Campbell (Binnaig) dogs, and Sue Merrill (Gostwyck) bitches. Paper Entries close on 7th January 2923 and online on 15th January. Always a good show at a superb easily accessible countryside venue with plenty of room for exercising dogs. </w:t>
      </w:r>
    </w:p>
    <w:p>
      <w:r>
        <w:rPr>
          <w:b w:val="0"/>
          <w:i w:val="0"/>
        </w:rPr>
        <w:t xml:space="preserve">Crufts entry details are also available via Fosse Data. Postal Entries close on 9th Jan and online on 23rd January. the judges are Dave Wilmshurst (Dogs) and Guy Spagnolo from Australia (Bitches). Labradors are on the first day, Thursday 9th March, in their usual generously sized rings at the far end of Hall 5 at the NEC. </w:t>
      </w:r>
    </w:p>
    <w:p>
      <w:r>
        <w:rPr>
          <w:b w:val="0"/>
          <w:i w:val="0"/>
        </w:rPr>
        <w:t xml:space="preserve">A reminder if you have any news you would like to share, discussions you would like to instigate, or if you want your wins recorded in the breed notes, do email them to me, itÃ¢â‚¬â„¢s always a pleasure to print the experiences of others, likewise details of any up and coming breed club shows from club committee officials are always useful.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