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- 22/06/2012"</w:t>
      </w:r>
      <w:r>
        <w:br/>
      </w:r>
      <w:r>
        <w:rPr>
          <w:b w:val="0"/>
          <w:i w:val="0"/>
        </w:rPr>
        <w:br/>
        <w:t>date_original: "22/06/2012"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"2026-09-13T22:46:04"</w:t>
      </w:r>
      <w:r>
        <w:br/>
      </w:r>
      <w:r>
        <w:rPr>
          <w:b w:val="0"/>
          <w:i w:val="0"/>
        </w:rPr>
        <w:br/>
        <w:t>word_count: 928</w:t>
      </w:r>
    </w:p>
    <w:p>
      <w:r>
        <w:t>――――――――――――――――――――――――――――――</w:t>
      </w:r>
    </w:p>
    <w:p>
      <w:r>
        <w:rPr>
          <w:b w:val="0"/>
          <w:i w:val="0"/>
        </w:rPr>
        <w:t>NEWS MEMBERS' AREA SHOP SUBSCRIBE UPCOMING SHOWS MORE</w:t>
      </w:r>
    </w:p>
    <w:p>
      <w:r>
        <w:rPr>
          <w:b w:val="0"/>
          <w:i w:val="0"/>
        </w:rPr>
        <w:t>RETRIEVER LABRADOR</w:t>
      </w:r>
    </w:p>
    <w:p>
      <w:r>
        <w:rPr>
          <w:b w:val="0"/>
          <w:i w:val="0"/>
        </w:rPr>
        <w:t>Issue: 22/06/2012</w:t>
      </w:r>
    </w:p>
    <w:p>
      <w:r>
        <w:rPr>
          <w:b w:val="0"/>
          <w:i w:val="0"/>
        </w:rPr>
        <w:t>Very many thanks for all the cards and flowers you have so kindly sent me whilst I was unwell. At last I am glad to say I am on the mend.</w:t>
      </w:r>
    </w:p>
    <w:p>
      <w:r>
        <w:rPr>
          <w:b w:val="0"/>
          <w:i w:val="0"/>
        </w:rPr>
        <w:t>A word of warning. The grass of lawns and paddocks has grown very long this summer due to the excessive rainfall over these past few weeks. Do ensure when you cut any large amount of this lush grass that your dogs cannot get to eat it from the compost heap or from the grass refuse pile.</w:t>
      </w:r>
    </w:p>
    <w:p>
      <w:r>
        <w:rPr>
          <w:b w:val="0"/>
          <w:i w:val="0"/>
        </w:rPr>
        <w:t>One poor Labrador I have heard of has had to have an emergency operation to remove a complete blockage of cut grass from his intestines. It was so lucky his caring owners noticed he was unwell. It could well have been fatal had they been less observant. Labradors are such scavengers and they will quite happily swallow tasty clumps of soggy silage. Normally there is no problem, but it just seems that this years grass is especially lush and indigestible.</w:t>
      </w:r>
    </w:p>
    <w:p>
      <w:r>
        <w:rPr>
          <w:b w:val="0"/>
          <w:i w:val="0"/>
        </w:rPr>
        <w:t>Many Thanks to Lab Club Secretary Anne Johnson for the following urgent traffic warning! "On the morning of Gundog Day at this weekend's Blackpool Ch Show  the Olympic torch will be passing between Blackpool and Preston, so the main road (A583) will be closed from about 7am until lunchtime. The motorway will not be affected, but obviously will be busier than usual because of the extra local traffic, so there could be greater congestion getting to the showground from the M55. Do allow yourselves extra time!"</w:t>
      </w:r>
    </w:p>
    <w:p>
      <w:r>
        <w:rPr>
          <w:b w:val="0"/>
          <w:i w:val="0"/>
        </w:rPr>
        <w:t>Following the Lab Club Ch Show at Coventry, two weekends ago a bunch of keys was mislaid. Amongst other keys there was a car key for a Citroen, a blue Yale key, a memory stick and a small disc the size of a Â£1 coin, which had a Union Jack enameled on one side. It would be appreciated if everyone who attended the show could please check their pockets and show bags carefully just  in case the keys have accidentally been picked up". Please contact Anne Johnson on 01772 335930 if you find them.</w:t>
      </w:r>
    </w:p>
    <w:p>
      <w:r>
        <w:rPr>
          <w:b w:val="0"/>
          <w:i w:val="0"/>
        </w:rPr>
        <w:t>The Midland Counties Labrador Club are holding their annual Puppy Party on Saturday, 14th July at 1-00pm, at Wellfield House, Orgreave, Alrewas, Burton on Trent,  DE13 7DH. 4 Classes for puppies;  12wks - 4 mths, 4mths - 6mths, 6mth - 9 mths, 9 mths -12 mths.</w:t>
      </w:r>
    </w:p>
    <w:p>
      <w:r>
        <w:rPr>
          <w:b w:val="0"/>
          <w:i w:val="0"/>
        </w:rPr>
        <w:t>Party bags for all puppies, also Scurry, Dog Olympics, Good Citizen (Bronze) There will be plenty of refreshments including BBQ, Hog Roast, Salads &amp; Home Made Cakes.</w:t>
      </w:r>
    </w:p>
    <w:p>
      <w:r>
        <w:rPr>
          <w:b w:val="0"/>
          <w:i w:val="0"/>
        </w:rPr>
        <w:t>There will also be eye testing session by John Goodyear BVMS Cert V Ophthal MRCVS at Â£30-00 per dog.</w:t>
      </w:r>
    </w:p>
    <w:p>
      <w:r>
        <w:rPr>
          <w:b w:val="0"/>
          <w:i w:val="0"/>
        </w:rPr>
        <w:t>On the following day, Sunday 15th August at 1-00pm at the same venue Lab Rescue South &amp; East Central are holding a Companion Dog Show open to all breeds with 5 pedigree classes and 10 novelty classes. Home made refreshments available.</w:t>
      </w:r>
    </w:p>
    <w:p>
      <w:r>
        <w:rPr>
          <w:b w:val="0"/>
          <w:i w:val="0"/>
        </w:rPr>
        <w:t>More details of both events from Michael &amp; Judi Neachell 01283 790434 or michaelandjudi@wellfieldhouse.freeserve.co.uk</w:t>
      </w:r>
    </w:p>
    <w:p>
      <w:r>
        <w:rPr>
          <w:b w:val="0"/>
          <w:i w:val="0"/>
        </w:rPr>
        <w:t>At  NWLRC Open Show, Mike Gadsby (Afterglow) drew and entry of 104 Dogs and Bitches. Best in Show &amp; Best Bitch went to Val Artingstall's veteran bitch Hightrevoron Honeysuckle with Louise Oxley's Exelby Galwyddel to Crankross taking RBIS &amp; Best Dog. BP was Mr M Schopen's Lejie Song of Summer, shown by Marlene Hepper. Reserve Best Bitch was Gareth &amp; Trish Proctor's Brockburrow Day Dreamer at Penkaric and Reserve Best Dog was Shaun Williamson's Sharouns Illusionist.</w:t>
      </w:r>
    </w:p>
    <w:p>
      <w:r>
        <w:rPr>
          <w:b w:val="0"/>
          <w:i w:val="0"/>
        </w:rPr>
        <w:t>NWLRC  will be holding an Eye Clinic on Thursday 2nd of August Please contact Ginette Oulton on Tel :01524 310320 for appointments .</w:t>
      </w:r>
    </w:p>
    <w:p>
      <w:r>
        <w:rPr>
          <w:b w:val="0"/>
          <w:i w:val="0"/>
        </w:rPr>
        <w:t>Dave Wilmshurst Labradors had a successful weekend recently. At Thetford and District Canine Society Open Show his yellow dog Mandamay Fedde le Grande went Best of Breed under Bill Gardner (Rewari), won the Gundog Group under Margaret Gardner (Rewari) and went Reserve Best in Show under Meg Purnell-Carpenter.</w:t>
      </w:r>
    </w:p>
    <w:p>
      <w:r>
        <w:rPr>
          <w:b w:val="0"/>
          <w:i w:val="0"/>
        </w:rPr>
        <w:t>The following day at South of England Agricultural Society Daves bitch Mandamay Blue Stocking JW went Best of Breed under Ing Bonnez from Denmark and won Gundog Group 4 under Sue Welch (Hookwood).</w:t>
      </w:r>
    </w:p>
    <w:p>
      <w:r>
        <w:rPr>
          <w:b w:val="0"/>
          <w:i w:val="0"/>
        </w:rPr>
        <w:t>Border Union, which seems to signal the half way stage of the summer shows, has been and gone. Always one of my favourite shows because of its picturesque riverside setting in Kelso and memorable trips to Floors Castle for afternoon tea in the past when my husband accompanied me to shows and we enjoyed a break in the Borders and then on to our annual holiday the Highlands. I gather this year the weather was a little damp. The judge was Mr Sven Slettedal and his winners were Dog CC Mrs Hess's yellow Sh Ch/Am/Can Ch Salty Dog of Tampa Bay; Dog RCC the Hodge family's black Naiken Zephyr, JW</w:t>
      </w:r>
    </w:p>
    <w:p>
      <w:r>
        <w:rPr>
          <w:b w:val="0"/>
          <w:i w:val="0"/>
        </w:rPr>
        <w:t>Bitch CC and Best of Breed Les Brabban's black Sh Ch Foulby Queenstown at Cambremer; Bitch RCC Alan and Linda Porters black Sh Ch Lindall Dreamy. Best Puppy was Mrs I and Miss S Jines Adoraden Simon.</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