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Jan 2003"</w:t>
      </w:r>
      <w:r>
        <w:br/>
      </w:r>
      <w:r>
        <w:rPr>
          <w:b w:val="0"/>
          <w:i w:val="0"/>
        </w:rPr>
        <w:br/>
        <w:t>date_original: "31 Jan 2003"</w:t>
      </w:r>
      <w:r>
        <w:br/>
      </w:r>
      <w:r>
        <w:rPr>
          <w:b w:val="0"/>
          <w:i w:val="0"/>
        </w:rPr>
        <w:br/>
        <w:t>source_url: "https://www.ourdogs.co.uk/members/breednotes/2003/RetrieverLabrador/RetrieverLabrador-jan31.htm"</w:t>
      </w:r>
      <w:r>
        <w:br/>
      </w:r>
      <w:r>
        <w:rPr>
          <w:b w:val="0"/>
          <w:i w:val="0"/>
        </w:rPr>
        <w:br/>
        <w:t>archive_type: "static_html"</w:t>
      </w:r>
      <w:r>
        <w:br/>
      </w:r>
      <w:r>
        <w:rPr>
          <w:b w:val="0"/>
          <w:i w:val="0"/>
        </w:rPr>
        <w:br/>
        <w:t>scraped_at: "2026-09-13T22:16:18"</w:t>
      </w:r>
      <w:r>
        <w:br/>
      </w:r>
      <w:r>
        <w:rPr>
          <w:b w:val="0"/>
          <w:i w:val="0"/>
        </w:rPr>
        <w:br/>
        <w:t>word_count: 1251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It is the time of year for the annual review of the Championship Show winning Labradors of 2002. Many thanks for the information, which Michael Hewitt has kindly supplied from his meticulous records, kept so thoroughly over many years.</w:t>
      </w:r>
    </w:p>
    <w:p>
      <w:r>
        <w:rPr>
          <w:b w:val="0"/>
          <w:i w:val="0"/>
        </w:rPr>
        <w:t>There are fifteen new Show Champions who were made up during 2002. In order of gaining their titles they are:-</w:t>
      </w:r>
    </w:p>
    <w:p>
      <w:r>
        <w:rPr>
          <w:b w:val="0"/>
          <w:i w:val="0"/>
        </w:rPr>
        <w:t>1 Margaret and Andrew Brown’s yellow dog Sh Ch Ramsayville Rainbows End (Sh Ch Poolstead Pumpkin ex Ramsayville Rosalind). His CCs came from Mrs Janet Cole, Mr Mervyn Reynolds and Mr Per Iversen. Rainbows End was made up at East Anglian LRC.</w:t>
      </w:r>
    </w:p>
    <w:p>
      <w:r>
        <w:rPr>
          <w:b w:val="0"/>
          <w:i w:val="0"/>
        </w:rPr>
        <w:t>2 Garner Anthony and Erica Jaye’s yellow dog Sh Ch Tapeatom Gadding Around at Sandylands (Sh Ch Sandylands Gadabout ex Tapeatom Lucy Locket) was made up at Three Ridings LRC. His CCs were won under Mrs M Prior, Mrs Chris Jury and Mr Brian Parrott.</w:t>
      </w:r>
    </w:p>
    <w:p>
      <w:r>
        <w:rPr>
          <w:b w:val="0"/>
          <w:i w:val="0"/>
        </w:rPr>
        <w:t>3 Mrs A Hallum’s black bitch Sh Ch Keenes Pride and Prejudice (Sh Ch Cambremer Tom Sawyer ex Keenes Surprise Surprise), won her CCs under Mrs D Elliott, Mrs J Charlton and Mrs JM Green. She was made up at Kent Surrey and Sussex LRC. She is Mrs Hallum’s first champion.</w:t>
      </w:r>
    </w:p>
    <w:p>
      <w:r>
        <w:rPr>
          <w:b w:val="0"/>
          <w:i w:val="0"/>
        </w:rPr>
        <w:t>4 Carole and David Coode’s black dog Sh Ch Warringahs Digger (Ch Marfell Seafarer ex Ch Warringahs Burra) was the next to be made up at Southern Counties. Digger won his CCs under Mr A Ellis, Mr T Thorne and Mr F Kane.</w:t>
      </w:r>
    </w:p>
    <w:p>
      <w:r>
        <w:rPr>
          <w:b w:val="0"/>
          <w:i w:val="0"/>
        </w:rPr>
        <w:t>5 The yellow bitch, Sh Ch Lembas Moonlight Serenade JW (Lembas to the Moon and Back ex Lembas Button Moon) owned by Mr and Mrs C Mills and Mr and Mrs Rodd was made up at the Labrador Club Ch Show. Her CCs were won under Mrs D Beckett, Mrs P Gill and Ms J Pritchard. She is the owner’s first champion</w:t>
      </w:r>
    </w:p>
    <w:p>
      <w:r>
        <w:rPr>
          <w:b w:val="0"/>
          <w:i w:val="0"/>
        </w:rPr>
        <w:t>6 Mrs Downey Tulloch’s black dog Sh Ch Tullochmohr Final Edition JW (Ch Carpenny Walpole ex Briensco Emerald at Tullochmohr) was made up at Paignton. Her CCs came from Mr D Craig, Mr D Coulson and Mrs A Williams and is the owner’s first champion.</w:t>
      </w:r>
    </w:p>
    <w:p>
      <w:r>
        <w:rPr>
          <w:b w:val="0"/>
          <w:i w:val="0"/>
        </w:rPr>
        <w:t>7 Mrs Ann Britton’s black bitch Sh Ch Bowstones Martha Black (Ch Bowstones Carruthers ex Sh Ch Bowstones Susanna) was made up at SWKA. Her CCs were won under Mrs P Harrison, Mrs A Sliney and Mrs Margaret Grant. Martha Black is the third Bowstones Labrador champion, there being 11 other Bowstones champions in other breeds.</w:t>
      </w:r>
    </w:p>
    <w:p>
      <w:r>
        <w:rPr>
          <w:b w:val="0"/>
          <w:i w:val="0"/>
        </w:rPr>
        <w:t>8 The Ellis family made up their yellow dog Sh Ch Dolwen Francis Henry JW (Trenow Lancelot ex Bugeilydd Anna Marie of Dolwen) at Leeds. He won his CCs under Mr David Coode, Mrs Linda McGillivray and Mrs Carole Coode. Francis Henry is the Ellis’s first champion although they got very close with the dog they tragically lost a couple of years ago Dolwen Edward Seymour.</w:t>
      </w:r>
    </w:p>
    <w:p>
      <w:r>
        <w:rPr>
          <w:b w:val="0"/>
          <w:i w:val="0"/>
        </w:rPr>
        <w:t>9 Penny Carpanini made up her yellow bitch Sh Ch Carpenny Rustina at Bournemouth. She is by Kamrats Rustibus IMP ex Sh Ch Covetwood Eloise of Carpenny and won her CCs under Mrs Margaret Rooth, Mr Eric Gill and Mr Bruce Carter</w:t>
      </w:r>
    </w:p>
    <w:p>
      <w:r>
        <w:rPr>
          <w:b w:val="0"/>
          <w:i w:val="0"/>
        </w:rPr>
        <w:t>10 Mr and Mrs McLellan’s yellow dog Sh Ch Saranden Saboteur (Rocheby Old Smokey ex Saranden Salishia was made up at the Welsh Kennel Club Ch Show. His CCs were awarded by Mr Michael Hewitt, Mrs Margaret Grant and Mr John Timms. He is the McLellans’ first champion.</w:t>
      </w:r>
    </w:p>
    <w:p>
      <w:r>
        <w:rPr>
          <w:b w:val="0"/>
          <w:i w:val="0"/>
        </w:rPr>
        <w:t>11 Mr and Mrs Gartland’s yellow bitch Sh Ch Ramsayville Reba at Knoydar (Poolstead Pumpkin ex Ramsayville Rosalind) was made up at SKC. Her CCs were won from Mrs Jane Borders (USA) Mr DK Brown and Mrs J Minns.Once again this is a first champion for the owners.</w:t>
      </w:r>
    </w:p>
    <w:p>
      <w:r>
        <w:rPr>
          <w:b w:val="0"/>
          <w:i w:val="0"/>
        </w:rPr>
        <w:t>12 Judith Charlton’s black bitch Sh Ch Foxrush Blue Sapphire (Rocheby Navy Blue ex Sh Ch Fopxrush Peach Blossom) was made up at Birmingham City. She won her CCs from Mr RA Floyd, Mr F Kane and Mrs C Craig.</w:t>
      </w:r>
    </w:p>
    <w:p>
      <w:r>
        <w:rPr>
          <w:b w:val="0"/>
          <w:i w:val="0"/>
        </w:rPr>
        <w:t>13 Margaret and Andrew Brown made up their black bitch Sh Ch Ramsayville Roisin (Sh Ch Poolstead Pumpkin ex Talard Running Wild at Ramsayville) at Gundog Society of Wales. Her CCs were awarded by Mrs L Sutcliffe, Mrs L Heron and Mrs BJ Phillips.She is the Browns’ second champion of the year and they are the breeders of one other two, plus a pointer some years ago.</w:t>
      </w:r>
    </w:p>
    <w:p>
      <w:r>
        <w:rPr>
          <w:b w:val="0"/>
          <w:i w:val="0"/>
        </w:rPr>
        <w:t>14 Mrs Downey Tulloch’s yellow bitch Sh Ch Tullochmohr Thespian was made up at North West LRC. She is by Cricklecreek Commander at Kincrosse ex Tullochmohr Sheer Fantasy and won her CCs from Mrs L McGillivray, Mr PM Taylor and Mrs BJ Finch. She becomes her owner’s second champion of the year.</w:t>
      </w:r>
    </w:p>
    <w:p>
      <w:r>
        <w:rPr>
          <w:b w:val="0"/>
          <w:i w:val="0"/>
        </w:rPr>
        <w:t>15 The final champion of the year was Sh Ch Rockabee Blue Peter of Sandylands, the black dog by Rocheby Navy Blue ex Sandylands Gypsy of Rockabee owned by Garner Anthony and Erica Jayes. He won his CCs from Mrs Ann Britton, Mrs BJ Phillips and Mrs D Beckett. And is I believe the Sandylands kennels 83rd champion.</w:t>
      </w:r>
    </w:p>
    <w:p>
      <w:r>
        <w:rPr>
          <w:b w:val="0"/>
          <w:i w:val="0"/>
        </w:rPr>
        <w:t>This concludes the list of new Show Champions. Very many congratulations to you all. It is no mean feat to make up champions in such a numerically strong breed, well done!</w:t>
      </w:r>
      <w:r>
        <w:br/>
      </w:r>
      <w:r>
        <w:rPr>
          <w:b w:val="0"/>
          <w:i w:val="0"/>
        </w:rPr>
        <w:br/>
        <w:t>Next week will be the turn of the Dog CC winners followed by the Bitch CC winners the following week.</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