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- 30/01/2015 - ISSUE"</w:t>
      </w:r>
      <w:r>
        <w:br/>
      </w:r>
      <w:r>
        <w:rPr>
          <w:b w:val="0"/>
          <w:i w:val="0"/>
        </w:rPr>
        <w:br/>
        <w:t>date_original: "30/01/2015 - ISSUE"</w:t>
      </w:r>
      <w:r>
        <w:br/>
      </w:r>
      <w:r>
        <w:rPr>
          <w:b w:val="0"/>
          <w:i w:val="0"/>
        </w:rPr>
        <w:br/>
        <w:t>source_url: "https://www.ourdogs.co.uk/members/breednotes/RetrieverLabradorMain.php"</w:t>
      </w:r>
      <w:r>
        <w:br/>
      </w:r>
      <w:r>
        <w:rPr>
          <w:b w:val="0"/>
          <w:i w:val="0"/>
        </w:rPr>
        <w:br/>
        <w:t>scraped_at: "2026-09-13T15:32:22"</w:t>
      </w:r>
      <w:r>
        <w:br/>
      </w:r>
      <w:r>
        <w:rPr>
          <w:b w:val="0"/>
          <w:i w:val="0"/>
        </w:rPr>
        <w:br/>
        <w:t>word_count: 1173</w:t>
      </w:r>
    </w:p>
    <w:p>
      <w:r>
        <w:t>――――――――――――――――――――――――――――――</w:t>
      </w:r>
    </w:p>
    <w:p>
      <w:r>
        <w:rPr>
          <w:b w:val="0"/>
          <w:i w:val="0"/>
        </w:rPr>
        <w:t>NEWS MEMBERS' AREA SHOP SUBSCRIBE UPCOMING SHOWS MORE</w:t>
      </w:r>
    </w:p>
    <w:p>
      <w:r>
        <w:rPr>
          <w:b w:val="0"/>
          <w:i w:val="0"/>
        </w:rPr>
        <w:t>RETRIEVER LABRADOR</w:t>
      </w:r>
    </w:p>
    <w:p>
      <w:r>
        <w:rPr>
          <w:b w:val="0"/>
          <w:i w:val="0"/>
        </w:rPr>
        <w:t>Issue: 30/01/2015</w:t>
      </w:r>
    </w:p>
    <w:p>
      <w:r>
        <w:rPr>
          <w:b w:val="0"/>
          <w:i w:val="0"/>
        </w:rPr>
        <w:t xml:space="preserve">Janet Cole Secretary of East Anglian Labrador Club reminds exhibitors that the clubs unbenched championship show will be held on Saturday 7th March 2015 at Wood Green Animal Centre, Godmanchester PE29 2NH. The Judges are Mr Robin Pollock (Dogs) and Mrs Kirsi Luomanen (Bitches).  </w:t>
      </w:r>
    </w:p>
    <w:p>
      <w:r>
        <w:rPr>
          <w:b w:val="0"/>
          <w:i w:val="0"/>
        </w:rPr>
        <w:t>The East Anglian LRC show is just two days after Gundog day at Crufts and the venue only 75miles (120Km) from the NEC where Crufts is held, so exhibitors should find it easy to attend both events.</w:t>
      </w:r>
    </w:p>
    <w:p>
      <w:r>
        <w:rPr>
          <w:b w:val="0"/>
          <w:i w:val="0"/>
        </w:rPr>
        <w:t>Postal entries for EALRC close on 9th February and online entries via Fosse data close at midnight on Monday 16th February 2015.</w:t>
      </w:r>
    </w:p>
    <w:p>
      <w:r>
        <w:rPr>
          <w:b w:val="0"/>
          <w:i w:val="0"/>
        </w:rPr>
        <w:t>As a healthy, (well I am just about over the flu bug now), active human who suffers hay fever, food allergies, wears spectacles, and has a hip replacement (and can cope with them all), I find the endless testing and searching for more and more obscure problems and extremely rare diseases in our otherwise healthy, happy, active, long lived Labradors quite distressing. We are all mammals and no species, human or canine, is perfect, yet we now seems to expect our dogs to be genetically flawless.</w:t>
      </w:r>
    </w:p>
    <w:p>
      <w:r>
        <w:rPr>
          <w:b w:val="0"/>
          <w:i w:val="0"/>
        </w:rPr>
        <w:t xml:space="preserve">I see that following on from the recent DNA test for the rare crusty nose disease (luckily Ive never even seen it) and Exercise Induced Collapse (never seen that either) in the Labrador, yet another DNA test has now been launched. This time the test is for a very rare, late onset, eye condition Macular Corneal Dystrophy. See Our Dogs Page 6 January 23rd 2015.  </w:t>
      </w:r>
    </w:p>
    <w:p>
      <w:r>
        <w:rPr>
          <w:b w:val="0"/>
          <w:i w:val="0"/>
        </w:rPr>
        <w:t xml:space="preserve">Whilst we all presumably test for basic hips, elbows and eyes, more and more expensive veterinary tests are now being devised every few months for some really obscure things, things most of us have never encountered in forty years or more of breeding healthy happy Labradors, yet useful investigations to throw a light on more common problems, such as the causes of cruciate ligament injuries and ruptures seem to be as far away as ever.  </w:t>
      </w:r>
    </w:p>
    <w:p>
      <w:r>
        <w:rPr>
          <w:b w:val="0"/>
          <w:i w:val="0"/>
        </w:rPr>
        <w:t xml:space="preserve">As the late, straight talking Dot Gardner (Novacroft) once said in these breed notes "if you keep on testing, eventually your dogs WILL fail some obscure test or other". Then what will you do?  </w:t>
      </w:r>
    </w:p>
    <w:p>
      <w:r>
        <w:rPr>
          <w:b w:val="0"/>
          <w:i w:val="0"/>
        </w:rPr>
        <w:t xml:space="preserve">Interestingly around 36000 Labradors are born and registered at the moment with the KC each year. Of these only about 1500 undergo any health testing at all. What of the other 34500 untested animals per year? Remember Labradors are Britain's most popular breed of dog. Are they filling the Vets waiting rooms? Are we falling over them in droves in the streets because of all their problems? I think not.  </w:t>
      </w:r>
    </w:p>
    <w:p>
      <w:r>
        <w:rPr>
          <w:b w:val="0"/>
          <w:i w:val="0"/>
        </w:rPr>
        <w:t>Yes, if experience tells you there is a known problem within your lines by all means you obviously have to test, that is only right and sensible, but in your search for perfection in generations of otherwise healthy animals remember not to throw the baby out with the bath water.</w:t>
      </w:r>
    </w:p>
    <w:p>
      <w:r>
        <w:rPr>
          <w:b w:val="0"/>
          <w:i w:val="0"/>
        </w:rPr>
        <w:t>Concluding the resume of the 2014 top winning Labradors I start with the males. The CCs were shared between 26 males. 20 yellows, 1 chocolate and 5 blacks Richard Staffords yellow dog, SH.CH.FARNFIELD TOPO GIGIO.JW.Sh.CM won 8 CCs, 7 with Best of Breed, a Group 1 and a Group 3.</w:t>
      </w:r>
    </w:p>
    <w:p>
      <w:r>
        <w:rPr>
          <w:b w:val="0"/>
          <w:i w:val="0"/>
        </w:rPr>
        <w:t xml:space="preserve">Two dogs won 3CCs and 3 BOBs.  </w:t>
      </w:r>
    </w:p>
    <w:p>
      <w:r>
        <w:rPr>
          <w:b w:val="0"/>
          <w:i w:val="0"/>
        </w:rPr>
        <w:t>They were the Browns Sh Ch BRIGHTON SARRACENIA and  Michael Neachell's yellow INT.DU.LUX.CH.CARPENNY MICAH AT SUTTONPARK.</w:t>
      </w:r>
    </w:p>
    <w:p>
      <w:r>
        <w:rPr>
          <w:b w:val="0"/>
          <w:i w:val="0"/>
        </w:rPr>
        <w:t>The Hodges black Ch NAIKEN ZEPHYR won 3CCs and 1 BOB</w:t>
      </w:r>
    </w:p>
    <w:p>
      <w:r>
        <w:rPr>
          <w:b w:val="0"/>
          <w:i w:val="0"/>
        </w:rPr>
        <w:t xml:space="preserve">Winning 2CCs and 2 BOBs and Group 4 was WYATT'S chocolate MEADOWLEIGH BROWN SUGAR.                                                               </w:t>
      </w:r>
    </w:p>
    <w:p>
      <w:r>
        <w:rPr>
          <w:b w:val="0"/>
          <w:i w:val="0"/>
        </w:rPr>
        <w:t xml:space="preserve">Yolande Shirtons yellow SH.CH.WOOLMAN CADELL. JW won 2CCs 1 BOB and a Group 3.  </w:t>
      </w:r>
    </w:p>
    <w:p>
      <w:r>
        <w:rPr>
          <w:b w:val="0"/>
          <w:i w:val="0"/>
        </w:rPr>
        <w:t xml:space="preserve">Linda McGillivray and Valimo's yellow, SH.CH.WATERLINE'S LE BON.  Won 2CCs and 1BOB.                                    </w:t>
      </w:r>
    </w:p>
    <w:p>
      <w:r>
        <w:rPr>
          <w:b w:val="0"/>
          <w:i w:val="0"/>
        </w:rPr>
        <w:t xml:space="preserve">Winning 2 CCs apiece were :- David Coodes yellow Warringah's Perth JW and Braimbridges black SOUTHRIDGE SKY ROCKET TO HANNABEE.       </w:t>
      </w:r>
    </w:p>
    <w:p>
      <w:r>
        <w:rPr>
          <w:b w:val="0"/>
          <w:i w:val="0"/>
        </w:rPr>
        <w:t xml:space="preserve">Winning 1 CC with BOB were seven males:- Franco Barberi's yellow,  IT.CH.BLUVEIL BALAU and the same owners yellow SH.CH.IT.CH.LOCH MOR ROMEO.                                                                       </w:t>
      </w:r>
    </w:p>
    <w:p>
      <w:r>
        <w:rPr>
          <w:b w:val="0"/>
          <w:i w:val="0"/>
        </w:rPr>
        <w:t xml:space="preserve">Penny Carpanini's yellow CARPENNY MELROSE.                                                                             </w:t>
      </w:r>
    </w:p>
    <w:p>
      <w:r>
        <w:rPr>
          <w:b w:val="0"/>
          <w:i w:val="0"/>
        </w:rPr>
        <w:t>Douglas's yellow RAMSAYVILLE RAISE ANCHOR AT TALARD</w:t>
      </w:r>
    </w:p>
    <w:p>
      <w:r>
        <w:rPr>
          <w:b w:val="0"/>
          <w:i w:val="0"/>
        </w:rPr>
        <w:t>Tony Floyd's yellow TRENOW PLOVER</w:t>
      </w:r>
    </w:p>
    <w:p>
      <w:r>
        <w:rPr>
          <w:b w:val="0"/>
          <w:i w:val="0"/>
        </w:rPr>
        <w:t xml:space="preserve">Linda Harvey Major's yellow,  SH.CH.ARG.CH.TINLANDS DUMBLEDORE HUAIKE TO LINJOR.  </w:t>
      </w:r>
    </w:p>
    <w:p>
      <w:r>
        <w:rPr>
          <w:b w:val="0"/>
          <w:i w:val="0"/>
        </w:rPr>
        <w:t>Mandy Stewarts yellow SH.CH.STREAMANDA TOP KNOTCH. JW And the Rawlinsons black SH.CH.FULLWELL FLY HIGH TO HALSHIMOOR.</w:t>
      </w:r>
    </w:p>
    <w:p>
      <w:r>
        <w:rPr>
          <w:b w:val="0"/>
          <w:i w:val="0"/>
        </w:rPr>
        <w:t>Winning 1CC each were 9 males,:- Jean and Gary Johnson's yellow CREMINO CUPID'S BEAU</w:t>
      </w:r>
    </w:p>
    <w:p>
      <w:r>
        <w:rPr>
          <w:b w:val="0"/>
          <w:i w:val="0"/>
        </w:rPr>
        <w:t>Vic and Janet Coles yellow RINCEGRAIN PADDYWACK AT STAJANTOR</w:t>
      </w:r>
    </w:p>
    <w:p>
      <w:r>
        <w:rPr>
          <w:b w:val="0"/>
          <w:i w:val="0"/>
        </w:rPr>
        <w:t>David Coodes yellow  CH.WARRINGAH'S GUNDAROO. JW</w:t>
      </w:r>
    </w:p>
    <w:p>
      <w:r>
        <w:rPr>
          <w:b w:val="0"/>
          <w:i w:val="0"/>
        </w:rPr>
        <w:t xml:space="preserve">Sheelin Cuthbert's black  SH.CH.BALLYDUFF MARIUS.                                                                        </w:t>
      </w:r>
    </w:p>
    <w:p>
      <w:r>
        <w:rPr>
          <w:b w:val="0"/>
          <w:i w:val="0"/>
        </w:rPr>
        <w:t xml:space="preserve">Lisa Finney and Callender's yellow CARPENNY SHIP TO SHORE. JW.                                                         </w:t>
      </w:r>
    </w:p>
    <w:p>
      <w:r>
        <w:rPr>
          <w:b w:val="0"/>
          <w:i w:val="0"/>
        </w:rPr>
        <w:t xml:space="preserve">The Hodges black SH.CH.NAIKEN QUINCY. JW.                                                                             </w:t>
      </w:r>
    </w:p>
    <w:p>
      <w:r>
        <w:rPr>
          <w:b w:val="0"/>
          <w:i w:val="0"/>
        </w:rPr>
        <w:t xml:space="preserve">Rawlinsons black  SH.CH. FULLWELL FAIR TRADER WITH HALSHIMOOR.                       </w:t>
      </w:r>
    </w:p>
    <w:p>
      <w:r>
        <w:rPr>
          <w:b w:val="0"/>
          <w:i w:val="0"/>
        </w:rPr>
        <w:t xml:space="preserve">Shaun Williamsons yellow SHAROUNS INCOGNITO. JW and the same owners yellow                                </w:t>
      </w:r>
    </w:p>
    <w:p>
      <w:r>
        <w:rPr>
          <w:b w:val="0"/>
          <w:i w:val="0"/>
        </w:rPr>
        <w:t>SHAROUNS ILLUSIONIST. JW</w:t>
      </w:r>
    </w:p>
    <w:p>
      <w:r>
        <w:rPr>
          <w:b w:val="0"/>
          <w:i w:val="0"/>
        </w:rPr>
        <w:t>The Bitch CCs were shared amongst 23 Bitches, 16 yellow  6 blacks and 1 chocolate.</w:t>
      </w:r>
    </w:p>
    <w:p>
      <w:r>
        <w:rPr>
          <w:b w:val="0"/>
          <w:i w:val="0"/>
        </w:rPr>
        <w:t xml:space="preserve">Top winning Bitch of 2014, winning 4CCs, 1BOB and a Group 1 was Anne Taylors black  CH.FABRACKEN TRUST IN ME.   </w:t>
      </w:r>
    </w:p>
    <w:p>
      <w:r>
        <w:rPr>
          <w:b w:val="0"/>
          <w:i w:val="0"/>
        </w:rPr>
        <w:t xml:space="preserve">Judith Charltons yellow CHARLTON'S SH.CH.FOXRUSH REMEMBER THE TIME. JW won 5CCs 3 with BOB.      </w:t>
      </w:r>
    </w:p>
    <w:p>
      <w:r>
        <w:rPr>
          <w:b w:val="0"/>
          <w:i w:val="0"/>
        </w:rPr>
        <w:t xml:space="preserve">Winning 4CCs and 1BOB were Anthony Allen and Linda Hess's yellow SH.CH.AM.CAN.CH.SALTY'S SURFER GIRL OF TAMPA BAY and David Coodes  black SH.CH.WARRINGAH'S MERRIWAGGA.JW.                                                    </w:t>
      </w:r>
    </w:p>
    <w:p>
      <w:r>
        <w:rPr>
          <w:b w:val="0"/>
          <w:i w:val="0"/>
        </w:rPr>
        <w:t xml:space="preserve">Winning 3CCs and 2BOBs  was Ian Dawsons yellow SH.CH.BESKERBY LARKSONG.JW  whilst Di Beers black SH.CH.TARKABBY EMBRACE won 3CCs and 1BOB.                                                </w:t>
      </w:r>
    </w:p>
    <w:p>
      <w:r>
        <w:rPr>
          <w:b w:val="0"/>
          <w:i w:val="0"/>
        </w:rPr>
        <w:t>Ann Brittons yellow SH.CH. MARTINSTIDE PASTICHE OF BOWSTONES.JW won 2CCs</w:t>
      </w:r>
    </w:p>
    <w:p>
      <w:r>
        <w:rPr>
          <w:b w:val="0"/>
          <w:i w:val="0"/>
        </w:rPr>
        <w:t xml:space="preserve">and 1BOB as did  Noelene Dodds black BROCKBURROW BREAKING DAWN.                                                               </w:t>
      </w:r>
    </w:p>
    <w:p>
      <w:r>
        <w:rPr>
          <w:b w:val="0"/>
          <w:i w:val="0"/>
        </w:rPr>
        <w:t xml:space="preserve">Winning 2CCs apiece were:- The Hodges CH.NAIKEN XCLUSIVE DREAM.JW.AW and  Louise Lewis's yellow SH.CH. CRAMMONDKIRK'S MORNING MIST. JW.                                         </w:t>
      </w:r>
    </w:p>
    <w:p>
      <w:r>
        <w:rPr>
          <w:b w:val="0"/>
          <w:i w:val="0"/>
        </w:rPr>
        <w:t>6 Bitches won 1CC and 1BOB. They were:- Fiona Braddons yellow TRENDLEWOOD SILENT NIGHT.JW</w:t>
      </w:r>
    </w:p>
    <w:p>
      <w:r>
        <w:rPr>
          <w:b w:val="0"/>
          <w:i w:val="0"/>
        </w:rPr>
        <w:t xml:space="preserve">Penny Carpanini's yellow SH.CH.CARPENNY VASSAR.                                                                       </w:t>
      </w:r>
    </w:p>
    <w:p>
      <w:r>
        <w:rPr>
          <w:b w:val="0"/>
          <w:i w:val="0"/>
        </w:rPr>
        <w:t xml:space="preserve">Sharon Lamberts yellow MATTAND SOME LIKE IT HOT. JW.                                                             </w:t>
      </w:r>
    </w:p>
    <w:p>
      <w:r>
        <w:rPr>
          <w:b w:val="0"/>
          <w:i w:val="0"/>
        </w:rPr>
        <w:t xml:space="preserve">The Metcalfes yellow BAILEYDALE MISS BUSYBODY. JW.                                                           </w:t>
      </w:r>
    </w:p>
    <w:p>
      <w:r>
        <w:rPr>
          <w:b w:val="0"/>
          <w:i w:val="0"/>
        </w:rPr>
        <w:t xml:space="preserve">Mac Percival's yellow  WYNFAUL ROSY GLOW.                                                                                </w:t>
      </w:r>
    </w:p>
    <w:p>
      <w:r>
        <w:rPr>
          <w:b w:val="0"/>
          <w:i w:val="0"/>
        </w:rPr>
        <w:t xml:space="preserve">And Sharon Rogers' yellow WOODMIST SAFFRON.   </w:t>
      </w:r>
    </w:p>
    <w:p>
      <w:r>
        <w:rPr>
          <w:b w:val="0"/>
          <w:i w:val="0"/>
        </w:rPr>
        <w:t xml:space="preserve">7 Bitches won 1CC:-   Balshaw and Rawlinson's yellow SH.CH.SHANORRELL SPLENDOUR AT HALSHIMOOR.    </w:t>
      </w:r>
    </w:p>
    <w:p>
      <w:r>
        <w:rPr>
          <w:b w:val="0"/>
          <w:i w:val="0"/>
        </w:rPr>
        <w:t xml:space="preserve">Carpanini's black SH.CH.FLOSSFALLS MONOPOLY OF CARPENNY.                                  </w:t>
      </w:r>
    </w:p>
    <w:p>
      <w:r>
        <w:rPr>
          <w:b w:val="0"/>
          <w:i w:val="0"/>
        </w:rPr>
        <w:t xml:space="preserve">Gannaway Jones and Greens OAKHOUSE OSCAR WINNER AT MOSSLAND.        </w:t>
      </w:r>
    </w:p>
    <w:p>
      <w:r>
        <w:rPr>
          <w:b w:val="0"/>
          <w:i w:val="0"/>
        </w:rPr>
        <w:t xml:space="preserve">Macleans chocolate SH.CH.AFINMORE ANTORA.                                                                        </w:t>
      </w:r>
    </w:p>
    <w:p>
      <w:r>
        <w:rPr>
          <w:b w:val="0"/>
          <w:i w:val="0"/>
        </w:rPr>
        <w:t>Mills' yellow LEMBAS CHIQUITITA. JW</w:t>
      </w:r>
    </w:p>
    <w:p>
      <w:r>
        <w:rPr>
          <w:b w:val="0"/>
          <w:i w:val="0"/>
        </w:rPr>
        <w:t>Shirtons yellow WOOLMAN PROPER STARLIGHT</w:t>
      </w:r>
    </w:p>
    <w:p>
      <w:r>
        <w:rPr>
          <w:b w:val="0"/>
          <w:i w:val="0"/>
        </w:rPr>
        <w:t xml:space="preserve">Woodburns yellow SH.CH. CENTENALEE SPARKLING SNOW.                                                                  </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