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- 15/01/2021 - ISSUE"</w:t>
      </w:r>
      <w:r>
        <w:br/>
      </w:r>
      <w:r>
        <w:rPr>
          <w:b w:val="0"/>
          <w:i w:val="0"/>
        </w:rPr>
        <w:br/>
        <w:t>date_original: "15/01/2021 - ISSUE"</w:t>
      </w:r>
      <w:r>
        <w:br/>
      </w:r>
      <w:r>
        <w:rPr>
          <w:b w:val="0"/>
          <w:i w:val="0"/>
        </w:rPr>
        <w:br/>
        <w:t>source_url: "https://www.ourdogs.co.uk/members/breednotes/RetrieverLabradorMain.php"</w:t>
      </w:r>
      <w:r>
        <w:br/>
      </w:r>
      <w:r>
        <w:rPr>
          <w:b w:val="0"/>
          <w:i w:val="0"/>
        </w:rPr>
        <w:br/>
        <w:t>scraped_at: "2026-09-13T15:15:52"</w:t>
      </w:r>
      <w:r>
        <w:br/>
      </w:r>
      <w:r>
        <w:rPr>
          <w:b w:val="0"/>
          <w:i w:val="0"/>
        </w:rPr>
        <w:br/>
        <w:t>word_count: 1266</w:t>
      </w:r>
    </w:p>
    <w:p>
      <w:r>
        <w:t>――――――――――――――――――――――――――――――</w:t>
      </w:r>
    </w:p>
    <w:p>
      <w:r>
        <w:rPr>
          <w:b w:val="0"/>
          <w:i w:val="0"/>
        </w:rPr>
        <w:t>NEWS MEMBERS' AREA SHOP SUBSCRIBE UPCOMING SHOWS MORE</w:t>
      </w:r>
    </w:p>
    <w:p>
      <w:r>
        <w:rPr>
          <w:b w:val="0"/>
          <w:i w:val="0"/>
        </w:rPr>
        <w:t>RETRIEVER LABRADOR</w:t>
      </w:r>
    </w:p>
    <w:p>
      <w:r>
        <w:rPr>
          <w:b w:val="0"/>
          <w:i w:val="0"/>
        </w:rPr>
        <w:t>Issue: 15/01/2021</w:t>
      </w:r>
    </w:p>
    <w:p>
      <w:r>
        <w:rPr>
          <w:b w:val="0"/>
          <w:i w:val="0"/>
        </w:rPr>
        <w:t>This week, my limited breed note writing time had to be shared with trying to learn how to take part in a dog show preparation Zoom meeting. Such modern technology I had seriously avoided to date, the camera view of my double chin and up the inside of my nostrils being somewhat concerning. Hence having sorted Zoom, as time was short to get the notes written I turned to my trusty storage box for ideas and came across Ann TaylorÃ¢â‚¬â„¢s (Fabracken) obituary of Janice Pritchard Charway.</w:t>
      </w:r>
    </w:p>
    <w:p>
      <w:r>
        <w:rPr>
          <w:b w:val="0"/>
          <w:i w:val="0"/>
        </w:rPr>
        <w:t xml:space="preserve">Many of your present day dogs pedigrees will go back to include Charway dogs and bitches. </w:t>
      </w:r>
    </w:p>
    <w:p>
      <w:r>
        <w:rPr>
          <w:b w:val="0"/>
          <w:i w:val="0"/>
        </w:rPr>
        <w:t>Ann wrote in Our Dogs, January 13, 2006  under the title Obituary -Janice Pritchard (Charway labradors).</w:t>
      </w:r>
    </w:p>
    <w:p>
      <w:r>
        <w:rPr>
          <w:b w:val="0"/>
          <w:i w:val="0"/>
        </w:rPr>
        <w:t>Ã¢â‚¬Å"As 2005 drew to an end, the sad news came of the peaceful passing of Janice Pritchard ( Charway).</w:t>
      </w:r>
    </w:p>
    <w:p>
      <w:r>
        <w:rPr>
          <w:b w:val="0"/>
          <w:i w:val="0"/>
        </w:rPr>
        <w:t>Ã¢â‚¬Å"Some years ago Janice had fought cancer and come through it, but this time it was not to be and although she fought bravery, she could not win  this battle.</w:t>
      </w:r>
    </w:p>
    <w:p>
      <w:r>
        <w:rPr>
          <w:b w:val="0"/>
          <w:i w:val="0"/>
        </w:rPr>
        <w:t>Ã¢â‚¬Å"Back in October she showed under me (Anne Taylor) and we joked about her not being sound when moving. Amazingly it turned out that she had a fractured hip and had probably spent several weeks trotting around dog show rings like this. How many of us could do that?</w:t>
      </w:r>
    </w:p>
    <w:p>
      <w:r>
        <w:rPr>
          <w:b w:val="0"/>
          <w:i w:val="0"/>
        </w:rPr>
        <w:t xml:space="preserve">Ã¢â‚¬Å"A few days later she went to the hospital and the news was bad. The cancer was spreading rapidly. I went to see Janice and she was sitting in bed with lots of lists of things she was doing or intended to do. No sitting back and letting this thing take over. She was determined to do as much as she could for as long as she was able. Her house was to be converted to suit her mobility and she had plans for a sunroom, something she had long wanted to do. She sensibly reduced her dog numbers and decided upon which would stay with her for as long as possible. </w:t>
      </w:r>
    </w:p>
    <w:p>
      <w:r>
        <w:rPr>
          <w:b w:val="0"/>
          <w:i w:val="0"/>
        </w:rPr>
        <w:t>Ã¢â‚¬Å"Unfortunately she wasnÃ¢â‚¬â„¢t to return home to her cottage and her dogs.</w:t>
      </w:r>
    </w:p>
    <w:p>
      <w:r>
        <w:rPr>
          <w:b w:val="0"/>
          <w:i w:val="0"/>
        </w:rPr>
        <w:t xml:space="preserve">Ã¢â‚¬Å"Janice came from the north-east starting in Labs at a young age. Her first bitch produced a litter in 1971 and in that litter was a black male, who went to a pet home. Janice kept him in her name, showed him and he became her first title holder, Sh Ch Charway Nightcap. Sometime later she brought in a black bitch Roseacre Hollyberry of Charway. A  bitch very much of the type Jan aimed for Ballyduff Holly, when mated to Ch Timspring Little Tuc produced a beautiful black bitch, Ch Charway little Sian. She also qualified for her full title and that was the start of Janices belief in the Labrador as a working dog. </w:t>
      </w:r>
    </w:p>
    <w:p>
      <w:r>
        <w:rPr>
          <w:b w:val="0"/>
          <w:i w:val="0"/>
        </w:rPr>
        <w:t>Ã¢â‚¬Å"SianÃ¢â‚¬â„¢s grandson, Ch Charway Ballywill Will was an extremely influential sire producing a number of titleholders. He was a largish very scopey dog with the most wonderful effortless movement, as were many of the Charways.</w:t>
      </w:r>
    </w:p>
    <w:p>
      <w:r>
        <w:rPr>
          <w:b w:val="0"/>
          <w:i w:val="0"/>
        </w:rPr>
        <w:t xml:space="preserve">Ã¢â‚¬Å"William was very successful in the ring even winning a Group, once he had filled his large frame. </w:t>
      </w:r>
    </w:p>
    <w:p>
      <w:r>
        <w:rPr>
          <w:b w:val="0"/>
          <w:i w:val="0"/>
        </w:rPr>
        <w:t xml:space="preserve">Ã¢â‚¬Å"He was also the grand sire of Ch Kupros Master Mariner, one of our outstanding producers and grandsire via Janices own Charway Uncle Tom of the titled Cambremer litter brothers, Tom Cobleigh and Tom Sawyer. William also sired Ch Charway Ballylinnet for the kennel. </w:t>
      </w:r>
    </w:p>
    <w:p>
      <w:r>
        <w:rPr>
          <w:b w:val="0"/>
          <w:i w:val="0"/>
        </w:rPr>
        <w:t xml:space="preserve">Ã¢â‚¬Å"Another title winner for the kennel was Margot Woolleys Sh Ch  Charway Blackthorn of Follytower. </w:t>
      </w:r>
    </w:p>
    <w:p>
      <w:r>
        <w:rPr>
          <w:b w:val="0"/>
          <w:i w:val="0"/>
        </w:rPr>
        <w:t xml:space="preserve">Ã¢â‚¬Å"All these dogs were black. The Charways were  nearly always black, although there was an occasional yellow in litters but not kept. Although not a huge number of chocolates were bred, they did have a big influence on improving the quality of the colour around the world. Many of the  very best of the colour will have Charway breeding. </w:t>
      </w:r>
    </w:p>
    <w:p>
      <w:r>
        <w:rPr>
          <w:b w:val="0"/>
          <w:i w:val="0"/>
        </w:rPr>
        <w:t>Ã¢â‚¬Å"Janice was a full-time teacher and a very good one. She was extremely committed to her work, even to the point that if she was judging abroad at weekends she would arrange to return home the night after the show or early the next morning and go straight to work.</w:t>
      </w:r>
    </w:p>
    <w:p>
      <w:r>
        <w:rPr>
          <w:b w:val="0"/>
          <w:i w:val="0"/>
        </w:rPr>
        <w:t xml:space="preserve">Ã¢â‚¬Å"Janice, a very intelligent lady, was constantly working on some project or other. One of the most important thing she worked on was the introduction of the present day Hip Scheme to the Labrador world. It was to provide us with much more information than the original hip scheme we had worked with for some years. </w:t>
      </w:r>
    </w:p>
    <w:p>
      <w:r>
        <w:rPr>
          <w:b w:val="0"/>
          <w:i w:val="0"/>
        </w:rPr>
        <w:t xml:space="preserve">Ã¢â‚¬Å"Janice had judged in many countries around the world where her opinion was keenly sought. Her last judging appointment in this country was at the Welsh kennel club in 2005. </w:t>
      </w:r>
    </w:p>
    <w:p>
      <w:r>
        <w:rPr>
          <w:b w:val="0"/>
          <w:i w:val="0"/>
        </w:rPr>
        <w:t>Ã¢â‚¬Å"She had become a committee member of the Labrador Retriever Club in recent years. She had also written the breed notes in Dog World for many years. Indeed I believe she was one of the best breed note writers, bringing up important subjects in great depth and we could believe what she wrote because of her great knowledge on the subject.</w:t>
      </w:r>
    </w:p>
    <w:p>
      <w:r>
        <w:rPr>
          <w:b w:val="0"/>
          <w:i w:val="0"/>
        </w:rPr>
        <w:t>She was a great believer in what she did but her striving for perfection in everything she did could frustrate her on occasions. Everything had to be as good as she could make it.</w:t>
      </w:r>
    </w:p>
    <w:p>
      <w:r>
        <w:rPr>
          <w:b w:val="0"/>
          <w:i w:val="0"/>
        </w:rPr>
        <w:t>Ã¢â‚¬Å"In the last few years Janice had started up the Labrador Retriever Club Show Gundog Working Certificate Day after its absence for many years. She found suitable ground and judges, in fact everything to make the day as it should be. She encouraged people to try and train the dogs for it and was a staunch believer in Labradors having this chance to prove themselves.</w:t>
      </w:r>
    </w:p>
    <w:p>
      <w:r>
        <w:rPr>
          <w:b w:val="0"/>
          <w:i w:val="0"/>
        </w:rPr>
        <w:t xml:space="preserve">Ã¢â‚¬Å"In the last few years Jan had also developed a great interest in cats and had set up a small cattery. She was showing successfully and breeding them alongside the dogs. At one time she showed a Pointer who did something useful winning and some Norwich terriers also lived with  the Labradors. </w:t>
      </w:r>
    </w:p>
    <w:p>
      <w:r>
        <w:rPr>
          <w:b w:val="0"/>
          <w:i w:val="0"/>
        </w:rPr>
        <w:t xml:space="preserve">Ã¢â‚¬Å"To us Janice Pritchard was a character and there are few enough of those around these days. Her small kennel has had a big influence on the breed. Her opinion on all sorts of things was greatly sought and appreciated. </w:t>
      </w:r>
    </w:p>
    <w:p>
      <w:r>
        <w:rPr>
          <w:b w:val="0"/>
          <w:i w:val="0"/>
        </w:rPr>
        <w:t xml:space="preserve">Ã¢â‚¬Å"She could speak her mind but thereÃ¢â‚¬â„¢s nothing wrong with that when one knows that what she had to say was true and important. </w:t>
      </w:r>
    </w:p>
    <w:p>
      <w:r>
        <w:rPr>
          <w:b w:val="0"/>
          <w:i w:val="0"/>
        </w:rPr>
        <w:t>Ã¢â‚¬Å"As a friend and as a very well respected breeder/Judge I think we are all very sorry that she has left us. No doubt sheÃ¢â‚¬â„¢ll be keeping an eye on what weÃ¢â‚¬â„¢re doing. Ann Taylor.Ã¢â‚¬Â</w:t>
      </w:r>
    </w:p>
    <w:p>
      <w:r>
        <w:rPr>
          <w:b w:val="0"/>
          <w:i w:val="0"/>
        </w:rPr>
        <w:t xml:space="preserve">I hope you enjoy this account from our breeds history twenty or more years ago.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