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 Nov 2006"</w:t>
      </w:r>
      <w:r>
        <w:br/>
      </w:r>
      <w:r>
        <w:rPr>
          <w:b w:val="0"/>
          <w:i w:val="0"/>
        </w:rPr>
        <w:br/>
        <w:t>date_original: "17 Nov 2006"</w:t>
      </w:r>
      <w:r>
        <w:br/>
      </w:r>
      <w:r>
        <w:rPr>
          <w:b w:val="0"/>
          <w:i w:val="0"/>
        </w:rPr>
        <w:br/>
        <w:t>source_url: "https://www.ourdogs.co.uk/members/breednotes/2006/RetrieverLabrador/RetrieverLabrador-nov17.htm"</w:t>
      </w:r>
      <w:r>
        <w:br/>
      </w:r>
      <w:r>
        <w:rPr>
          <w:b w:val="0"/>
          <w:i w:val="0"/>
        </w:rPr>
        <w:br/>
        <w:t>archive_type: "static_html"</w:t>
      </w:r>
      <w:r>
        <w:br/>
      </w:r>
      <w:r>
        <w:rPr>
          <w:b w:val="0"/>
          <w:i w:val="0"/>
        </w:rPr>
        <w:br/>
        <w:t>scraped_at: "2026-09-13T22:10:36"</w:t>
      </w:r>
      <w:r>
        <w:br/>
      </w:r>
      <w:r>
        <w:rPr>
          <w:b w:val="0"/>
          <w:i w:val="0"/>
        </w:rPr>
        <w:br/>
        <w:t>word_count: 942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Great news of a successful day for Jean, Geoff and Anthony Allen’s, Allenie Labradors at the recent East Anglian Labrador Club open show under judge Mrs E.Green . Their yellow dog, Allenies Maverick JW went Best in Show, their yellow bitch, Allenies Jezzabel JW was Best Opposite Sex and to finish off a perfect day, their puppy, Allenies Whatever Next, was Best Puppy in Show. Wow, can’t do better that, can you! Reserve Best In Show was awarded to Alan and Alison Scutcher's - Winsleywood Waterloo.</w:t>
      </w:r>
    </w:p>
    <w:p>
      <w:r>
        <w:rPr>
          <w:b w:val="0"/>
          <w:i w:val="0"/>
        </w:rPr>
        <w:t>Secretary of the Lab Club of Wales, Margaret Barker, writes: “The Labrador Retriever Club of Wales held an Open Show on Saturday 4th November at Llandrinio Village Hall, Powys. It was the first show the club had held in North Wales for a number of years. The venue proved to be an excellent choice, providing all the facilities we could have wished for, with more than adequate car parking and good access from main roads and motorways.</w:t>
      </w:r>
    </w:p>
    <w:p>
      <w:r>
        <w:rPr>
          <w:b w:val="0"/>
          <w:i w:val="0"/>
        </w:rPr>
        <w:t>The show drew 56 dogs giving 73 entries for judge Loise Oxley (Crankross). Sadly the level of absenteeism was higher than we would have hoped for, mainly due to a number of exhibitors having dogs down with kennel cough and others, especially those with young puppies, anxious to avoid catching it during the present outbreak. Nonetheless, those who made it on the day enjoyed the friendly and convivial atmosphere of the show.</w:t>
      </w:r>
    </w:p>
    <w:p>
      <w:r>
        <w:rPr>
          <w:b w:val="0"/>
          <w:i w:val="0"/>
        </w:rPr>
        <w:t>“The principal results were: B.I.S. Williams &amp; Revitt's bitch Jimdi Nora Batty J.W. R.B.I.S. Williamson &amp; Dobson's dog Lakemeadow Look No Further Than Sharouns.</w:t>
      </w:r>
    </w:p>
    <w:p>
      <w:r>
        <w:rPr>
          <w:b w:val="0"/>
          <w:i w:val="0"/>
        </w:rPr>
        <w:t>Linda Harvey-Major did the 'puppy double' with bitch puppy Linjor Xtra Thyme taking B.P.I.S. with her litter brother Linjor X Factor being R.B.P.I.S.”</w:t>
      </w:r>
    </w:p>
    <w:p>
      <w:r>
        <w:rPr>
          <w:b w:val="0"/>
          <w:i w:val="0"/>
        </w:rPr>
        <w:t>Do remember that entries for Manchester Ch Show at Stafford and the new Boston Ch Show are closing soon. The Boston show will be held at the Newark showground on Friday and Saturday, 5th and 6th January. This new Ch show will be the last chance to qualify for Crufts 2007 (Crufts entries closing later that week). CCs are on offer for six numerically large breeds, amongst them Labradors. The Labrador judges are Mrs M Prior and Mrs E Jayes. Paper entries closed on 16th November (yesterday), but you can still enter on-line at www. fossedata.net until Thursday 30th November.</w:t>
      </w:r>
    </w:p>
    <w:p>
      <w:r>
        <w:rPr>
          <w:b w:val="0"/>
          <w:i w:val="0"/>
        </w:rPr>
        <w:t xml:space="preserve">Manchester entries for Labradors on Sunday 21st January 2007, under Dr Ron James judging the breed at this level for the first time, will close on Wednesday 29th November, with the on-line entry at www.dogbiz </w:t>
      </w:r>
      <w:hyperlink r:id="rId9">
        <w:r>
          <w:rPr>
            <w:color w:val="0563C1"/>
            <w:u w:val="single"/>
          </w:rPr>
          <w:t>http://www.dogbiz/</w:t>
        </w:r>
      </w:hyperlink>
      <w:r>
        <w:rPr>
          <w:b w:val="0"/>
          <w:i w:val="0"/>
        </w:rPr>
        <w:t xml:space="preserve"> closing on Friday December 8th.</w:t>
      </w:r>
      <w:r>
        <w:br/>
      </w:r>
      <w:r>
        <w:rPr>
          <w:b w:val="0"/>
          <w:i w:val="0"/>
        </w:rPr>
        <w:br/>
        <w:t>I received this charming version of Rudyard Kipling’s If through the post from a reader who lives near Tring. The poem was found in an old school magazine in the waiting room at Tring station.</w:t>
      </w:r>
      <w:r>
        <w:br/>
      </w:r>
      <w:r>
        <w:rPr>
          <w:b w:val="0"/>
          <w:i w:val="0"/>
        </w:rPr>
        <w:br/>
        <w:t>If you can always be cheerful,</w:t>
      </w:r>
      <w:r>
        <w:br/>
      </w:r>
      <w:r>
        <w:rPr>
          <w:b w:val="0"/>
          <w:i w:val="0"/>
        </w:rPr>
        <w:br/>
        <w:t>If you can sleep without drugs,</w:t>
      </w:r>
      <w:r>
        <w:br/>
      </w:r>
      <w:r>
        <w:rPr>
          <w:b w:val="0"/>
          <w:i w:val="0"/>
        </w:rPr>
        <w:br/>
        <w:t>If you can relax without alcohol,</w:t>
      </w:r>
      <w:r>
        <w:br/>
      </w:r>
      <w:r>
        <w:rPr>
          <w:b w:val="0"/>
          <w:i w:val="0"/>
        </w:rPr>
        <w:br/>
        <w:t>If you can start the day without caffeine</w:t>
      </w:r>
      <w:r>
        <w:br/>
      </w:r>
      <w:r>
        <w:rPr>
          <w:b w:val="0"/>
          <w:i w:val="0"/>
        </w:rPr>
        <w:br/>
        <w:t>If you can take the blame without resentment,</w:t>
      </w:r>
      <w:r>
        <w:br/>
      </w:r>
      <w:r>
        <w:rPr>
          <w:b w:val="0"/>
          <w:i w:val="0"/>
        </w:rPr>
        <w:br/>
        <w:t>If you can resist complaining,</w:t>
      </w:r>
      <w:r>
        <w:br/>
      </w:r>
      <w:r>
        <w:rPr>
          <w:b w:val="0"/>
          <w:i w:val="0"/>
        </w:rPr>
        <w:br/>
        <w:t>If you can eat the same food every day and be grateful for it,</w:t>
      </w:r>
      <w:r>
        <w:br/>
      </w:r>
      <w:r>
        <w:rPr>
          <w:b w:val="0"/>
          <w:i w:val="0"/>
        </w:rPr>
        <w:br/>
        <w:t>If you can understand when your loved ones are too busy to give you time,</w:t>
      </w:r>
      <w:r>
        <w:br/>
      </w:r>
      <w:r>
        <w:rPr>
          <w:b w:val="0"/>
          <w:i w:val="0"/>
        </w:rPr>
        <w:br/>
        <w:t>AND if you overlook it, when those you love take it out on you, when</w:t>
      </w:r>
      <w:r>
        <w:br/>
      </w:r>
      <w:r>
        <w:rPr>
          <w:b w:val="0"/>
          <w:i w:val="0"/>
        </w:rPr>
        <w:br/>
        <w:t>Through no fault of your own, something goes wrong,</w:t>
      </w:r>
      <w:r>
        <w:br/>
      </w:r>
      <w:r>
        <w:rPr>
          <w:b w:val="0"/>
          <w:i w:val="0"/>
        </w:rPr>
        <w:br/>
        <w:t>Then my friend you are almost as good as your dog.</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www.dogb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