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- 06/04/2012"</w:t>
      </w:r>
      <w:r>
        <w:br/>
      </w:r>
      <w:r>
        <w:rPr>
          <w:b w:val="0"/>
          <w:i w:val="0"/>
        </w:rPr>
        <w:br/>
        <w:t>date_original: "06/04/2012"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"2026-09-13T22:46:33"</w:t>
      </w:r>
      <w:r>
        <w:br/>
      </w:r>
      <w:r>
        <w:rPr>
          <w:b w:val="0"/>
          <w:i w:val="0"/>
        </w:rPr>
        <w:br/>
        <w:t>word_count: 951</w:t>
      </w:r>
    </w:p>
    <w:p>
      <w:r>
        <w:t>――――――――――――――――――――――――――――――</w:t>
      </w:r>
    </w:p>
    <w:p>
      <w:r>
        <w:rPr>
          <w:b w:val="0"/>
          <w:i w:val="0"/>
        </w:rPr>
        <w:t>NEWS MEMBERS' AREA SHOP SUBSCRIBE UPCOMING SHOWS MORE</w:t>
      </w:r>
    </w:p>
    <w:p>
      <w:r>
        <w:rPr>
          <w:b w:val="0"/>
          <w:i w:val="0"/>
        </w:rPr>
        <w:t>RETRIEVER LABRADOR</w:t>
      </w:r>
    </w:p>
    <w:p>
      <w:r>
        <w:rPr>
          <w:b w:val="0"/>
          <w:i w:val="0"/>
        </w:rPr>
        <w:t>Issue: 06/04/2012</w:t>
      </w:r>
    </w:p>
    <w:p>
      <w:r>
        <w:rPr>
          <w:b w:val="0"/>
          <w:i w:val="0"/>
        </w:rPr>
        <w:t>West of England Lab Club are holding an Open Show at Woolavington near junction 23 of  the M5 on Saturday May 5th. The judge is Pat Davies (Holmajor) -all those attending will receive a warm welcome and plenty of home made refreshments - Schedules can be downloaded from the clubs website welrc.org or from Chris Mills</w:t>
      </w:r>
    </w:p>
    <w:p>
      <w:r>
        <w:rPr>
          <w:b w:val="0"/>
          <w:i w:val="0"/>
        </w:rPr>
        <w:t>Telephone 01458833158 or Gordon Fox 01752895049. Closing date for entries is 7th April</w:t>
      </w:r>
    </w:p>
    <w:p>
      <w:r>
        <w:rPr>
          <w:b w:val="0"/>
          <w:i w:val="0"/>
        </w:rPr>
        <w:t>The WELRC usually hold their Championship show in the autumn. This year there is a new date. I understand the show will be held on 2nd December. The venue is unchanged, the Hutton Moor Leisure Centre, Weston Super Mare. The judges for this years event are Richard Morris (Dogs) and David Hopkinson (Bitches).</w:t>
      </w:r>
    </w:p>
    <w:p>
      <w:r>
        <w:rPr>
          <w:b w:val="0"/>
          <w:i w:val="0"/>
        </w:rPr>
        <w:t>The Yellow Labrador Club held their mid-week Open show (for yellow Labradors only) at Southam on a gloriously warm and sunny March day and what a pleasant friendly event it was. The clubs committee made sure everyone was welcome and that all had a most enjoyable day.</w:t>
      </w:r>
    </w:p>
    <w:p>
      <w:r>
        <w:rPr>
          <w:b w:val="0"/>
          <w:i w:val="0"/>
        </w:rPr>
        <w:t>The judge was Ken Roberts (Stormrose), very smartly dressed and sporting, I have to say, the most eye-catching pair of long, pointy toed, two colour- tone, designer shoes I have ever seen other than on a high-fashion catwalk. Ken had an entry of 107 lovely dogs and bitches to go over.</w:t>
      </w:r>
    </w:p>
    <w:p>
      <w:r>
        <w:rPr>
          <w:b w:val="0"/>
          <w:i w:val="0"/>
        </w:rPr>
        <w:t>There was generous prize money for all those placed. The major winners were Best in Show - Michael and Judy Neachells dog Sh Ch Adoraden Hallmark of Suttonpark; Reserve Best in Show, Desmond and Rosemary Airey's Sh Ch Ronsard Me Celebrait, to whom I owe a great big apology as in recent notes, I credited someone else with her wonderful Crufts 2011 BOB win. Best Puppy in Show was Carole and Mervyn Reynolds dog, Carromer Zachary.</w:t>
      </w:r>
    </w:p>
    <w:p>
      <w:r>
        <w:rPr>
          <w:b w:val="0"/>
          <w:i w:val="0"/>
        </w:rPr>
        <w:t>All three major winners were each presented with a huge Easter Egg specially decorated for the show and donated by the judge.</w:t>
      </w:r>
    </w:p>
    <w:p>
      <w:r>
        <w:rPr>
          <w:b w:val="0"/>
          <w:i w:val="0"/>
        </w:rPr>
        <w:t>In the kitchen, Anne Lavelle and her team did a splendid job. The previous week Anne had been enjoying the luxurious high-life of racehorse owner/ trainers-mother at Cheltenham Races; a few days later there she was in Southam Village Hall, all wrapped up in her plastic pinny, overseeing her jolly team of helpers, cooking hot lunch for over a hundred happy, hungry Labrador exhibitors. The Yellow Lab committee and hospitality team have to be thanked for the superb spread they provided for us all to enjoy.</w:t>
      </w:r>
    </w:p>
    <w:p>
      <w:r>
        <w:rPr>
          <w:b w:val="0"/>
          <w:i w:val="0"/>
        </w:rPr>
        <w:t>Three days later the Joint Labrador Club held the first of two championship shows hosted by KSS Labrador Club being held over the same weekend, at  Eaglesfield Equestrian Centre near Maidstone, Kent.</w:t>
      </w:r>
    </w:p>
    <w:p>
      <w:r>
        <w:rPr>
          <w:b w:val="0"/>
          <w:i w:val="0"/>
        </w:rPr>
        <w:t>For the first days show, the glorious weather of the previous two weeks had disappeared and the temperature had plummeted to near freezing. Heavy grey skies persisted all day. Luckily the popular social event organised for the evening helped everyone thoroughly thaw out.</w:t>
      </w:r>
    </w:p>
    <w:p>
      <w:r>
        <w:rPr>
          <w:b w:val="0"/>
          <w:i w:val="0"/>
        </w:rPr>
        <w:t>During the previous week, an Easter fuel strike was looming and there had been major problems with fuel supply all over the country, with garages completely running out of diesel and unleaded petrol due to panic buying, whipped up some rather unfortunate TV comments by our country's political leaders.</w:t>
      </w:r>
    </w:p>
    <w:p>
      <w:r>
        <w:rPr>
          <w:b w:val="0"/>
          <w:i w:val="0"/>
        </w:rPr>
        <w:t>Absentees at the first day's show were high, probably due to the lack of fuel. By the second day's show the government had issued a 'don't panic-buy' statement, somewhat akin to something out of Dads Army, telling us that all was now well with fuel supplies and we could get on with our lives normally. This probably encouraged more exhibitors to attend on the second day, which, apart from a zero degree early morning start, turned into a pleasant, sunny day, which was noticeably much warmer.</w:t>
      </w:r>
    </w:p>
    <w:p>
      <w:r>
        <w:rPr>
          <w:b w:val="0"/>
          <w:i w:val="0"/>
        </w:rPr>
        <w:t>The judges of the first days show were Janet Cole (Dogs) and Linda Heron ( Bitches). The Dog winners were a repeat of Crufts, with Mrs Hess's Sh Ch Salty Dog of Tampa Bay taking the Dog CC and Best in Show. Penny Carpaninis yellow, Sh Ch Carpenny Made a Million won the Dog Reserve CC. In the Bitch ring, Carole and David Coode made up their black Ch Warringah's Karkirri, winning her third CC on the day. The Bitch RCC went to Linda Harvey Major and Sue Merrils black,  Gostwyck I Spy Linjor</w:t>
      </w:r>
    </w:p>
    <w:p>
      <w:r>
        <w:rPr>
          <w:b w:val="0"/>
          <w:i w:val="0"/>
        </w:rPr>
        <w:t>Best Puppy was Penny Carpaninis black Flossfalls Monopoly of Carpenny.</w:t>
      </w:r>
    </w:p>
    <w:p>
      <w:r>
        <w:rPr>
          <w:b w:val="0"/>
          <w:i w:val="0"/>
        </w:rPr>
        <w:t>The following day, the second Ch show was held, this time with judges Sheelin Cuthbert (Dogs) and Jan Roger Sauge (Bitches); the latter judging at this level for the first time in the UK. There was a joint entry of 302 dogs and Bitches</w:t>
      </w:r>
    </w:p>
    <w:p>
      <w:r>
        <w:rPr>
          <w:b w:val="0"/>
          <w:i w:val="0"/>
        </w:rPr>
        <w:t>The Rawlinson family swept the board in the dog ring with their black litter brothers Sh Ch Fullwell Fly High to Halshimoor won the Dog CC and BIS whilst his brother Fullwell Fair Trade to Halshimoor won the Dog RCC.</w:t>
      </w:r>
    </w:p>
    <w:p>
      <w:r>
        <w:rPr>
          <w:b w:val="0"/>
          <w:i w:val="0"/>
        </w:rPr>
        <w:t>In the Bitch ring Marlene Heppers black Yearling, Mardas Vintage Silk JW won her first CC whilst  Blueveil Blastoff, belonging to Mr S Piva from Italy won the RCC. Sadly, I have no record as yet of who went Best Puppy.</w:t>
      </w:r>
    </w:p>
    <w:p>
      <w:r>
        <w:rPr>
          <w:b w:val="0"/>
          <w:i w:val="0"/>
        </w:rPr>
        <w:t>Ann Britton, 01989 720 665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