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- 10/08/2018 - ISSUE"</w:t>
      </w:r>
      <w:r>
        <w:br/>
      </w:r>
      <w:r>
        <w:rPr>
          <w:b w:val="0"/>
          <w:i w:val="0"/>
        </w:rPr>
        <w:br/>
        <w:t>date_original: "10/08/2018 - ISSUE"</w:t>
      </w:r>
      <w:r>
        <w:br/>
      </w:r>
      <w:r>
        <w:rPr>
          <w:b w:val="0"/>
          <w:i w:val="0"/>
        </w:rPr>
        <w:br/>
        <w:t>source_url: "https://www.ourdogs.co.uk/members/breednotes/RetrieverLabradorMain.php"</w:t>
      </w:r>
      <w:r>
        <w:br/>
      </w:r>
      <w:r>
        <w:rPr>
          <w:b w:val="0"/>
          <w:i w:val="0"/>
        </w:rPr>
        <w:br/>
        <w:t>scraped_at: "2026-09-13T15:22:30"</w:t>
      </w:r>
      <w:r>
        <w:br/>
      </w:r>
      <w:r>
        <w:rPr>
          <w:b w:val="0"/>
          <w:i w:val="0"/>
        </w:rPr>
        <w:br/>
        <w:t>word_count: 1595</w:t>
      </w:r>
    </w:p>
    <w:p>
      <w:r>
        <w:t>――――――――――――――――――――――――――――――</w:t>
      </w:r>
    </w:p>
    <w:p>
      <w:r>
        <w:rPr>
          <w:b w:val="0"/>
          <w:i w:val="0"/>
        </w:rPr>
        <w:t>NEWS MEMBERS' AREA SHOP SUBSCRIBE UPCOMING SHOWS MORE</w:t>
      </w:r>
    </w:p>
    <w:p>
      <w:r>
        <w:rPr>
          <w:b w:val="0"/>
          <w:i w:val="0"/>
        </w:rPr>
        <w:t>RETRIEVER LABRADOR</w:t>
      </w:r>
    </w:p>
    <w:p>
      <w:r>
        <w:rPr>
          <w:b w:val="0"/>
          <w:i w:val="0"/>
        </w:rPr>
        <w:t>Issue: 10/08/2018</w:t>
      </w:r>
    </w:p>
    <w:p>
      <w:r>
        <w:rPr>
          <w:b w:val="0"/>
          <w:i w:val="0"/>
        </w:rPr>
        <w:t>A correction to my recent figures. Christine Bailiss's yellow dog, Sh Ch Tissalian Hi Jack has now won 9 CCS, 8 of them during 2018.</w:t>
      </w:r>
    </w:p>
    <w:p>
      <w:r>
        <w:rPr>
          <w:b w:val="0"/>
          <w:i w:val="0"/>
        </w:rPr>
        <w:t>A very busy time show wise, made somewhat more difficult due to the record breaking, boiling hot weather and it being UK holidaytime with main roads and motorways chockablock with traffic.</w:t>
      </w:r>
    </w:p>
    <w:p>
      <w:r>
        <w:rPr>
          <w:b w:val="0"/>
          <w:i w:val="0"/>
        </w:rPr>
        <w:t>Paignton was held on Saturday 4th August, whilst National Gundog at Malvern was the following day, with URC, also at Malvern, three days after that. Bournemouth follows this coming weekend. By the time they are over, those that stayed the course should probably be awarded an endurance medal.</w:t>
      </w:r>
    </w:p>
    <w:p>
      <w:r>
        <w:rPr>
          <w:b w:val="0"/>
          <w:i w:val="0"/>
        </w:rPr>
        <w:t>On a very hot August day, the Judge at Paignton was Bob Lane, of the Kulawand Golden Retrievers and Flatcoats in which breeds I understand his family have made up many champions. He was taking on the breed for the first time in the UK, at this level. From an entry of 160, his winners were Dog CC Ch Warringahs Perth Sh CM, winning his 19th CC. The Dog RCC went to the Post Graduate winner, Carohall Day Dreamer at Mibridge (Lembas Mikado x Carophenhll Daisy Days), who was also Best Special Beginner, owned by an utterly thrilled Mrs B Jeffrey.</w:t>
      </w:r>
    </w:p>
    <w:p>
      <w:r>
        <w:rPr>
          <w:b w:val="0"/>
          <w:i w:val="0"/>
        </w:rPr>
        <w:t>The Bitch CC winner, her first such award at just two years of age, was Mrs Lally's black Post Graduate winner, Trewinnard Pimlico, (Carpenny Primo x Trendlewood a Whisper at Trewinnard), bred and handled by Lucy Kent. The Bitch RCC was my own yellow Limit winner, Bowstones Polka (Llanstinan Hot Toddy of Bowstones JW x Sh Ch Martinstide Pastiche of Bowstones).</w:t>
      </w:r>
    </w:p>
    <w:p>
      <w:r>
        <w:rPr>
          <w:b w:val="0"/>
          <w:i w:val="0"/>
        </w:rPr>
        <w:t>Best Puppy was Quick and James black dog Farnfield Tamzaneti (Sandylands over the Moon to Ludalor x Sandylands Topaz Farnfield). He was later 2nd in the Gundog Puppy Group handled in the Breed and Group by his breeder Rich Stafford. Interestingly his litter sister, Farnfield Clarity owned and shown by Miss Emily Evans won the Junior Bitch class too, so type will out!</w:t>
      </w:r>
    </w:p>
    <w:p>
      <w:r>
        <w:rPr>
          <w:b w:val="0"/>
          <w:i w:val="0"/>
        </w:rPr>
        <w:t xml:space="preserve">The following morning dawned with soaring temperatures and wall to wall sunshine and saw us all gathered together again, this time at Malvern, which is, luckily for me, only 23 minutes from my home and, thankfully, no further long hot journey was involved for me or the dogs that weekend. </w:t>
      </w:r>
    </w:p>
    <w:p>
      <w:r>
        <w:rPr>
          <w:b w:val="0"/>
          <w:i w:val="0"/>
        </w:rPr>
        <w:t>Under a cloudless blue sky and relentless 30 degree sun, the judges were Ian Ganney (dogs) and Lorraine Tooth (bitches) with a joint entry of 218. As we all sweltered, trying to find a small spot of shade around the ring, myself turning more lobster-like in complection by the minute, both judges looked utterly cool and immaculately dressed from start to finish.</w:t>
      </w:r>
    </w:p>
    <w:p>
      <w:r>
        <w:rPr>
          <w:b w:val="0"/>
          <w:i w:val="0"/>
        </w:rPr>
        <w:t>The Dog CC on the referees decision was a very well received crowning CC for Marlene Heppers black Mardas All Blacks JW (Mambrinos Brandy Snap at Richbourne x Mardas Vintage Silk) shown by Anthony Allen. Well done Marlene on yet another Mardas Champion.</w:t>
      </w:r>
    </w:p>
    <w:p>
      <w:r>
        <w:rPr>
          <w:b w:val="0"/>
          <w:i w:val="0"/>
        </w:rPr>
        <w:t>Penny Carpanini had a great day winning the Dog RCC with Carpenny Primo (Sh Ch Aust Ch Priorise Spending Time x Carpenny Wholly) and the Bitch CC with Sh Ch Carpenny Portia (Carpenny Primo x Sh Ch Flossfalls Monopoly of Carpenny). The Bitch RCC went to Ed Casey and C Cavellos yellow Lembas Kiss Me Kate at Moyglass ( Am Ch Sh Ch Farnfield Topo Gigio x Sh Ch Lembas Chiquitita)</w:t>
      </w:r>
    </w:p>
    <w:p>
      <w:r>
        <w:rPr>
          <w:b w:val="0"/>
          <w:i w:val="0"/>
        </w:rPr>
        <w:t xml:space="preserve">Best Puppy was Linda Harvey Majors Linjor The Cover Girl ( Sh Ch Linjor Cassablanca x Linjor Front Paige). Best Special Beginner was Becca Mills and her Mums Linjor Magnolia at Jaybec. (Sandylands Wait and See x Trendlewood Play me Linjor). </w:t>
      </w:r>
    </w:p>
    <w:p>
      <w:r>
        <w:rPr>
          <w:b w:val="0"/>
          <w:i w:val="0"/>
        </w:rPr>
        <w:t>And now onto other topics.</w:t>
      </w:r>
    </w:p>
    <w:p>
      <w:r>
        <w:rPr>
          <w:b w:val="0"/>
          <w:i w:val="0"/>
        </w:rPr>
        <w:t xml:space="preserve">Like so very many in the Breed, I was saddened to hear of the passing of James Hindley at far too young an age of just 46 years. He awarded CCs in Labradors and judged internationally. </w:t>
      </w:r>
    </w:p>
    <w:p>
      <w:r>
        <w:rPr>
          <w:b w:val="0"/>
          <w:i w:val="0"/>
        </w:rPr>
        <w:t xml:space="preserve">Marion Hopkinson on behalf of Midland Counties Labrador Club wrote on Facebook, "to say we are all shocked to hear of the untimely death of James Hindley will be an understatement. James has been a member of our club for over 20 years and very much still involved with his Labradors The club members who have known James will be with us in sending our sincere condolences to his family'. </w:t>
      </w:r>
    </w:p>
    <w:p>
      <w:r>
        <w:rPr>
          <w:b w:val="0"/>
          <w:i w:val="0"/>
        </w:rPr>
        <w:t xml:space="preserve">Similar tributes came from other Breed Clubs too. </w:t>
      </w:r>
    </w:p>
    <w:p>
      <w:r>
        <w:rPr>
          <w:b w:val="0"/>
          <w:i w:val="0"/>
        </w:rPr>
        <w:t xml:space="preserve">Personally, I have known James since he was a young man, initially when he had just finished college and I was attending shows in the Midlands. He was always smiling, polite, well dressed, and charmingly well mannered. </w:t>
      </w:r>
    </w:p>
    <w:p>
      <w:r>
        <w:rPr>
          <w:b w:val="0"/>
          <w:i w:val="0"/>
        </w:rPr>
        <w:t>Whilst James was qualified and initially worked full time in horticulture, about which topic he still had matchless knowledge, Labrador show kennels later benefitted from his care. Eventually he settled at the historic Cornlands Kennel of Peggy Rae in East Anglia.</w:t>
      </w:r>
    </w:p>
    <w:p>
      <w:r>
        <w:rPr>
          <w:b w:val="0"/>
          <w:i w:val="0"/>
        </w:rPr>
        <w:t>James drove Peggy to the shows. He was a great help with the dogs and being a good handler, he campaigned the later Cornlands champions to their titles. I well remember awarding, (later Sh Ch), Cornlands Lady Dahlia her first CC and Best of Breed out of an entry of 310 dogs and bitches (and one judge, me, on the day ) at City of Birmingham in 2004. As I handed him the Green and White and the Red and White cards, James face was a picture, for once he was stunned into absolute spluttering silence!</w:t>
      </w:r>
    </w:p>
    <w:p>
      <w:r>
        <w:rPr>
          <w:b w:val="0"/>
          <w:i w:val="0"/>
        </w:rPr>
        <w:t>Having a brilliant memory, he was a walking horticultural encyclopaedia. With regards to dogs, he could recite any Labrador pedigree one liked to mention, going right back in time. His knowledge of the history of the Labrador and Cavaliers and the well known breeders who had gone before, was unlimited.</w:t>
      </w:r>
    </w:p>
    <w:p>
      <w:r>
        <w:rPr>
          <w:b w:val="0"/>
          <w:i w:val="0"/>
        </w:rPr>
        <w:t xml:space="preserve">He had a sparklingly sharp, but kindly wit and was at his best perfectly impersonating well known characters within our dog showing fraternity. </w:t>
      </w:r>
    </w:p>
    <w:p>
      <w:r>
        <w:rPr>
          <w:b w:val="0"/>
          <w:i w:val="0"/>
        </w:rPr>
        <w:t>Impersonation was his party piece, one such performance I recall being at Dot Gardners (Novacroft) special birthday party held at Marion Hopkinsons home. We were all crying with laughter and in stitches. James could well have rivalled Rory Bremner or Billy Connolly for his stage presence and wit, he was so funny.</w:t>
      </w:r>
    </w:p>
    <w:p>
      <w:r>
        <w:rPr>
          <w:b w:val="0"/>
          <w:i w:val="0"/>
        </w:rPr>
        <w:t>On Peggy's demise at a grand old age, Cornlands was passed into James hands. He lived there for the past few years, with his friend, Angus.</w:t>
      </w:r>
    </w:p>
    <w:p>
      <w:r>
        <w:rPr>
          <w:b w:val="0"/>
          <w:i w:val="0"/>
        </w:rPr>
        <w:t>Outwardly, fellow Labrador enthusiasts at home and abroad, will remember James as a bright, bubbly, clever and sociable person who appeared to thoroughly enjoy life.</w:t>
      </w:r>
    </w:p>
    <w:p>
      <w:r>
        <w:rPr>
          <w:b w:val="0"/>
          <w:i w:val="0"/>
        </w:rPr>
        <w:t>Sadly however, there can sometimes be another complex side to such an extrovert public persona and thus it appeared with James.</w:t>
      </w:r>
    </w:p>
    <w:p>
      <w:r>
        <w:rPr>
          <w:b w:val="0"/>
          <w:i w:val="0"/>
        </w:rPr>
        <w:t>As time went by, following Peggy's death, his closest friends in Labradors were aware that there was much in life which troubled him.</w:t>
      </w:r>
    </w:p>
    <w:p>
      <w:r>
        <w:rPr>
          <w:b w:val="0"/>
          <w:i w:val="0"/>
        </w:rPr>
        <w:t xml:space="preserve">One wishes the clock could be turned back to happier times when he enjoyed the pure fun and laughter of life and friends. That is how we should chose to remember him. </w:t>
      </w:r>
    </w:p>
    <w:p>
      <w:r>
        <w:rPr>
          <w:b w:val="0"/>
          <w:i w:val="0"/>
        </w:rPr>
        <w:t xml:space="preserve">I have four yellow rambler roses now covering a high stone wall and flowering profusely every May in my garden. They were a kind and thoughtfully chosen gift from James after the death of my husband, George. James knew that their profuse, bright yellow button flowers in early spring each year, would bring back fond memories, and now James name is added to those memories. Such a short life. James, the turmoil is over. Rest in peace. You will never be forgotten. </w:t>
      </w:r>
    </w:p>
    <w:p>
      <w:r>
        <w:rPr>
          <w:b w:val="0"/>
          <w:i w:val="0"/>
        </w:rPr>
        <w:t>Our sincere condolences go to James family and friends.</w:t>
      </w:r>
    </w:p>
    <w:p>
      <w:r>
        <w:rPr>
          <w:b w:val="0"/>
          <w:i w:val="0"/>
        </w:rPr>
        <w:t>The Yellow Labrador Club is hosting an Advanced Breed Specific Seminar with Assessment for those wishing to further their judging careers. Alongside this, the Club is also hosting an informal event named 'Positive Aspects of the Labrador', which will be open to any and all breed enthusiasts - a day of information, education, discussion and experience when delegates will have a rare opportunity to go over some of this country's top show Labradors</w:t>
      </w:r>
    </w:p>
    <w:p>
      <w:r>
        <w:rPr>
          <w:b w:val="0"/>
          <w:i w:val="0"/>
        </w:rPr>
        <w:t>The Advanced Breed Specific Seminar is being presented by Mr David Craig, and delegates to the 'Positive Aspects of the Labrador' will be invited to attend this presentation as observers. While the Advanced assessment is taking place we have Mr Karl Gawthorpe to speak on the Judges Development Programme to those attending the Positive Aspects of the Labrador day. After lunch these delegates will have the opportunity to see at close quarters some of the country's top winning and Show Champion Labradors and be able to informally discuss their merits with the owners. The Positive Aspects of the Labrador day is designed to help delegates understand and appreciate the good points of construction and assist if faced with judging large classes of top quality Labradors.</w:t>
      </w:r>
    </w:p>
    <w:p>
      <w:r>
        <w:rPr>
          <w:b w:val="0"/>
          <w:i w:val="0"/>
        </w:rPr>
        <w:t>Places to both events are limited, please book early to avoid disappointment. Venue: The Kennel Club Building, Stoneleigh. Date: 18th November 2018. Registration from 9.30am, presentation at 10 a.m. Cost Â£25 per person to include lunch. To book your place please contact Sussie Wiles, Email: sussiewiles@yahoo.co.uk. Telephone 01895 823227 or Paul Collins, Email: paul@kaspairlabs.co.uk. Telephone 01452 780635</w:t>
      </w:r>
    </w:p>
    <w:p>
      <w:r>
        <w:rPr>
          <w:b w:val="0"/>
          <w:i w:val="0"/>
        </w:rPr>
        <w:t>Ann Britton</w:t>
      </w:r>
    </w:p>
    <w:p>
      <w:r>
        <w:rPr>
          <w:b w:val="0"/>
          <w:i w:val="0"/>
        </w:rPr>
        <w:t>01989720665</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