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Feb 2010"</w:t>
      </w:r>
      <w:r>
        <w:br/>
      </w:r>
      <w:r>
        <w:rPr>
          <w:b w:val="0"/>
          <w:i w:val="0"/>
        </w:rPr>
        <w:br/>
        <w:t>date_original: "19 Feb 2010"</w:t>
      </w:r>
      <w:r>
        <w:br/>
      </w:r>
      <w:r>
        <w:rPr>
          <w:b w:val="0"/>
          <w:i w:val="0"/>
        </w:rPr>
        <w:br/>
        <w:t>source_url: "https://www.ourdogs.co.uk/members/breednotes/2010/RetrieverLabrador/RetrieverLabrador-feb19.htm"</w:t>
      </w:r>
      <w:r>
        <w:br/>
      </w:r>
      <w:r>
        <w:rPr>
          <w:b w:val="0"/>
          <w:i w:val="0"/>
        </w:rPr>
        <w:br/>
        <w:t>archive_type: "static_html"</w:t>
      </w:r>
      <w:r>
        <w:br/>
      </w:r>
      <w:r>
        <w:rPr>
          <w:b w:val="0"/>
          <w:i w:val="0"/>
        </w:rPr>
        <w:br/>
        <w:t>scraped_at: "2026-09-13T21:59:44"</w:t>
      </w:r>
      <w:r>
        <w:br/>
      </w:r>
      <w:r>
        <w:rPr>
          <w:b w:val="0"/>
          <w:i w:val="0"/>
        </w:rPr>
        <w:br/>
        <w:t>word_count: 1759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Please feel free to email or phone me with any items you consider newsworthy for the Breed Notes, however large or small. Whilst I always try my best, I cannot be a thought-reader and if you don’t let me know, something you may consider important will go unreported, which is a pity!</w:t>
      </w:r>
    </w:p>
    <w:p>
      <w:r>
        <w:rPr>
          <w:b w:val="0"/>
          <w:i w:val="0"/>
        </w:rPr>
        <w:t>The Labrador Retriever Club Of Wales held its Championship Show in Cardiff on February 6th, where Sue Marskell (Berolee) was awarding CCs for the very first time and taking on the dogs. Marion Hopkinson (Rocheby) judged the bitches. There were 260 dogs and bitches entered, making 334 class entries. Always such a hospitable and friendly show, the Committee as usual sustained us with traditional Welsh cakes, free for exhibitors and friends to enjoy. Needless to say, these soon disappeared, demonstrating that most Labrador owners have a hearty appetite, just like their dogs!</w:t>
      </w:r>
    </w:p>
    <w:p>
      <w:r>
        <w:rPr>
          <w:b w:val="0"/>
          <w:i w:val="0"/>
        </w:rPr>
        <w:t>The Dog CC and RBIS went to Lynda Harvey Major and Allen's yellow, Sh.Ch. Brockburrow Cassanova In Linjor J.W Sh.CM. (Linjor Valentino JW Sh CM x Eneleon Amethyst). The Dog RCC went to the Hodge family's chocolate, Sh.Ch.Naiken Way Out West J.W (Am Ch Simmersdown Dr Pepper x Buckholt Katie at Naiken).</w:t>
      </w:r>
    </w:p>
    <w:p>
      <w:r>
        <w:rPr>
          <w:b w:val="0"/>
          <w:i w:val="0"/>
        </w:rPr>
        <w:t>Under Marion Hopkinson in the Bitch ring, winning her all important third CC and later under both judges, BIS, was Judith Charlton's yellow, Sretlaw Spring Connection With Foxrush (Rocheby Statesman x Sretlaw Kiss Me Kate). The Bitch RCC went to Chris and Claire Mills's yellow, last year’s winner of the Our Dogs Best Puppy in Breed award, Lembas Mamma Mia JW.( Lembas Top Ranking JW x Carpenny Wonder with Lembas). Best Puppy was Sussie Wiles's 10 month old yellow bitch, Richbourne Silver Surprise (Sh Ch Silver Suede over Rocheby x Richbourne Over the Rainbow).</w:t>
      </w:r>
    </w:p>
    <w:p>
      <w:r>
        <w:rPr>
          <w:b w:val="0"/>
          <w:i w:val="0"/>
        </w:rPr>
        <w:t>The club has always put much thought into their show and the colourful, well-designed, natural parchment prize cards and certificates for BIS, BOS, BV and BP are really appreciated. These depict the Welsh Lab club’s coat of arms, between a black Labrador and the red Welsh dragon and of course the class award 1st to VHC; so much nicer than the thin bits of plain card we have become used to at general championship shows throughout the rest of the year.</w:t>
      </w:r>
    </w:p>
    <w:p>
      <w:r>
        <w:rPr>
          <w:b w:val="0"/>
          <w:i w:val="0"/>
        </w:rPr>
        <w:t>The day after the Welsh Championship show Pat Davies judged the KSS Open show. From an entry of 88, Best in Show was David Coodes yellow Junior dog, Warringah’s Gundaroo (Ch Ludalor Lunar Orbit JW x Ch Warringah’s Bungle Bunya JW), with his yellow kennel mate Warringah’s Tennants Creek JW (Sh Ch Dolwen Thomas Charles x Warringah’s Karalee) going Reserve Best Dog.</w:t>
      </w:r>
    </w:p>
    <w:p>
      <w:r>
        <w:rPr>
          <w:b w:val="0"/>
          <w:i w:val="0"/>
        </w:rPr>
        <w:t>Leigh Lesley had a terrific day. She had 6 bitches entered in 7 consecutive classes To Leigh’s utter delight she won every class entered with her team, Steeleigh Hot to Handle JW going Best Bitch in show and Reserve Best in Show, whilst her dam, S. Truly Tempting JW, won Reserve Best Bitch in Show. Best Puppy was Sue Marskells yellow dog Berolee Moon Star. Leigh writes “I came home very tired but with 34kgs of Royal Canin Labrador food &amp; lots of lovely rosettes!! Definitely a case of if you like one, you may like them all &amp; I wonder if anyone else has ever won 7 consecutive classes with 6 different dogs?”</w:t>
      </w:r>
    </w:p>
    <w:p>
      <w:r>
        <w:rPr>
          <w:b w:val="0"/>
          <w:i w:val="0"/>
        </w:rPr>
        <w:t>Continuing the records of 2009s CC winners there were 4 bitch champions made up in 2009. Sh Ch Rocheby Spun Silk, Sh Ch Sandylands Pandora, Sh Ch Mardas Venetian Fanfare, and Sh Ch Ir Sh Ch Philipstown Sally Anne all as detailed last week The CCs were shared between 26 bitches; 15 blacks, 10 yellows and 1 chocolate. Alphabetically by owner they are:-</w:t>
      </w:r>
    </w:p>
    <w:p>
      <w:r>
        <w:rPr>
          <w:b w:val="0"/>
          <w:i w:val="0"/>
        </w:rPr>
        <w:t>Yellow winning 4 CCs; O’Donaghues Sh Ch Ir Sh Ch Philipstown Sally Anne (Rocheby Sporting Chance in Philipstown x Ir Sh Ch Philipstown Dancer) – URC under Sussie Wiles, Birmingham City under Mervyn Reynolds where she was made up; Belfast with BOB under Chris Atkinson and Yellow Lab Club with BIS under Linda McGillivray.</w:t>
      </w:r>
    </w:p>
    <w:p>
      <w:r>
        <w:rPr>
          <w:b w:val="0"/>
          <w:i w:val="0"/>
        </w:rPr>
        <w:t>Yellows winning 3 CCs; Baillies Sh Ch Cambremer Ocean Breeze by Kilstron (Tullochmohr Titanic at Kilstron x Blackfyne Swing n Time at Cambremer) –Bath under Gary Johnson, Richmond with BOB under Dan Ericcson, NW LRC with BOB under Margaret Litherland. Browns Sh Ch Alanwood Spring Breeze over Ramsayville (Greenworth Odds Against x Alanwood Lady Jasmine). Won at the Lab Club with BIS under Chris Jury, National Gundog under Eric Parr and at WKC under Mrs Gunilla Ek. Holliday and Aulds Sh Ch Lindall Strawberry Cream with Farbrae (Rocheby Old Smokey x Lindall Russian Rhythm) won at Boston, Lab Club of Scotland under Betty Graham and SKC with BOB under Dr R James</w:t>
      </w:r>
    </w:p>
    <w:p>
      <w:r>
        <w:rPr>
          <w:b w:val="0"/>
          <w:i w:val="0"/>
        </w:rPr>
        <w:t>Yellows winning 2 CCs; Allens Allenies Ophelia (Rocheby Old Smokey X Allenies MacHattie) won her first CC at Windsor with BOB under Val Foss and her second at Driffield with BOB under Gordon Haran McGillivrays Sh Ch Antonine Allure (Sh Ch Ramsayville Route Sixty Six x Trailblazer of Antonine) – won at Bham Nationl under Derek Coulson and at Border Union under Christine Bailiss. Fox’s Rocheby Winds of Change at Treburrow (Rocheby State Occasion x Rocheby Sandylands Wind Charm) won her first CC at Paignton with BOB under Shaun Williamson and her second at West of England LRC under Jo Coulson</w:t>
      </w:r>
    </w:p>
    <w:p>
      <w:r>
        <w:rPr>
          <w:b w:val="0"/>
          <w:i w:val="0"/>
        </w:rPr>
        <w:t>Yellow winning 1 CC; Hopkinsons Sh Ch Rocheby Spun Silk (Rocheby State Occasion x Rocheby Georgette) was made up at WELKS under Brenda Taylor Roberts Stormrose Sweetheart JW ShCM (Foxrush Dick Francis x Stormrose Beauty) won at Midland Counties LRC under Marlene Hepper Procter’s Brockberrow Day Dreamer at Penkaric (Sh Ch Linjor Valentino JW ShCm x Eneleon Amethyst) won at Blackpool with BOB under Oonagh Gore</w:t>
      </w:r>
    </w:p>
    <w:p>
      <w:r>
        <w:rPr>
          <w:b w:val="0"/>
          <w:i w:val="0"/>
        </w:rPr>
        <w:t>Blacks winning 3CCs; Heppers Sh Ch Mardas Venetian Fanfare (Greenworth Vincent O’Brian at Mardas x Mardas Shooting Star) won CCs at Three Counties under Margaret Rooth, Leeds with BOB under Ann Britton and at Midland Counties with BOB under Sandra Hibbert</w:t>
      </w:r>
    </w:p>
    <w:p>
      <w:r>
        <w:rPr>
          <w:b w:val="0"/>
          <w:i w:val="0"/>
        </w:rPr>
        <w:t>Blacks winning 2 CCs; Williams and Craigs Sh Ch Foulby Buttons and Bows (Sh Ch Sudeo Chevalier of Ramsayville x Foulby Paper Lace) won at Three Ridings LRC under Lynn Minchella, and at Lab Club of Northern Ireland BOB under Tony Jury Alan Taylors Sh Ch Sandylands Pandora (Sh Ch Rockabee Blue Peter of Sandylands x Rocheby Purple Shades of Sandylands) won at Crufts under Gordon Howells and made up at the Joint Labrador Club under Richard Edwards Anthony and Jayes Sandylands Tread Softly (Sandylands Gentle Touch at Lembas x Sh Ch Sandylands Wait Awhile) won her first CC at Gundog Society of Wales under Lynda Miles and her second at LKA under Arwyn Ellis</w:t>
      </w:r>
    </w:p>
    <w:p>
      <w:r>
        <w:rPr>
          <w:b w:val="0"/>
          <w:i w:val="0"/>
        </w:rPr>
        <w:t>Blacks winning 1CC listed alphabetically by owner; Browns Sh Ch Ramsayville Roisin (Sh Ch Poolstead Pumpkin x Talard Running Wild at Ramsayville) won at Manchester with BOB under David Wilmshurst. Brittons Llanstinan Morwenna of Bowstones (Sh Ch Llanstinan Llewelyn x Llanstinan Crumpet) won aty East Anglian Lab Club under Brian Lowe. Coodes Warringah’s Karkirri (Charway Water Reed at Brigburn x Warringah’s Skai) won at Northumberland and Durham under Karen Powell. Fryers Halshimoor Hi Five to Fulwell (Sh Ch Wilsbury Wildfire at Halshimoor x Carpenny Wyela at Halshimoor) won at Kent Surrey and Sussex under Penny Carpanini. Downey Tullochs Rewari Expatriot Castleduff Mt Tom x Rewari Ebonee) won at Southern Counties BOB under Enir Matulla.</w:t>
      </w:r>
    </w:p>
    <w:p>
      <w:r>
        <w:rPr>
          <w:b w:val="0"/>
          <w:i w:val="0"/>
        </w:rPr>
        <w:t>Heppers Mardas Vanity Fair (Greenworth Vincent O’Brian at Mardas x Mardas Shooting Star) won at SKC under Elaine Cannon. Heppers Mardas Magical Mystery Tour JW (Brigburn Marron avec Lindall x Lindall Double Honour for Mardas) won at Gundog Breeds of Scotland under Jenny Green. Philips Shardanell Blue Ribbon at Sheenaron (Keenes Blueprint JW x Sheenaron Merry Holliberi for Shardanell) won at Cots and Wye LRC under Tony Floyd. Marskells Sh Ch Berolee Moons Magic Star (Lembas to the Moon and Back x Berolee Black Magic) won at Lab Club of Wales under Jeff Verrees.</w:t>
      </w:r>
    </w:p>
    <w:p>
      <w:r>
        <w:rPr>
          <w:b w:val="0"/>
          <w:i w:val="0"/>
        </w:rPr>
        <w:t>Reynolds Carromers Shakira JW (Rocheby Old Smokey x Amberstope Lou Lou by Carromer) won at SWKA under Mac Bedford. Anne Taylors Ch Fabracken Remember Me (Steeleigh American Express x Fabracken Pure Meadow Brown) won at East of England BOB under Joyce Brabban</w:t>
      </w:r>
      <w:r>
        <w:br/>
      </w:r>
      <w:r>
        <w:rPr>
          <w:b w:val="0"/>
          <w:i w:val="0"/>
        </w:rPr>
        <w:br/>
        <w:t>Chocolate winning 2 CCs; Ranzham Miss Starlight at Blackmine JW won at Bournmouth under Alan Porter and Darlington with BOB under Lorraine Tooth.</w:t>
      </w:r>
    </w:p>
    <w:p>
      <w:r>
        <w:rPr>
          <w:b w:val="0"/>
          <w:i w:val="0"/>
        </w:rPr>
        <w:t>Congratulations to you all.</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