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- 06/12/2024 - ISSUE"</w:t>
      </w:r>
      <w:r>
        <w:br/>
      </w:r>
      <w:r>
        <w:rPr>
          <w:b w:val="0"/>
          <w:i w:val="0"/>
        </w:rPr>
        <w:br/>
        <w:t>date_original: "06/12/2024 - ISSUE"</w:t>
      </w:r>
      <w:r>
        <w:br/>
      </w:r>
      <w:r>
        <w:rPr>
          <w:b w:val="0"/>
          <w:i w:val="0"/>
        </w:rPr>
        <w:br/>
        <w:t>source_url: "https://www.ourdogs.co.uk/members/breednotes/RetrieverLabradorMain.php"</w:t>
      </w:r>
      <w:r>
        <w:br/>
      </w:r>
      <w:r>
        <w:rPr>
          <w:b w:val="0"/>
          <w:i w:val="0"/>
        </w:rPr>
        <w:br/>
        <w:t>scraped_at: "2026-09-13T15:06:49"</w:t>
      </w:r>
      <w:r>
        <w:br/>
      </w:r>
      <w:r>
        <w:rPr>
          <w:b w:val="0"/>
          <w:i w:val="0"/>
        </w:rPr>
        <w:br/>
        <w:t>word_count: 1025</w:t>
      </w:r>
    </w:p>
    <w:p>
      <w:r>
        <w:t>――――――――――――――――――――――――――――――</w:t>
      </w:r>
    </w:p>
    <w:p>
      <w:r>
        <w:rPr>
          <w:b w:val="0"/>
          <w:i w:val="0"/>
        </w:rPr>
        <w:t>NEWS MEMBERS' AREA SHOP SUBSCRIBE UPCOMING SHOWS MORE</w:t>
      </w:r>
    </w:p>
    <w:p>
      <w:r>
        <w:rPr>
          <w:b w:val="0"/>
          <w:i w:val="0"/>
        </w:rPr>
        <w:t>RETRIEVER LABRADOR</w:t>
      </w:r>
    </w:p>
    <w:p>
      <w:r>
        <w:rPr>
          <w:b w:val="0"/>
          <w:i w:val="0"/>
        </w:rPr>
        <w:t>Issue: 06/12/2024</w:t>
      </w:r>
    </w:p>
    <w:p>
      <w:r>
        <w:rPr>
          <w:b w:val="0"/>
          <w:i w:val="0"/>
        </w:rPr>
        <w:t>A message from Anne Hoban on behalf of West of England Lab Club: â€œA reminder that postal entries for the first breed Open show of the New Year, West of England LRC, on Saturday 4th January, close this Saturday 7th December with the online date being Sunday 15th December.</w:t>
      </w:r>
    </w:p>
    <w:p>
      <w:r>
        <w:rPr>
          <w:b w:val="0"/>
          <w:i w:val="0"/>
        </w:rPr>
        <w:t xml:space="preserve">The show opens at 10am with judging at 10.30am. </w:t>
      </w:r>
    </w:p>
    <w:p>
      <w:r>
        <w:rPr>
          <w:b w:val="0"/>
          <w:i w:val="0"/>
        </w:rPr>
        <w:t>Our venue is Woolavington Village Hall, Woolavington, Bridgewater Somerset, TA7 8DY and the judge will be Ryan Ennis-Holden (Mariank).</w:t>
      </w:r>
    </w:p>
    <w:p>
      <w:r>
        <w:rPr>
          <w:b w:val="0"/>
          <w:i w:val="0"/>
        </w:rPr>
        <w:t xml:space="preserve">Homemade refreshments and a warm welcome will be per usual and thank you for any contributions to the raffle which are always appreciated. </w:t>
      </w:r>
    </w:p>
    <w:p>
      <w:r>
        <w:rPr>
          <w:b w:val="0"/>
          <w:i w:val="0"/>
        </w:rPr>
        <w:t>The West of England Committee wish all our members and friends a very happy lead up to the Festive Season with a successful New Year to come.â€</w:t>
      </w:r>
    </w:p>
    <w:p>
      <w:r>
        <w:rPr>
          <w:b w:val="0"/>
          <w:i w:val="0"/>
        </w:rPr>
        <w:t xml:space="preserve">Many of you studying pedigrees at home and abroad, will perhaps have seen the names of Mollie Rayments classic Wishwood dogs way back in your own dogs pedigrees. </w:t>
      </w:r>
    </w:p>
    <w:p>
      <w:r>
        <w:rPr>
          <w:b w:val="0"/>
          <w:i w:val="0"/>
        </w:rPr>
        <w:t xml:space="preserve">Sadly news has come of Mollie Rayments recent passing and Pat Harrison writes, </w:t>
      </w:r>
    </w:p>
    <w:p>
      <w:r>
        <w:rPr>
          <w:b w:val="0"/>
          <w:i w:val="0"/>
        </w:rPr>
        <w:t xml:space="preserve">â€œA kind neighbour of Mollie Rayment telephoned to give me the sad news that Mollie had died in October. Older readers and exhibitors will remember Mollieâ€™s Wishwood Labrador kennel. </w:t>
      </w:r>
    </w:p>
    <w:p>
      <w:r>
        <w:rPr>
          <w:b w:val="0"/>
          <w:i w:val="0"/>
        </w:rPr>
        <w:t xml:space="preserve">Mollie was a respected judge, at home and abroad, and a successful breeder of black and yellow Labs. Amongst others who made their mark, she made up a full champion in Ch Wishwood Winston (I think in the late 1960s) and in the 1980s another black boy, Sh Ch Wishwood Shaft, became a show champion. </w:t>
      </w:r>
    </w:p>
    <w:p>
      <w:r>
        <w:rPr>
          <w:b w:val="0"/>
          <w:i w:val="0"/>
        </w:rPr>
        <w:t xml:space="preserve">I mated our lovely Bradking Black Bess of Stebel to him and our Show Champion Stebel Hollyberry was the happy result! </w:t>
      </w:r>
    </w:p>
    <w:p>
      <w:r>
        <w:rPr>
          <w:b w:val="0"/>
          <w:i w:val="0"/>
        </w:rPr>
        <w:t>Dale and Keith Elliott acquired a very nice yellow dog from Mollie, also in the 1980s, and they campaigned him in the show ring and trained him on the working side, so he too became a full champion: Ch Wishwood Errant of Lyndham. They were â€œclassicalâ€ unexaggerated Labs and a credit to Mollieâ€™s eye for a dog and her clever breeding. She could rattle off a pedigree at the drop of hat - and not just the pedigrees of her own dogs!</w:t>
      </w:r>
    </w:p>
    <w:p>
      <w:r>
        <w:rPr>
          <w:b w:val="0"/>
          <w:i w:val="0"/>
        </w:rPr>
        <w:t>Mollie and her husband moved to Norfolk in the 1990s, but she was originally based in Essex and when I first started owning and showing labradors she was one of a trio of notable Labrador ladies in that county, the others being Peggy Rae (Cornlands) and Miriam Kinsella (Brentchase), true doyennes of the breed and, in their day, all active members of East Anglian Labrador Retriever Club.</w:t>
      </w:r>
    </w:p>
    <w:p>
      <w:r>
        <w:rPr>
          <w:b w:val="0"/>
          <w:i w:val="0"/>
        </w:rPr>
        <w:t xml:space="preserve">Mollieâ€™s husband, Ray, who passed away in 2021, though rarely seen at shows, was always very supportive of her. In her later years there were no Labs in her life, but she enjoyed the company of two smaller dogs, Chrissy a Cairn Terrier and then Izzy a Lhasa Apso. </w:t>
      </w:r>
    </w:p>
    <w:p>
      <w:r>
        <w:rPr>
          <w:b w:val="0"/>
          <w:i w:val="0"/>
        </w:rPr>
        <w:t>Mollieâ€™s last couple of years were not easy but she was supported by some very kind neighbours and was able to stay in her own home almost to the end. RIP Mollie, an honest judge and a knowledgeable breeder.â€</w:t>
      </w:r>
    </w:p>
    <w:p>
      <w:r>
        <w:rPr>
          <w:b w:val="0"/>
          <w:i w:val="0"/>
        </w:rPr>
        <w:t>Thank you, Pat.</w:t>
      </w:r>
    </w:p>
    <w:p>
      <w:r>
        <w:rPr>
          <w:b w:val="0"/>
          <w:i w:val="0"/>
        </w:rPr>
        <w:t>As the next showing year approaches a reminder that Lab Club of Wales Ch Show will be held on Feb 2nd 2025 at Forest Oak Farm, Perlieu, Lydney, Gloucestershire GL15 4LN. It is a fabulous venue and the friendly Welsh club committee run a very enjoyable event. The judges are dogs - Beppe Masia (Masialab) from Italy and bitches, Sian Evanâ€™s Bowsian. The show opens at 8.30am. Judging commences at 9.30am for Bitches and 10.30 for Dogs. Parking is adjacent to the hall.</w:t>
      </w:r>
    </w:p>
    <w:p>
      <w:r>
        <w:rPr>
          <w:b w:val="0"/>
          <w:i w:val="0"/>
        </w:rPr>
        <w:t>Postal entries close on Saturday, 4th of January 2025. Online entries can be made up to midnight on Wednesday, 15th of January 2025 at www.fossedata.co.uk.</w:t>
      </w:r>
    </w:p>
    <w:p>
      <w:r>
        <w:rPr>
          <w:b w:val="0"/>
          <w:i w:val="0"/>
        </w:rPr>
        <w:t>Postal entries and fees to be sent to the secretary Mrs MH Barker Haulwen, Church Lane, Nantgarw, Cardiff CF15 7TQ telephone 01443 842585 email secretary@labclubofwales.co.uk</w:t>
      </w:r>
    </w:p>
    <w:p>
      <w:r>
        <w:rPr>
          <w:b w:val="0"/>
          <w:i w:val="0"/>
        </w:rPr>
        <w:t xml:space="preserve">With Christmas fast approaching and our pet dogs indulged, many people use peanut butter as a dog treat or to fill a Kong or to disguise pet medication. For those purchasing the newer type of peanut butter or other nut butters there is a serious warning. </w:t>
      </w:r>
    </w:p>
    <w:p>
      <w:r>
        <w:rPr>
          <w:b w:val="0"/>
          <w:i w:val="0"/>
        </w:rPr>
        <w:t>Do be aware that the new types are being advertised and sold as containing less sugar but they now include Xylitol as a sweetener. Xylitol used to be in sugar-free gum. However, it can be deadly to dogs!</w:t>
      </w:r>
    </w:p>
    <w:p>
      <w:r>
        <w:rPr>
          <w:b w:val="0"/>
          <w:i w:val="0"/>
        </w:rPr>
        <w:t xml:space="preserve">Before purchasing peanut butter do make sure you read the contents label and if it contains Xylitol be very aware of the dangers to dogs and perhaps put it back on the shelf. </w:t>
      </w:r>
    </w:p>
    <w:p>
      <w:r>
        <w:rPr>
          <w:b w:val="0"/>
          <w:i w:val="0"/>
        </w:rPr>
        <w:t>Itâ€™s good to know when a tip I have highlighted in these notes is found to be helpful. An interesting response to last weeks breed notes regarding fake proKolin being sold online came from Peter Drury of the Bencoe Golden Retrievers who writes, â€œHaving just read your breed notes re Protexin ProKolin I was horrified to find out that the 2 boxes we bought from Amazon last month had the same batch numbers that are suspected counterfeit.</w:t>
      </w:r>
    </w:p>
    <w:p>
      <w:r>
        <w:rPr>
          <w:b w:val="0"/>
          <w:i w:val="0"/>
        </w:rPr>
        <w:t xml:space="preserve">I contacted Amazon today and in fairness to them they credited me the purchase price without question. </w:t>
      </w:r>
    </w:p>
    <w:p>
      <w:r>
        <w:rPr>
          <w:b w:val="0"/>
          <w:i w:val="0"/>
        </w:rPr>
        <w:t>Weâ€™ve used this product for years and find it very good but this explains why this particular batch was quite runny and not how it usually appears. Just goes to show if a price is too good to be true thereâ€™s usually a reason!</w:t>
      </w:r>
    </w:p>
    <w:p>
      <w:r>
        <w:rPr>
          <w:b w:val="0"/>
          <w:i w:val="0"/>
        </w:rPr>
        <w:t>Thank you for highlighting thisâ€.</w:t>
      </w:r>
    </w:p>
    <w:p>
      <w:r>
        <w:rPr>
          <w:b w:val="0"/>
          <w:i w:val="0"/>
        </w:rPr>
        <w:t xml:space="preserve">Ann Britton </w:t>
      </w:r>
    </w:p>
    <w:p>
      <w:r>
        <w:rPr>
          <w:b w:val="0"/>
          <w:i w:val="0"/>
        </w:rPr>
        <w:t>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