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- 19/11/2021 - ISSUE"</w:t>
      </w:r>
      <w:r>
        <w:br/>
      </w:r>
      <w:r>
        <w:rPr>
          <w:b w:val="0"/>
          <w:i w:val="0"/>
        </w:rPr>
        <w:br/>
        <w:t>date_original: "19/11/2021 - ISSUE"</w:t>
      </w:r>
      <w:r>
        <w:br/>
      </w:r>
      <w:r>
        <w:rPr>
          <w:b w:val="0"/>
          <w:i w:val="0"/>
        </w:rPr>
        <w:br/>
        <w:t>source_url: "https://www.ourdogs.co.uk/members/breednotes/RetrieverLabradorMain.php"</w:t>
      </w:r>
      <w:r>
        <w:br/>
      </w:r>
      <w:r>
        <w:rPr>
          <w:b w:val="0"/>
          <w:i w:val="0"/>
        </w:rPr>
        <w:br/>
        <w:t>scraped_at: "2026-09-13T15:13:33"</w:t>
      </w:r>
      <w:r>
        <w:br/>
      </w:r>
      <w:r>
        <w:rPr>
          <w:b w:val="0"/>
          <w:i w:val="0"/>
        </w:rPr>
        <w:br/>
        <w:t>word_count: 1486</w:t>
      </w:r>
    </w:p>
    <w:p>
      <w:r>
        <w:t>――――――――――――――――――――――――――――――</w:t>
      </w:r>
    </w:p>
    <w:p>
      <w:r>
        <w:rPr>
          <w:b w:val="0"/>
          <w:i w:val="0"/>
        </w:rPr>
        <w:t>NEWS MEMBERS' AREA SHOP SUBSCRIBE UPCOMING SHOWS MORE</w:t>
      </w:r>
    </w:p>
    <w:p>
      <w:r>
        <w:rPr>
          <w:b w:val="0"/>
          <w:i w:val="0"/>
        </w:rPr>
        <w:t>RETRIEVER LABRADOR</w:t>
      </w:r>
    </w:p>
    <w:p>
      <w:r>
        <w:rPr>
          <w:b w:val="0"/>
          <w:i w:val="0"/>
        </w:rPr>
        <w:t>Issue: 19/11/2021</w:t>
      </w:r>
    </w:p>
    <w:p>
      <w:r>
        <w:rPr>
          <w:b w:val="0"/>
          <w:i w:val="0"/>
        </w:rPr>
        <w:t>I am sure we are all looking forward to 2022 and hopefully seeing a return to normal Covid free dog showing times ahead. The schedules are out for the unbenched Lab Club of Wales Championship show at Forest Oak Farm. Perlieu, Lydney, Gloucestershire GL15 4LN SUNDAY, 30th JANUARY 2022 Show opens: 8.30 am Judging Commences: Bitches 9.30 am; Dogs 10.30 am. A fabulous venue the judges are:- Dogs: Mr Shaun Williamson (Sharouns) Bitches: Mrs Liz Peggs (Jancet). Referee: Mrs Louise Blunt (Balrion). Postal entries close: TUESDAY, 4th JANUARY 2022 (Postmark). On-line entries can be made-up until midnight on Sunday, 9th January 2022 at www.fossedata.co.uk. Postal entries to be sent to the Secretary: Mrs M.H. Barker Ã¢â‚¬ËœHaulwenÃ¢â‚¬â„¢, Church Lane, Nantgarw, Cardiff CF15 7TQ Tel: 01443 842585 E-mail: secretary@labclubofwales.co.</w:t>
      </w:r>
    </w:p>
    <w:p>
      <w:r>
        <w:rPr>
          <w:b w:val="0"/>
          <w:i w:val="0"/>
        </w:rPr>
        <w:t xml:space="preserve">I was so very sorry to hear of the passing of Audrey Chapman of the Croftspa kennels. The kindest of people, Audrey quietly bred and showed typical top class Labradors making up her first show yellow Ch Sandylands Geannie. She was the breeder of Judith Charltons Foxrush kennel foundation bitch Ch Croftspa Charlotte of Foxrush and later of Judiths famous Sh Ch Croftspa Hazelnut of Foxrush the 45 bitch CC record holder, this record is still unbeaten since the 1980s. </w:t>
      </w:r>
    </w:p>
    <w:p>
      <w:r>
        <w:rPr>
          <w:b w:val="0"/>
          <w:i w:val="0"/>
        </w:rPr>
        <w:t xml:space="preserve">Audrey was a lovely person, thoroughly kind and good with no showing off or bragging, just good to know and to speak to. She was 90 years old. Not showing for many years, I know Audrey still enjoyed keeping in touch with the Labrador world via the Our Dogs breed notes. I would hear from her on the phone on topics close to both our hearts that I had raised in the breed notes and we would have a relaxed chat and catch up with each otherÃ¢â‚¬â„¢s lives. </w:t>
      </w:r>
    </w:p>
    <w:p>
      <w:r>
        <w:rPr>
          <w:b w:val="0"/>
          <w:i w:val="0"/>
        </w:rPr>
        <w:t xml:space="preserve">David Craig has written a very fitting obituary which appears on page 4 of Our Dogs 12th November edition of Our Dogs. Rest in Peace Audrey. </w:t>
      </w:r>
    </w:p>
    <w:p>
      <w:r>
        <w:rPr>
          <w:b w:val="0"/>
          <w:i w:val="0"/>
        </w:rPr>
        <w:t xml:space="preserve">I was pleased to read another splendid Think Tank article from Tim Hutchins on page 9 of Our Dogs 5th November edition. I recommend you read it. It gives TimÃ¢â‚¬â„¢s opinion now supported it appears by the majority of readers who emailed him (and those who also emailed or phoned me after I had referred to his first article) on what exhibitors must be able to rely on regarding the experience in any breed of those aspiring to judge other peoples dogs. </w:t>
      </w:r>
    </w:p>
    <w:p>
      <w:r>
        <w:rPr>
          <w:b w:val="0"/>
          <w:i w:val="0"/>
        </w:rPr>
        <w:t xml:space="preserve">The system should surely require lengthy experience gained from the highs and lows of breeding good dogs leading on to selecting and showing top quality animals, not just ticking KC boxes after many years in the breed showing mediocrity. Do make sure you read the article which also discusses the return, or not, of benching. </w:t>
      </w:r>
    </w:p>
    <w:p>
      <w:r>
        <w:rPr>
          <w:b w:val="0"/>
          <w:i w:val="0"/>
        </w:rPr>
        <w:t xml:space="preserve">Ann Hoban committee member of West of England Labrador Club writes of the clubs two recent championship shows. </w:t>
      </w:r>
    </w:p>
    <w:p>
      <w:r>
        <w:rPr>
          <w:b w:val="0"/>
          <w:i w:val="0"/>
        </w:rPr>
        <w:t>Judges - Day 1</w:t>
      </w:r>
    </w:p>
    <w:p>
      <w:r>
        <w:rPr>
          <w:b w:val="0"/>
          <w:i w:val="0"/>
        </w:rPr>
        <w:t>Dogs : Lesley Dantinnes</w:t>
      </w:r>
    </w:p>
    <w:p>
      <w:r>
        <w:rPr>
          <w:b w:val="0"/>
          <w:i w:val="0"/>
        </w:rPr>
        <w:t>Bitches : Sue Marskell</w:t>
      </w:r>
    </w:p>
    <w:p>
      <w:r>
        <w:rPr>
          <w:b w:val="0"/>
          <w:i w:val="0"/>
        </w:rPr>
        <w:t>Judges Day 2 Judges -</w:t>
      </w:r>
    </w:p>
    <w:p>
      <w:r>
        <w:rPr>
          <w:b w:val="0"/>
          <w:i w:val="0"/>
        </w:rPr>
        <w:t>Dogs: Mac Percival</w:t>
      </w:r>
    </w:p>
    <w:p>
      <w:r>
        <w:rPr>
          <w:b w:val="0"/>
          <w:i w:val="0"/>
        </w:rPr>
        <w:t>Bitches : Julia Lewis</w:t>
      </w:r>
    </w:p>
    <w:p>
      <w:r>
        <w:rPr>
          <w:b w:val="0"/>
          <w:i w:val="0"/>
        </w:rPr>
        <w:t>Ã¢â‚¬Å"Our West Of England LRCÃ¢â‚¬â„¢s double show event proved to be a great success, not only for our Judges with their very pleasing entry numbers but also aided by the enthusiastic and positive atmosphere generated by our exhibitors and friends, some of whom hadnÃ¢â‚¬â„¢t seen each other for many months. Also, there were numerous welcome comments on how much the added convenience of benching was appreciated.</w:t>
      </w:r>
    </w:p>
    <w:p>
      <w:r>
        <w:rPr>
          <w:b w:val="0"/>
          <w:i w:val="0"/>
        </w:rPr>
        <w:t>BCC and Best in Show under Sue Marskell on Saturday was Louise LewisÃ¢â‚¬â„¢s black Limit winner CrammondkirkÃ¢â‚¬â„¢s Yo Yo JW (Am GCh/CanCh Paradocs Bellweather Heath (Imp USA) / Afinmore Adele AtCrammondkirk)</w:t>
      </w:r>
    </w:p>
    <w:p>
      <w:r>
        <w:rPr>
          <w:b w:val="0"/>
          <w:i w:val="0"/>
        </w:rPr>
        <w:t>Reserve BCC from 2nd in Limit went to Maxine WoodleyÃ¢â‚¬â„¢s black, A Sense of PleasureÃ¢â‚¬â„¢s Ella at Alkamhurst (Int Ch Blacksugar Luis / WaterlineÃ¢â‚¬â„¢s Sellerina)</w:t>
      </w:r>
    </w:p>
    <w:p>
      <w:r>
        <w:rPr>
          <w:b w:val="0"/>
          <w:i w:val="0"/>
        </w:rPr>
        <w:t>Best Puppy Bitch from the Minor Puppy class was Richard StaffordÃ¢â‚¬â„¢s yellow, Eminala Star Struck Farnfied (Arrowmoy Stardust Farnfield / Farnfield Clarity)</w:t>
      </w:r>
    </w:p>
    <w:p>
      <w:r>
        <w:rPr>
          <w:b w:val="0"/>
          <w:i w:val="0"/>
        </w:rPr>
        <w:t>Lesley Dantinnes gave the CC to Pam DrugganÃ¢â‚¬â„¢s black dog from Open, Sh Ch A Sense Of PleasureÃ¢â‚¬â„¢s El Toro At Balladoole JW Imp Deu (Int ChBlackSugar Luis / WaterlineÃ¢â‚¬â„¢s Sellerina) winning his 7th CC and later awarded Reserve Best in Show.</w:t>
      </w:r>
    </w:p>
    <w:p>
      <w:r>
        <w:rPr>
          <w:b w:val="0"/>
          <w:i w:val="0"/>
        </w:rPr>
        <w:t>The Reserve DCC went to Gail DoddÃ¢â‚¬â„¢s black, Carriegame Moonshine (Dolwen Button Moon / Y Dywyoges Fach) from his Limit class win.</w:t>
      </w:r>
    </w:p>
    <w:p>
      <w:r>
        <w:rPr>
          <w:b w:val="0"/>
          <w:i w:val="0"/>
        </w:rPr>
        <w:t>Best Puppy Dog and Best Puppy in Show on both days was Karen PowellÃ¢â‚¬â„¢s black Minor Puppy winner, Seatallan Chilli (Sh Ch A Sense of PleasureÃ¢â‚¬â„¢s El Toro At B / Ch S Yellow Archangel)</w:t>
      </w:r>
    </w:p>
    <w:p>
      <w:r>
        <w:rPr>
          <w:b w:val="0"/>
          <w:i w:val="0"/>
        </w:rPr>
        <w:t>Best Veteran Dog was Chris &amp; Tony JuryÃ¢â‚¬â„¢s 9 yr old yellow TibblestoneSea Salt (Sh Ch/Am/Can Ch Salty Dog Of Tampa Bay x T Sky Larkin) with Best Veteran Bitch and BVIS awarded to Yvonne ShirtonÃ¢â‚¬â„¢s 8 yr old yellow, Woolmans Fancy Free (Sh Ch Carpenny Made A Million / W Proper Starlight)</w:t>
      </w:r>
    </w:p>
    <w:p>
      <w:r>
        <w:rPr>
          <w:b w:val="0"/>
          <w:i w:val="0"/>
        </w:rPr>
        <w:t>SundayÃ¢â‚¬â„¢s 50th Anniversary celebration brought us another nice entry for our bitch judge Julia Lewis, together with a lovely WELRC decorated cake and Fizz to enjoy.</w:t>
      </w:r>
    </w:p>
    <w:p>
      <w:r>
        <w:rPr>
          <w:b w:val="0"/>
          <w:i w:val="0"/>
        </w:rPr>
        <w:t>The raffle on both days was filled with goodies (Thank you for your contributions!) and a good number of folks returned enthusiastically for the double day.</w:t>
      </w:r>
    </w:p>
    <w:p>
      <w:r>
        <w:rPr>
          <w:b w:val="0"/>
          <w:i w:val="0"/>
        </w:rPr>
        <w:t>The BCC from the Open class and Reserve Best in Show, was awarded to Caroline RoweÃ¢â‚¬â„¢s yellow, Sh Ch Rochevale Once Upon A Time (RochebyCentenalee Sir Oliver / Manorwell Mrs Miniver At Rocheby)</w:t>
      </w:r>
    </w:p>
    <w:p>
      <w:r>
        <w:rPr>
          <w:b w:val="0"/>
          <w:i w:val="0"/>
        </w:rPr>
        <w:t>Reserve BCC went to David &amp; Carole CoodeÃ¢â‚¬â„¢s WarringahÃ¢â‚¬â„¢s GulwarraJW SGWC, from the Special Working class who was also Best Chocolate in Show on both days (WarringahÃ¢â‚¬â„¢s Hot Shot At Warringah / WarringahÃ¢â‚¬â„¢sGurley JW)</w:t>
      </w:r>
    </w:p>
    <w:p>
      <w:r>
        <w:rPr>
          <w:b w:val="0"/>
          <w:i w:val="0"/>
        </w:rPr>
        <w:t>Best Puppy Bitch from the Puppy class was Caroline RoweÃ¢â‚¬â„¢s RochevaleFairytale (Rocheby Town Cryer/ Rochevale Once Upon A Time)</w:t>
      </w:r>
    </w:p>
    <w:p>
      <w:r>
        <w:rPr>
          <w:b w:val="0"/>
          <w:i w:val="0"/>
        </w:rPr>
        <w:t>Best Veteran Bitch and Best Veteran in Show went to Sussie WilesÃ¢â‚¬â„¢sblack, Ch Dolehamhalt Dazzler of Richbourne JW</w:t>
      </w:r>
    </w:p>
    <w:p>
      <w:r>
        <w:rPr>
          <w:b w:val="0"/>
          <w:i w:val="0"/>
        </w:rPr>
        <w:t xml:space="preserve">The choice of Dog CC under Mac Percival was Fiona BraddonÃ¢â‚¬â„¢s yellow, Sh Ch Trendlewood Born To Run JW </w:t>
      </w:r>
    </w:p>
    <w:p>
      <w:r>
        <w:rPr>
          <w:b w:val="0"/>
          <w:i w:val="0"/>
        </w:rPr>
        <w:t>(Fin Ch DevonshireÃ¢â‚¬â„¢s London Edition / Sh Ch Trendlewood Silent Night) who on the RefereeÃ¢â‚¬â„¢s decision was awarded Best in Show.</w:t>
      </w:r>
    </w:p>
    <w:p>
      <w:r>
        <w:rPr>
          <w:b w:val="0"/>
          <w:i w:val="0"/>
        </w:rPr>
        <w:t>Reserve DCC went to the CoodeÃ¢â‚¬â„¢s young black, WarringahÃ¢â‚¬â„¢s The Bluff JW (Ch Wynfaul The Wizard JW / WarringahÃ¢â‚¬â„¢s Bungaa)</w:t>
      </w:r>
    </w:p>
    <w:p>
      <w:r>
        <w:rPr>
          <w:b w:val="0"/>
          <w:i w:val="0"/>
        </w:rPr>
        <w:t>Best Veteran Dog was Shaun &amp; Jane JennerÃ¢â‚¬â„¢s black 10 yr old, RossacreTrail Blazer at Lyjansen (Ch WarringahÃ¢â‚¬â„¢s Gundaroo WC, JW / WarringahÃ¢â‚¬â„¢s Tarranna By Rossacre) with an exciting double success for Karen PowellÃ¢â‚¬â„¢s BPIS with Seatallan Chilli.</w:t>
      </w:r>
    </w:p>
    <w:p>
      <w:r>
        <w:rPr>
          <w:b w:val="0"/>
          <w:i w:val="0"/>
        </w:rPr>
        <w:t>The officers and Committee would like to express a big Thank You to our Judges, stewards and to all who contributed in any way, to the success of our special weekend and most importantly, to all our exhibitors for bringing along their dogs.Ã¢â‚¬Â</w:t>
      </w:r>
    </w:p>
    <w:p>
      <w:r>
        <w:rPr>
          <w:b w:val="0"/>
          <w:i w:val="0"/>
        </w:rPr>
        <w:t>Many thanks to Karl Gawthorpe who has forwarded the results of the Labrador Retriever Club Open Show held last weekend.</w:t>
      </w:r>
    </w:p>
    <w:p>
      <w:r>
        <w:rPr>
          <w:b w:val="0"/>
          <w:i w:val="0"/>
        </w:rPr>
        <w:t>under Judge Lisa Finney</w:t>
      </w:r>
    </w:p>
    <w:p>
      <w:r>
        <w:rPr>
          <w:b w:val="0"/>
          <w:i w:val="0"/>
        </w:rPr>
        <w:t>BIS &amp; Best Dog: Rawlinson &amp; Balshaw Shanorrell Black Sabbath At Halshimoor</w:t>
      </w:r>
    </w:p>
    <w:p>
      <w:r>
        <w:rPr>
          <w:b w:val="0"/>
          <w:i w:val="0"/>
        </w:rPr>
        <w:t>Res Best Dog: Grummitt &amp; Dempsey Ir Sh Ch Dromtacker Made To Order (IKC)</w:t>
      </w:r>
    </w:p>
    <w:p>
      <w:r>
        <w:rPr>
          <w:b w:val="0"/>
          <w:i w:val="0"/>
        </w:rPr>
        <w:t>BMPIS &amp; Best Puppy Dog: Metcalfe Baileydale Puff Daddy</w:t>
      </w:r>
    </w:p>
    <w:p>
      <w:r>
        <w:rPr>
          <w:b w:val="0"/>
          <w:i w:val="0"/>
        </w:rPr>
        <w:t>RBIS, BOS &amp; Best Bitch: Woodley A Sense Of Pleasures Ella At Alkhamhurst</w:t>
      </w:r>
    </w:p>
    <w:p>
      <w:r>
        <w:rPr>
          <w:b w:val="0"/>
          <w:i w:val="0"/>
        </w:rPr>
        <w:t>BVIS &amp; Res Best Bitch: Wiles Ch Dolehamhalt Dazzler Of Richbourne JW</w:t>
      </w:r>
    </w:p>
    <w:p>
      <w:r>
        <w:rPr>
          <w:b w:val="0"/>
          <w:i w:val="0"/>
        </w:rPr>
        <w:t>BPIS &amp; Best Puppy Bitch: McLellan Wynfaul Resolution For Saranden</w:t>
      </w:r>
    </w:p>
    <w:p>
      <w:r>
        <w:rPr>
          <w:b w:val="0"/>
          <w:i w:val="0"/>
        </w:rPr>
        <w:t>A word of grateful thanks to those who put photos of breed club show results from their show catalogues online whilst the show is proceeding for those of us at home in Covid times to enjoy. A most helpful recent addition to the final numerical list of the main winners is that the actual winning dogs names of the BIS, RBIS, BOS, BP and BV are being written in, next to the numbers. It takes only a few extra minutes but as the main key to the whole list is widely appreciated rather than meaningless numbers. Many thanks.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