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
        <w:t>――――――――――――――――――――――――――――――</w:t>
      </w:r>
    </w:p>
    <w:p>
      <w:r>
        <w:rPr>
          <w:b w:val="0"/>
          <w:i w:val="0"/>
        </w:rPr>
        <w:t>title: "Labrador Breed Notes - 04/08/2023 - ISSUE"</w:t>
      </w:r>
      <w:r>
        <w:br/>
      </w:r>
      <w:r>
        <w:rPr>
          <w:b w:val="0"/>
          <w:i w:val="0"/>
        </w:rPr>
        <w:br/>
        <w:t>date_original: "04/08/2023 - ISSUE"</w:t>
      </w:r>
      <w:r>
        <w:br/>
      </w:r>
      <w:r>
        <w:rPr>
          <w:b w:val="0"/>
          <w:i w:val="0"/>
        </w:rPr>
        <w:br/>
        <w:t>source_url: "https://www.ourdogs.co.uk/members/breednotes/RetrieverLabradorMain.php"</w:t>
      </w:r>
      <w:r>
        <w:br/>
      </w:r>
      <w:r>
        <w:rPr>
          <w:b w:val="0"/>
          <w:i w:val="0"/>
        </w:rPr>
        <w:br/>
        <w:t>scraped_at: "2026-09-13T15:09:38"</w:t>
      </w:r>
      <w:r>
        <w:br/>
      </w:r>
      <w:r>
        <w:rPr>
          <w:b w:val="0"/>
          <w:i w:val="0"/>
        </w:rPr>
        <w:br/>
        <w:t>word_count: 965</w:t>
      </w:r>
    </w:p>
    <w:p>
      <w:r>
        <w:t>――――――――――――――――――――――――――――――</w:t>
      </w:r>
    </w:p>
    <w:p>
      <w:r>
        <w:rPr>
          <w:b w:val="0"/>
          <w:i w:val="0"/>
        </w:rPr>
        <w:t>NEWS MEMBERS' AREA SHOP SUBSCRIBE UPCOMING SHOWS MORE</w:t>
      </w:r>
    </w:p>
    <w:p>
      <w:r>
        <w:rPr>
          <w:b w:val="0"/>
          <w:i w:val="0"/>
        </w:rPr>
        <w:t>RETRIEVER LABRADOR</w:t>
      </w:r>
    </w:p>
    <w:p>
      <w:r>
        <w:rPr>
          <w:b w:val="0"/>
          <w:i w:val="0"/>
        </w:rPr>
        <w:t>Issue: 04/08/2023</w:t>
      </w:r>
    </w:p>
    <w:p>
      <w:r>
        <w:rPr>
          <w:b w:val="0"/>
          <w:i w:val="0"/>
        </w:rPr>
        <w:t xml:space="preserve">At Leeds Championship show held over four days at Harewood House, Gundogs were on Friday 28th July. There was an entry of 116 dogs and bitches for Judge, Mrs Penny Williams to go over. Initially whilst Penny was scheduled to judge the dogs, Bruce Carter was to have judged the bitches but sadly Bruce had to pull out due to ill health. Best wishes for a speedy recovery. At least with the entry number of 116, less 36 absentees, it was a light days work going over just 80 exhibits. </w:t>
      </w:r>
    </w:p>
    <w:p>
      <w:r>
        <w:rPr>
          <w:b w:val="0"/>
          <w:i w:val="0"/>
        </w:rPr>
        <w:t>Leeds organisers were favourably commended on the new show layout and especially the plentiful supply of well sited toilets,</w:t>
      </w:r>
    </w:p>
    <w:p>
      <w:r>
        <w:rPr>
          <w:b w:val="0"/>
          <w:i w:val="0"/>
        </w:rPr>
        <w:t>Entry fee income for shows continues to take a financial knock. There have been massive drops, compared to when 225 -250 used to be an average Labrador entry at all the championship shows throughout the year.</w:t>
      </w:r>
    </w:p>
    <w:p>
      <w:r>
        <w:rPr>
          <w:b w:val="0"/>
          <w:i w:val="0"/>
        </w:rPr>
        <w:t>Those happy interesting days for those ringside to sit chat and study many Labs, seem to have well and truly gone. You canÃ¢â‚¬â„¢t really learn much or make knowledgeable ringside selections just watching one or two in a class as opposed to 30.</w:t>
      </w:r>
    </w:p>
    <w:p>
      <w:r>
        <w:rPr>
          <w:b w:val="0"/>
          <w:i w:val="0"/>
        </w:rPr>
        <w:t>The Hodges well travelled successful chocolate dog Sh Ch Ir Sh Ch Naiken Elite Envoy (ai) JW IrJ Ch continued his Uk and Irish run of awards, giving his best as ever. I watched him in the Group judged by David Craig on my iPad sitting at my kitchen table. The results were:-</w:t>
      </w:r>
    </w:p>
    <w:p>
      <w:r>
        <w:rPr>
          <w:b w:val="0"/>
          <w:i w:val="0"/>
        </w:rPr>
        <w:t>Dog CC and BEST OF BREED Mr &amp; Mrs &amp; Miss ARV &amp; R Hodge chocolate, Sh Ch Ir Sh Ch Naiken Elite Envoy (ai) JW IrJ Ch</w:t>
      </w:r>
    </w:p>
    <w:p>
      <w:r>
        <w:rPr>
          <w:b w:val="0"/>
          <w:i w:val="0"/>
        </w:rPr>
        <w:t xml:space="preserve">Res Dog CC: Mr Mrs &amp; Miss A, M &amp; M Brown Farbrae Good to Go </w:t>
      </w:r>
    </w:p>
    <w:p>
      <w:r>
        <w:rPr>
          <w:b w:val="0"/>
          <w:i w:val="0"/>
        </w:rPr>
        <w:t>Bitch CC: Mr RI &amp; Mrs P &amp; Miss M Dawson Wynfaul Carbon Copy at Beskerby</w:t>
      </w:r>
    </w:p>
    <w:p>
      <w:r>
        <w:rPr>
          <w:b w:val="0"/>
          <w:i w:val="0"/>
        </w:rPr>
        <w:t>Res Bitch CC : Mrs Penny BradleyÃ¢â‚¬â„¢s NancyÃ¢â‚¬â„¢s Special Treasure</w:t>
      </w:r>
    </w:p>
    <w:p>
      <w:r>
        <w:rPr>
          <w:b w:val="0"/>
          <w:i w:val="0"/>
        </w:rPr>
        <w:t xml:space="preserve">Best Puppy: Mrs L Park Kinchyle Bedazzled </w:t>
      </w:r>
    </w:p>
    <w:p>
      <w:r>
        <w:rPr>
          <w:b w:val="0"/>
          <w:i w:val="0"/>
        </w:rPr>
        <w:t>Best Veteran: Miss L J Thompson Meadowline Mi Chico</w:t>
      </w:r>
    </w:p>
    <w:p>
      <w:r>
        <w:rPr>
          <w:b w:val="0"/>
          <w:i w:val="0"/>
        </w:rPr>
        <w:t>Best Special Beginner: Ms Joyce Harris Elizabeth Winsleywood Wellington</w:t>
      </w:r>
    </w:p>
    <w:p>
      <w:r>
        <w:rPr>
          <w:b w:val="0"/>
          <w:i w:val="0"/>
        </w:rPr>
        <w:t xml:space="preserve">I see upcoming Paignton has 104 labs entered and Bournemouth, just 90. For many these days, used to showing in the classes with large entries of times gone by, competing in classes of just one or two probably does not justify the cost of long distance travelling plus paying for fuel, accommodation and day care for those left at home. </w:t>
      </w:r>
    </w:p>
    <w:p>
      <w:r>
        <w:rPr>
          <w:b w:val="0"/>
          <w:i w:val="0"/>
        </w:rPr>
        <w:t>At United Retriever Club 60th Championship Show at Malvern on 9th August all those entered will receive a free catalogue and a copy of our special anniversary book. There are BENCHING and CAGE areas too so everyone is catered for!</w:t>
      </w:r>
    </w:p>
    <w:p>
      <w:r>
        <w:rPr>
          <w:b w:val="0"/>
          <w:i w:val="0"/>
        </w:rPr>
        <w:t>Anne Hoban writes, Ã¢â‚¬Å"The West of England LRC held a very successful Breed Appreciation Day on July 23rd at Oake Village Hall, nr Taunton, Somerset and where around 47 attendees were warmly welcomed to begin the morning.</w:t>
      </w:r>
    </w:p>
    <w:p>
      <w:r>
        <w:rPr>
          <w:b w:val="0"/>
          <w:i w:val="0"/>
        </w:rPr>
        <w:t>After a personal introduction by our chair Fiona (Braddon) a most interesting, informative and humorous presentation and talk followed, given by Margaret Brown (Ramsayville)</w:t>
      </w:r>
    </w:p>
    <w:p>
      <w:r>
        <w:rPr>
          <w:b w:val="0"/>
          <w:i w:val="0"/>
        </w:rPr>
        <w:t xml:space="preserve">Margaret spoke about her own multi breed kennel &amp; dogs which in the past, had included greyhounds &amp; beagles and then went on to outline the origins &amp; history of our beloved labrador as still being the most popular of all pedigree breeds. </w:t>
      </w:r>
    </w:p>
    <w:p>
      <w:r>
        <w:rPr>
          <w:b w:val="0"/>
          <w:i w:val="0"/>
        </w:rPr>
        <w:t>We agreed that this undoubtedly was due to its versatility and trainability as a companion, service and guide dog as well as a working gundog.</w:t>
      </w:r>
    </w:p>
    <w:p>
      <w:r>
        <w:rPr>
          <w:b w:val="0"/>
          <w:i w:val="0"/>
        </w:rPr>
        <w:t>Listeners were then taken through an interpretation of the Breed Standard, with MargaretÃ¢â‚¬â„¢s own thoughts including a sprinkling of anecdotes!</w:t>
      </w:r>
    </w:p>
    <w:p>
      <w:r>
        <w:rPr>
          <w:b w:val="0"/>
          <w:i w:val="0"/>
        </w:rPr>
        <w:t xml:space="preserve">Ã¢â‚¬ËœPoints of Concern by JudgesÃ¢â‚¬â„¢ were also considered and discussed followed by the opportunity to further look at Champion examples in all three colours with Q &amp; AÃ¢â‚¬â„¢s from the floor. </w:t>
      </w:r>
    </w:p>
    <w:p>
      <w:r>
        <w:rPr>
          <w:b w:val="0"/>
          <w:i w:val="0"/>
        </w:rPr>
        <w:t>Completing the morning session, the Multiple Choice Exam was taken up by six candidates.</w:t>
      </w:r>
    </w:p>
    <w:p>
      <w:r>
        <w:rPr>
          <w:b w:val="0"/>
          <w:i w:val="0"/>
        </w:rPr>
        <w:t>Group Mentoring continued after the lunch break, for those students who had fulfilled the criteria for JEP Level 1, concluding with feedback and refreshments after an informative and rewarding full on day.</w:t>
      </w:r>
    </w:p>
    <w:p>
      <w:r>
        <w:rPr>
          <w:b w:val="0"/>
          <w:i w:val="0"/>
        </w:rPr>
        <w:t>The Club would like to say a big thank you to Margaret and to all the folks who came along, either for the talk or to participate fully, for expressing their interest in learning more about Labradors and/or progressing with their judging involvement.Ã¢â‚¬Â</w:t>
      </w:r>
    </w:p>
    <w:p>
      <w:r>
        <w:rPr>
          <w:b w:val="0"/>
          <w:i w:val="0"/>
        </w:rPr>
        <w:t xml:space="preserve">A good idea sent in by a reader for exhibitors to consider when entering future shows or posting items about their dogs when their addresses could possibly be publicly displayed on Facebook. It has become common to post personal photos of dogs on Facebook etc showing show results and pages from show catalogues, sometimes during judging and often as soon as judging is over. </w:t>
      </w:r>
    </w:p>
    <w:p>
      <w:r>
        <w:rPr>
          <w:b w:val="0"/>
          <w:i w:val="0"/>
        </w:rPr>
        <w:t xml:space="preserve">Is displaying your address wise? Perhaps it is now sensible to withhold it. The publicly posted address is a great advert for Mr Burglar or Mr Dognapper that youÃ¢â‚¬â„¢re not at home for several hours especially if the show and the home address are a good driving distance apart. Worth considering. </w:t>
      </w:r>
    </w:p>
    <w:p>
      <w:r>
        <w:rPr>
          <w:b w:val="0"/>
          <w:i w:val="0"/>
        </w:rPr>
        <w:t>Schedules are available for Labrador Club of Wales October 8th Open Show. The judge is Miss Emily Evans. Entries may be made by post to Secretary Margaret Barker or online via Fosse Data.</w:t>
      </w:r>
    </w:p>
    <w:p>
      <w:r>
        <w:rPr>
          <w:b w:val="0"/>
          <w:i w:val="0"/>
        </w:rPr>
        <w:t xml:space="preserve">Ann Britton </w:t>
      </w:r>
    </w:p>
    <w:p>
      <w:r>
        <w:rPr>
          <w:b w:val="0"/>
          <w:i w:val="0"/>
        </w:rPr>
        <w:t>bowstones@btinternet.com</w:t>
      </w:r>
    </w:p>
    <w:p>
      <w:r>
        <w:rPr>
          <w:b w:val="0"/>
          <w:i w:val="0"/>
        </w:rPr>
        <w:t>Back to Archive</w:t>
      </w:r>
    </w:p>
    <w:p>
      <w:r>
        <w:rPr>
          <w:b w:val="0"/>
          <w:i w:val="0"/>
        </w:rPr>
        <w:t>Back to Breed Notes Index</w:t>
      </w:r>
    </w:p>
    <w:p>
      <w:r>
        <w:rPr>
          <w:b w:val="0"/>
          <w:i w:val="0"/>
        </w:rPr>
        <w:t>Tel</w:t>
      </w:r>
      <w:r>
        <w:br/>
      </w:r>
      <w:r>
        <w:rPr>
          <w:b w:val="0"/>
          <w:i w:val="0"/>
        </w:rPr>
        <w:br/>
        <w:t>0161 709 4550</w:t>
      </w:r>
      <w:r>
        <w:br/>
      </w:r>
      <w:r>
        <w:rPr>
          <w:b w:val="0"/>
          <w:i w:val="0"/>
        </w:rPr>
        <w:br/>
        <w:t>Advertising</w:t>
      </w:r>
      <w:r>
        <w:br/>
      </w:r>
      <w:r>
        <w:rPr>
          <w:b w:val="0"/>
          <w:i w:val="0"/>
        </w:rPr>
        <w:br/>
        <w:t>0161 709 4576</w:t>
      </w:r>
      <w:r>
        <w:br/>
      </w:r>
      <w:r>
        <w:rPr>
          <w:b w:val="0"/>
          <w:i w:val="0"/>
        </w:rPr>
        <w:br/>
        <w:t>Editorial</w:t>
      </w:r>
      <w:r>
        <w:br/>
      </w:r>
      <w:r>
        <w:rPr>
          <w:b w:val="0"/>
          <w:i w:val="0"/>
        </w:rPr>
        <w:br/>
        <w:t>0161 709 4550</w:t>
      </w:r>
      <w:r>
        <w:br/>
      </w:r>
      <w:r>
        <w:rPr>
          <w:b w:val="0"/>
          <w:i w:val="0"/>
        </w:rPr>
        <w:br/>
        <w:t>Subscriptions</w:t>
      </w:r>
      <w:r>
        <w:br/>
      </w:r>
      <w:r>
        <w:rPr>
          <w:b w:val="0"/>
          <w:i w:val="0"/>
        </w:rPr>
        <w:br/>
        <w:t>0161 709 4559</w:t>
      </w:r>
      <w:r>
        <w:br/>
      </w:r>
      <w:r>
        <w:rPr>
          <w:b w:val="0"/>
          <w:i w:val="0"/>
        </w:rPr>
        <w:br/>
        <w:t>Mail Order</w:t>
      </w:r>
      <w:r>
        <w:br/>
      </w:r>
      <w:r>
        <w:rPr>
          <w:b w:val="0"/>
          <w:i w:val="0"/>
        </w:rPr>
        <w:br/>
        <w:t>0161 709 4562</w:t>
      </w:r>
      <w:r>
        <w:br/>
      </w:r>
      <w:r>
        <w:rPr>
          <w:b w:val="0"/>
          <w:i w:val="0"/>
        </w:rPr>
        <w:br/>
        <w:t>Show Reports</w:t>
      </w:r>
      <w:r>
        <w:br/>
      </w:r>
      <w:r>
        <w:rPr>
          <w:b w:val="0"/>
          <w:i w:val="0"/>
        </w:rPr>
        <w:br/>
        <w:t>0161 709 4571</w:t>
      </w:r>
      <w:r>
        <w:br/>
      </w:r>
      <w:r>
        <w:rPr>
          <w:b w:val="0"/>
          <w:i w:val="0"/>
        </w:rPr>
        <w:br/>
        <w:t>SEND YOUR REPORT</w:t>
      </w:r>
      <w:r>
        <w:br/>
      </w:r>
      <w:r>
        <w:rPr>
          <w:b w:val="0"/>
          <w:i w:val="0"/>
        </w:rPr>
        <w:br/>
        <w:t>Competitions</w:t>
      </w:r>
      <w:r>
        <w:br/>
      </w:r>
      <w:r>
        <w:rPr>
          <w:b w:val="0"/>
          <w:i w:val="0"/>
        </w:rPr>
        <w:br/>
        <w:t>TOP DOG</w:t>
      </w:r>
      <w:r>
        <w:br/>
      </w:r>
      <w:r>
        <w:rPr>
          <w:b w:val="0"/>
          <w:i w:val="0"/>
        </w:rPr>
        <w:br/>
        <w:t>TOP PUPPY</w:t>
      </w:r>
      <w:r>
        <w:br/>
      </w:r>
      <w:r>
        <w:rPr>
          <w:b w:val="0"/>
          <w:i w:val="0"/>
        </w:rPr>
        <w:br/>
        <w:t>TOP BREEDER</w:t>
      </w:r>
      <w:r>
        <w:br/>
      </w:r>
      <w:r>
        <w:rPr>
          <w:b w:val="0"/>
          <w:i w:val="0"/>
        </w:rPr>
        <w:br/>
        <w:t>TOP STUD</w:t>
      </w:r>
      <w:r>
        <w:br/>
      </w:r>
      <w:r>
        <w:rPr>
          <w:b w:val="0"/>
          <w:i w:val="0"/>
        </w:rPr>
        <w:br/>
        <w:t>TOP BROOD</w:t>
      </w:r>
      <w:r>
        <w:br/>
      </w:r>
      <w:r>
        <w:rPr>
          <w:b w:val="0"/>
          <w:i w:val="0"/>
        </w:rPr>
        <w:br/>
        <w:t>Members' Area</w:t>
      </w:r>
      <w:r>
        <w:br/>
      </w:r>
      <w:r>
        <w:rPr>
          <w:b w:val="0"/>
          <w:i w:val="0"/>
        </w:rPr>
        <w:br/>
        <w:t>BREED NOTES</w:t>
      </w:r>
      <w:r>
        <w:br/>
      </w:r>
      <w:r>
        <w:rPr>
          <w:b w:val="0"/>
          <w:i w:val="0"/>
        </w:rPr>
        <w:br/>
        <w:t>CHAMP SHOWS</w:t>
      </w:r>
      <w:r>
        <w:br/>
      </w:r>
      <w:r>
        <w:rPr>
          <w:b w:val="0"/>
          <w:i w:val="0"/>
        </w:rPr>
        <w:br/>
        <w:t>GENERAL SHOWS</w:t>
      </w:r>
      <w:r>
        <w:br/>
      </w:r>
      <w:r>
        <w:rPr>
          <w:b w:val="0"/>
          <w:i w:val="0"/>
        </w:rPr>
        <w:br/>
        <w:t>REGULAR FEATURES</w:t>
      </w:r>
      <w:r>
        <w:br/>
      </w:r>
      <w:r>
        <w:rPr>
          <w:b w:val="0"/>
          <w:i w:val="0"/>
        </w:rPr>
        <w:br/>
        <w:t>DIGITAL EDITION</w:t>
      </w:r>
      <w:r>
        <w:br/>
      </w:r>
      <w:r>
        <w:rPr>
          <w:b w:val="0"/>
          <w:i w:val="0"/>
        </w:rPr>
        <w:br/>
        <w:t>Sign up for our newsletter</w:t>
      </w:r>
      <w:r>
        <w:br/>
      </w:r>
      <w:r>
        <w:rPr>
          <w:b w:val="0"/>
          <w:i w:val="0"/>
        </w:rPr>
        <w:br/>
        <w:t>Subscribe</w:t>
      </w:r>
      <w:r>
        <w:br/>
      </w:r>
      <w:r>
        <w:rPr>
          <w:b w:val="0"/>
          <w:i w:val="0"/>
        </w:rPr>
        <w:br/>
        <w:t>Follow Us</w:t>
      </w:r>
    </w:p>
    <w:p>
      <w:r>
        <w:rPr>
          <w:b w:val="0"/>
          <w:i w:val="0"/>
        </w:rPr>
        <w:t>© Our Dogs Publishing All Rights Reserved. | Privacy Policy</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Aptos" w:hAnsi="Aptos"/>
      <w:sz w:val="22"/>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