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- 30/06/2023 - ISSUE"</w:t>
      </w:r>
      <w:r>
        <w:br/>
      </w:r>
      <w:r>
        <w:rPr>
          <w:b w:val="0"/>
          <w:i w:val="0"/>
        </w:rPr>
        <w:br/>
        <w:t>date_original: "30/06/2023 - ISSUE"</w:t>
      </w:r>
      <w:r>
        <w:br/>
      </w:r>
      <w:r>
        <w:rPr>
          <w:b w:val="0"/>
          <w:i w:val="0"/>
        </w:rPr>
        <w:br/>
        <w:t>source_url: "https://www.ourdogs.co.uk/members/breednotes/RetrieverLabradorMain.php"</w:t>
      </w:r>
      <w:r>
        <w:br/>
      </w:r>
      <w:r>
        <w:rPr>
          <w:b w:val="0"/>
          <w:i w:val="0"/>
        </w:rPr>
        <w:br/>
        <w:t>scraped_at: "2026-09-13T15:09:51"</w:t>
      </w:r>
      <w:r>
        <w:br/>
      </w:r>
      <w:r>
        <w:rPr>
          <w:b w:val="0"/>
          <w:i w:val="0"/>
        </w:rPr>
        <w:br/>
        <w:t>word_count: 809</w:t>
      </w:r>
    </w:p>
    <w:p>
      <w:r>
        <w:t>――――――――――――――――――――――――――――――</w:t>
      </w:r>
    </w:p>
    <w:p>
      <w:r>
        <w:rPr>
          <w:b w:val="0"/>
          <w:i w:val="0"/>
        </w:rPr>
        <w:t>NEWS MEMBERS' AREA SHOP SUBSCRIBE UPCOMING SHOWS MORE</w:t>
      </w:r>
    </w:p>
    <w:p>
      <w:r>
        <w:rPr>
          <w:b w:val="0"/>
          <w:i w:val="0"/>
        </w:rPr>
        <w:t>RETRIEVER LABRADOR</w:t>
      </w:r>
    </w:p>
    <w:p>
      <w:r>
        <w:rPr>
          <w:b w:val="0"/>
          <w:i w:val="0"/>
        </w:rPr>
        <w:t>Issue: 30/06/2023</w:t>
      </w:r>
    </w:p>
    <w:p>
      <w:r>
        <w:rPr>
          <w:b w:val="0"/>
          <w:i w:val="0"/>
        </w:rPr>
        <w:t>The weather has been extremely hot and sunny here for  a few weeks now. Occasionally there has been some rain and thunder forecast but invariably, more often than not, it misses us completely. I watch the progress of storms on the met office radar map on my iPad, and see our part of Herefordshire sitting there in an island of pure dry pale green on the map, as all around is dark blue, orange or even yellow denoting heavy rain which we desperately need. IÃ¢â‚¬â„¢ve just looked online at pictures of the later hours of Blackpool. TheyÃ¢â‚¬â„¢ve got rain!! luckily the show is almost concluded.</w:t>
      </w:r>
    </w:p>
    <w:p>
      <w:r>
        <w:rPr>
          <w:b w:val="0"/>
          <w:i w:val="0"/>
        </w:rPr>
        <w:t xml:space="preserve">The two most recent shows were Blackpool and North West Lab Club. Years ago, I attended them both every year but anno domini and the horrors of returning home down the M6 in the Birmingham bound day tripper traffic after the show means I tend to stay at home these days. In my time Blackpool was a really lucky show, I recall winning a few CCs and stakes finals,  there over the years. </w:t>
      </w:r>
    </w:p>
    <w:p>
      <w:r>
        <w:rPr>
          <w:b w:val="0"/>
          <w:i w:val="0"/>
        </w:rPr>
        <w:t xml:space="preserve">At a former Blackpool venue, Stanley Park , older exhibitors will remember the show suffered from horrid weather, most years, deepest mud and hefty continuous rain weÃ¢â‚¬â„¢re quite often the norm there, but we didnÃ¢â‚¬â„¢t mind, we just ploughed on! </w:t>
      </w:r>
    </w:p>
    <w:p>
      <w:r>
        <w:rPr>
          <w:b w:val="0"/>
          <w:i w:val="0"/>
        </w:rPr>
        <w:t>This year the weather was extremely hot and sunny for most hours of the show. Eric Parr judged and his winners were:- DCC - Westerulston John (Mr R F Bell), RDCC - Beskerby Pageant (Mr &amp; Mrs R I &amp; Miss M Dawson), BCC &amp; BOB - Chyanhal Pendray in Trendlewood (Mr D L &amp; Mrs F E M Braddon), RBCC - Kimbajak Miss Jazz Swinger JW (Ms C M Edwards), BPIB - The Girl Is Fun from Linjor (Miss S J Bishop), BVIB - Sh Ch Poniel Reason to Believe at Bruadarach ShCM ShCEx VW (Mrs S Parker)</w:t>
      </w:r>
    </w:p>
    <w:p>
      <w:r>
        <w:rPr>
          <w:b w:val="0"/>
          <w:i w:val="0"/>
        </w:rPr>
        <w:t>On the same day in conjunction with Blackpool Ch show, North West Lab Club held their Ch show. The judges were Agnes May Pollock - dogs and Alexander Douglas - Bitches DCC &amp; BIS- Sh Ch A Sense of PleasureÃ¢â‚¬â„¢s John Boy to Frewlings (Imp Deu) (Mrs M W Mcculloch), RDCC - Floki The Jester in Linjor JW (Mrs L Harvey-Major), BCC - Sh Ch Hafnau Georgette (Miss C Jones), RBCC - Chyanhal Pendray in Trendlewood (Mr D L &amp; Mrs F E M Braddon), BPIS - Ramsayville Gigi at Taligal (AI) (Miss K &amp; Miss C &amp; Miss E OÃ¢â‚¬â„¢Neill), BVIS - Lembas Faith at Serenjar (Mrs F H Jones)</w:t>
      </w:r>
    </w:p>
    <w:p>
      <w:r>
        <w:rPr>
          <w:b w:val="0"/>
          <w:i w:val="0"/>
        </w:rPr>
        <w:t xml:space="preserve">During the excessively hot weather, at home my dogs were happy to search out sanctuary and lie around in the shade on cold tiled floors or under shrubs in the garden. I do pity some of the show dogs who are endlessly exhibited at nearly every single show available to enter. Are they enjoying the heat? In excessively hot weather they have no choice, sometimes day after day, they are bundled into a car crate for an early start and a long hot car journey, too and from the shows. Hopefully these days all cars have well maintained air conditioning. On arrival at the show, the exhibit gets a quick comfort walk and then is decanted into another hit crate set up ringside on the ground often in the sun for the duration of the day. </w:t>
      </w:r>
    </w:p>
    <w:p>
      <w:r>
        <w:rPr>
          <w:b w:val="0"/>
          <w:i w:val="0"/>
        </w:rPr>
        <w:t>How much do we really love and care about our dogs in such conditions or have they just become a means to self promotion?</w:t>
      </w:r>
    </w:p>
    <w:p>
      <w:r>
        <w:rPr>
          <w:b w:val="0"/>
          <w:i w:val="0"/>
        </w:rPr>
        <w:t xml:space="preserve">A comment on Facebook about rough handling of a young Lab by a judge plus witnesses commenting on harsh unkind treatment of another dog in the heat by an exhibitor brings about the thought that in the modern day eagerness to win, win, win, rather than selecting stock for future breeding plans, kindness to our fellow exhibitors and to our canine friends has perhaps become minimal. Maybe it is time to think of how we look to others and make sure our canine husbandry is the very best in the interest of the dog. Certainly itÃ¢â‚¬â„¢s bad when what goes on in the Lab ring at a Ch show and how harsh some exhibitors are perceived to be with their dogs, is commented on very publicly.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