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- 20/01/2023 - ISSUE"</w:t>
      </w:r>
      <w:r>
        <w:br/>
      </w:r>
      <w:r>
        <w:rPr>
          <w:b w:val="0"/>
          <w:i w:val="0"/>
        </w:rPr>
        <w:br/>
        <w:t>date_original: "20/01/2023 - ISSUE"</w:t>
      </w:r>
      <w:r>
        <w:br/>
      </w:r>
      <w:r>
        <w:rPr>
          <w:b w:val="0"/>
          <w:i w:val="0"/>
        </w:rPr>
        <w:br/>
        <w:t>source_url: "https://www.ourdogs.co.uk/members/breednotes/RetrieverLabradorMain.php"</w:t>
      </w:r>
      <w:r>
        <w:br/>
      </w:r>
      <w:r>
        <w:rPr>
          <w:b w:val="0"/>
          <w:i w:val="0"/>
        </w:rPr>
        <w:br/>
        <w:t>scraped_at: "2026-09-13T15:10:49"</w:t>
      </w:r>
      <w:r>
        <w:br/>
      </w:r>
      <w:r>
        <w:rPr>
          <w:b w:val="0"/>
          <w:i w:val="0"/>
        </w:rPr>
        <w:br/>
        <w:t>word_count: 332</w:t>
      </w:r>
    </w:p>
    <w:p>
      <w:r>
        <w:t>――――――――――――――――――――――――――――――</w:t>
      </w:r>
    </w:p>
    <w:p>
      <w:r>
        <w:rPr>
          <w:b w:val="0"/>
          <w:i w:val="0"/>
        </w:rPr>
        <w:t>NEWS MEMBERS' AREA SHOP SUBSCRIBE UPCOMING SHOWS MORE</w:t>
      </w:r>
    </w:p>
    <w:p>
      <w:r>
        <w:rPr>
          <w:b w:val="0"/>
          <w:i w:val="0"/>
        </w:rPr>
        <w:t>RETRIEVER LABRADOR</w:t>
      </w:r>
    </w:p>
    <w:p>
      <w:r>
        <w:rPr>
          <w:b w:val="0"/>
          <w:i w:val="0"/>
        </w:rPr>
        <w:t>Issue: 20/01/2023</w:t>
      </w:r>
    </w:p>
    <w:p>
      <w:r>
        <w:rPr>
          <w:b w:val="0"/>
          <w:i w:val="0"/>
        </w:rPr>
        <w:t>The funeral of Labrador breeder/exhibitor, Pat Davies (Holmajor) will be held on Wednesday January 25th at 1.15pm at St Tewdrics Church, Mathern, Chepstow NP16 6JA and following, at 2.30pm at Langstone Vale Crematorium NP18 2BP. Donations in aid of Cancer Research may be placed in the donation box at the church.</w:t>
      </w:r>
    </w:p>
    <w:p>
      <w:r>
        <w:rPr>
          <w:b w:val="0"/>
          <w:i w:val="0"/>
        </w:rPr>
        <w:t xml:space="preserve">Details of the Labrador Club of Wales Championship show on February 5th 2023 at Forest Oak Farm, Perlieu, Lydney, Gloucestershire GL15 4LN are available via Fosse Data. The judges are Caroline Cormack Campbell( Binnaig) dogs, and Sue Merrill (Gostwyck) bitches.  Always a good show, at a superb, easily accessible countryside venue with plenty of room for exercising dogs. </w:t>
      </w:r>
    </w:p>
    <w:p>
      <w:r>
        <w:rPr>
          <w:b w:val="0"/>
          <w:i w:val="0"/>
        </w:rPr>
        <w:t xml:space="preserve">Crufts entry details are available via Fosse Data. Postal Entries close online on 23rd January . The judges are Dave Wilmshurst (Dogs) and Guy Spagnolo from Australia (Bitches). Labradors are on the first day, Thursday 9th March, in their usual generously sized rings at the far end of Hall 5 </w:t>
      </w:r>
    </w:p>
    <w:p>
      <w:r>
        <w:rPr>
          <w:b w:val="0"/>
          <w:i w:val="0"/>
        </w:rPr>
        <w:t>Will exhibitors attending the Three Ridings Labrador club open show on the 22nd of January 2023 please bring their  own chairs as seating at the venue is minimal. The show numbers are as follows. Total number of dogs 79 and  Total number of entries 95</w:t>
      </w:r>
    </w:p>
    <w:p>
      <w:r>
        <w:rPr>
          <w:b w:val="0"/>
          <w:i w:val="0"/>
        </w:rPr>
        <w:t>Jennie Fishlock attended West of England Lab Club Open Show recently and was thrilled to win Open Bitch and Best Veteran in show with her seven year old Carpenny Victoria. Congratulations.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