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- 5 Sep 2008"</w:t>
      </w:r>
      <w:r>
        <w:br/>
      </w:r>
      <w:r>
        <w:rPr>
          <w:b w:val="0"/>
          <w:i w:val="0"/>
        </w:rPr>
        <w:br/>
        <w:t>date_original: "5 Sep 2008"</w:t>
      </w:r>
      <w:r>
        <w:br/>
      </w:r>
      <w:r>
        <w:rPr>
          <w:b w:val="0"/>
          <w:i w:val="0"/>
        </w:rPr>
        <w:br/>
        <w:t>source_url: "https://www.ourdogs.co.uk/members/breednotes/2008/RetrieverLabrador/RetrieverLabrador-sep5.htm"</w:t>
      </w:r>
      <w:r>
        <w:br/>
      </w:r>
      <w:r>
        <w:rPr>
          <w:b w:val="0"/>
          <w:i w:val="0"/>
        </w:rPr>
        <w:br/>
        <w:t>archive_type: "static_html"</w:t>
      </w:r>
      <w:r>
        <w:br/>
      </w:r>
      <w:r>
        <w:rPr>
          <w:b w:val="0"/>
          <w:i w:val="0"/>
        </w:rPr>
        <w:br/>
        <w:t>scraped_at: "2026-09-13T22:06:12"</w:t>
      </w:r>
      <w:r>
        <w:br/>
      </w:r>
      <w:r>
        <w:rPr>
          <w:b w:val="0"/>
          <w:i w:val="0"/>
        </w:rPr>
        <w:br/>
        <w:t>word_count: 2311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expect most of you watched the TV documentary Pedigree Dogs Exposed, purporting to give an accurate picture of the health of pedigree dogs on BBC1 recently. Much has been written about this ghastly programme in the press.</w:t>
      </w:r>
    </w:p>
    <w:p>
      <w:r>
        <w:rPr>
          <w:b w:val="0"/>
          <w:i w:val="0"/>
        </w:rPr>
        <w:t>I found the programme extremely jaundiced, unbalanced, biased and bigoted, so much so that I feel it is not really worth commenting on, save to say that when they were remarking on Labradors, whom they wrongly professed all suffered from joint and eye problems, it was a pity they did not mention the thousands of pounds we spend, hip and elbow scoring, eye testing and DNA testing our dogs before we ever consider breeding from them, precisely to ensure they do not have any of these problems.</w:t>
      </w:r>
    </w:p>
    <w:p>
      <w:r>
        <w:rPr>
          <w:b w:val="0"/>
          <w:i w:val="0"/>
        </w:rPr>
        <w:t>However, truthful facts such as these are not sensational enough to have warranted even a tiny mention in their programme. It appeared they just wanted to portray dog breeders and pedigree dogs in as bad a light as they could and selected some really upsetting examples, where, yes, there was cause for concern, to illustrate their point.</w:t>
      </w:r>
    </w:p>
    <w:p>
      <w:r>
        <w:rPr>
          <w:b w:val="0"/>
          <w:i w:val="0"/>
        </w:rPr>
        <w:t>Luckily, though, these unfortunate examples are a miniscule minority and by no means the norm. The BBC coverage of Crufts pedigree dog show earlier in the year commands huge audiences yet only five months later they commissioned and broadcast this emotional anti-pedigree dog programme. That our licence fee has been wasted on the production of such a one-sided bigoted programme is a disgrace.</w:t>
      </w:r>
    </w:p>
    <w:p>
      <w:r>
        <w:rPr>
          <w:b w:val="0"/>
          <w:i w:val="0"/>
        </w:rPr>
        <w:t>Having watched this depressingly negative BBC programme, it was so refreshing to see Martin Clunes a few days later on the opposite channel, ITV, introducing his short series of delightful programmes about the development of dogs. He clearly has such a rapport with dogs including his own three, two Cockers and a black Labrador. I look forward to seeing the rest of this enjoyable series.</w:t>
      </w:r>
    </w:p>
    <w:p>
      <w:r>
        <w:rPr>
          <w:b w:val="0"/>
          <w:i w:val="0"/>
        </w:rPr>
        <w:t>Jean and Gary Johnson (Cremino) have been flying the Labrador flag with great success recently. At the Kent County Open Show, their yellow bitch, Buffy - Cremino Christmas Rose, won Best of Breed and the Gundog Group under judge Pat Butler-Holley (Shandwick) and then went Best in Show under judge Di Moate (Dinamo).</w:t>
      </w:r>
    </w:p>
    <w:p>
      <w:r>
        <w:rPr>
          <w:b w:val="0"/>
          <w:i w:val="0"/>
        </w:rPr>
        <w:t>Richard Stafford (Farnfield) has also done extremely well, too. At the Vale of Glamorgan Open Show his black dog, Baileydale Bo Diddley Farnfield JW, went Best of Breed, then won the Gundog Group and went on to Reserve Best in Show under Australian judge Mrs Margaret Harris. Well done to you all.</w:t>
      </w:r>
    </w:p>
    <w:p>
      <w:r>
        <w:rPr>
          <w:b w:val="0"/>
          <w:i w:val="0"/>
        </w:rPr>
        <w:t>The second SKC of the year was held at Ingleston, near Edinburgh on Saturday 23rd August. The judge was Brian Hayward (Donacre), with an entry of 144 dogs and bitches. The DCC was a first such award for Mr and Mrs Gardner’s black, Rewari Extra Edition. The RDCC went to Mrs J. McDonald’s Linnburnhead Reed Warbler. The BCC and Best of Breed was won by the Brown family’s Sh Ch Alanwood Spring Breeze over Ramsayville whilst the RBCC was won by Mr Falshaw and Miss Elliott’s yellow Eneleon Hollyhock of Lonicerium. Best Puppy was Miss Linda Thompson’s Meadowline Mr Moonlight.</w:t>
      </w:r>
    </w:p>
    <w:p>
      <w:r>
        <w:rPr>
          <w:b w:val="0"/>
          <w:i w:val="0"/>
        </w:rPr>
        <w:t>In the way of riddles such as, ‘why did the chicken cross the road’, one could well ask, ‘why did the Brittons drive 350 miles all the way from Ross on Wye, Herefordshire, to within ten miles of the Ingleston showground and not go to SKC?’ The answer would be, ‘to get a nine hour drive home at 50mph max with their broken down car on top of an AA car transporter!’</w:t>
      </w:r>
    </w:p>
    <w:p>
      <w:r>
        <w:rPr>
          <w:b w:val="0"/>
          <w:i w:val="0"/>
        </w:rPr>
        <w:t>We had driven up to the Borders on Friday, stayed in a B&amp;B overnight and set off for SKC in good time to arrive just as judging commenced. On the extremely busy approach road to Edinburgh my car gave up the ghost; even the power assisted steering decided it had had enough and packed in. We rang the AA at 9:30am. Edinburgh was busy and inner city roads were jammed, it being the final day of the Festival.</w:t>
      </w:r>
    </w:p>
    <w:p>
      <w:r>
        <w:rPr>
          <w:b w:val="0"/>
          <w:i w:val="0"/>
        </w:rPr>
        <w:t>The AA arrived over three hours later at 1pm, and declared the car, in Kennel Club terms, ‘not fit for purpose’ and loaded it up onto a car transporter to take us, not to SKC - too late by now, but all the way back to Herefordshire.</w:t>
      </w:r>
    </w:p>
    <w:p>
      <w:r>
        <w:rPr>
          <w:b w:val="0"/>
          <w:i w:val="0"/>
        </w:rPr>
        <w:t>For the first part of the relay our black bitch, Beattie, had to be left in the car crate as the driver of the first transporter wouldn’t have a dog in the cab. I certainly worried that she would get too hot in the car, but made sure there was plenty of air for her in her lofty position.</w:t>
      </w:r>
    </w:p>
    <w:p>
      <w:r>
        <w:rPr>
          <w:b w:val="0"/>
          <w:i w:val="0"/>
        </w:rPr>
        <w:t>Luckily, the sky soon clouded over. We then commenced a series of relays, changing every few hours onto another vehicle, each vehicle taking us further south. The second and third relay drivers loved dogs so Beattie was introduced, and having put on her most charming manners and most melting expression, was allowed in the cab for the rest of the journey. Have you ever tried lifting an adult Labrador vertically into the high up cab of a lorry. Not easy, but I was determined she was coming with us and not staying in the car, so got some extra strength from somewhere! She slept all the way home on my feet in the space behind the driver. We arrived at Ross after 9 hours of driving at 50mph max, which is quite a new experience for me!</w:t>
      </w:r>
    </w:p>
    <w:p>
      <w:r>
        <w:rPr>
          <w:b w:val="0"/>
          <w:i w:val="0"/>
        </w:rPr>
        <w:t>Now here is a lesson learned. Had I taken my driving licence with me to Scotland, my AA breakdown cover would have allowed me to hire a similarly sized car as my own to return home in, in comfort, whilst the poorly car was being transported separately. Sadly, my licence was not with me but at home on the dressing table and we couldn’t take advantage of this offer. So, from my lesson learnt, do take your driving licence with you wherever you go, you never know when you might need it.</w:t>
      </w:r>
    </w:p>
    <w:p>
      <w:r>
        <w:rPr>
          <w:b w:val="0"/>
          <w:i w:val="0"/>
        </w:rPr>
        <w:t>Another to be judging during the festivities in Sweden recently was Anthony Allen and he has kindly sent in his report: ‘I spent a very interesting time at the World Dog Show and accompanying circuit shows. Three back to back shows were held on the Friday, Saturday and the Sunday. The first show was the Labrador Club of Sweden’s championship show at which I judged the males, Jim Nolan the bitches and Elise Nolan the juniors. On the Saturday it was the Spaniel and Retriever Club and on the Sunday the World Show.</w:t>
      </w:r>
    </w:p>
    <w:p>
      <w:r>
        <w:rPr>
          <w:b w:val="0"/>
          <w:i w:val="0"/>
        </w:rPr>
        <w:t>‘A number of Brits came over to watch the three days of shows. They included Penny Carpanni, Jenny Green, Fiona Braddon, Sussie Wiles (who, being Swedish, assumed the role of chief translator), Judith Charlton and my parents Jean and Geoff Allen, to name a few. Also, there were Anne Taylor and Lynn Minchella who were judging the Spaniel and Retriever club championship show on the Saturday and the judges for Sunday’s World Show, Erica Jayes, Tony Pascoe and Marilyn Prior. There were also many familiar faces with visitors from all across Europe and America who helped create a great garden party atmosphere. We were blessed with some super weather, especially on the Friday where temperatures reached thirty five degrees, and led to a number of sunburnt faces the next day.</w:t>
      </w:r>
    </w:p>
    <w:p>
      <w:r>
        <w:rPr>
          <w:b w:val="0"/>
          <w:i w:val="0"/>
        </w:rPr>
        <w:t>‘At the Labrador club show Best in Show, judged by Jim, was awarded to the bitch Nl Ch Fairywood’s L’etoile st Sylvestre. Best Oppersite Sex, Su Ch Smart Fellows Saved by the Bell, who was to have an exciting three days as he was also awarded the same honour at the World Show by Erica Jayes on the Sunday. Best Veteran in Show was the top Scandinavian winner Nu Ch Su Ch Tjotte’s Broken Arrow. Best Junior was the Scottish-bred Rewari Exactly at Moltbene.</w:t>
      </w:r>
      <w:r>
        <w:br/>
      </w:r>
      <w:r>
        <w:rPr>
          <w:b w:val="0"/>
          <w:i w:val="0"/>
        </w:rPr>
        <w:br/>
        <w:t>‘The entry for each of the three shows neared the 300 mark, of which fifty percent came from outside Sweden.</w:t>
      </w:r>
    </w:p>
    <w:p>
      <w:r>
        <w:rPr>
          <w:b w:val="0"/>
          <w:i w:val="0"/>
        </w:rPr>
        <w:t>I found the standard of the 80 older males excellent, especially the champion dog class which contained 20 quality exhibits from across Europe and was an absolute pleasure to judge. I considered a number of them could compete with the best in the UK. I know that Jim found the standard in bitches very high as well.</w:t>
      </w:r>
    </w:p>
    <w:p>
      <w:r>
        <w:rPr>
          <w:b w:val="0"/>
          <w:i w:val="0"/>
        </w:rPr>
        <w:t>‘The hospitality we received from our Swedish host over the three days was exceptional and the organisation superb. It was a great few days and one I will remember for a long time.’ Anthony Allen.</w:t>
      </w:r>
    </w:p>
    <w:p>
      <w:r>
        <w:rPr>
          <w:b w:val="0"/>
          <w:i w:val="0"/>
        </w:rPr>
        <w:t>A warning has come via email regarding plug-in air fresheners. They may be a fire hazard. It is advised that you do not leave them switched on, unattended for any period of time. A fire investigator has said he has seen more house fires started with the plug-in type room fresheners than anything else; the plastic they are made from is very thin. The investigator said he personally wouldn't have any type of plug in fragrance device anywhere in his house. He has seen too many places that have been burned down due to them.</w:t>
      </w:r>
      <w:r>
        <w:br/>
      </w:r>
      <w:r>
        <w:rPr>
          <w:b w:val="0"/>
          <w:i w:val="0"/>
        </w:rPr>
        <w:br/>
        <w:t>Ann Britton</w:t>
      </w:r>
      <w:r>
        <w:br/>
      </w:r>
      <w:r>
        <w:rPr>
          <w:b w:val="0"/>
          <w:i w:val="0"/>
        </w:rPr>
        <w:br/>
        <w:t>01989 720665</w:t>
      </w:r>
      <w:r>
        <w:br/>
      </w:r>
      <w:r>
        <w:rPr>
          <w:b w:val="0"/>
          <w:i w:val="0"/>
        </w:rPr>
        <w:br/>
        <w:t>email bowstones@btinternet.com</w:t>
      </w:r>
    </w:p>
    <w:p>
      <w:r>
        <w:rPr>
          <w:b w:val="0"/>
          <w:i w:val="0"/>
        </w:rPr>
        <w:t>What a disappointment at SKC. We were looking forward to a good day in the sun walking about marquees and enjoying the open-air atmosphere. The weather forecast was quite good and better in the East than where we live in Argyll.</w:t>
      </w:r>
    </w:p>
    <w:p>
      <w:r>
        <w:rPr>
          <w:b w:val="0"/>
          <w:i w:val="0"/>
        </w:rPr>
        <w:t>The two-hour drive through was enjoyable with the weather getting brighter and warmer. However it seems the previous days' rainfall had been ruinous to the ground and the decision was made to judge indoors. Sympathy goes to the SKC show committee as it must be a nightmare working round problems like this. Not having brought our camping chairs with us and being miles from the benches we stood all day which seemed not too bad at the time but we certainly felt our legs shaky the following day. Old age.</w:t>
      </w:r>
    </w:p>
    <w:p>
      <w:r>
        <w:rPr>
          <w:b w:val="0"/>
          <w:i w:val="0"/>
        </w:rPr>
        <w:t>However the labradors had a very good-sized ring and the hall's floor is not so hard as concrete. Brian Hayward's awards were: DCC, Bill and Margaret Garner's Reward Extra Edition, his first. RDCC, Mrs J. McDonald's Linnburnhead Reed Warbler. BCC and BOB, the Brown family's Sh Ch Alanwood Spring Breeze Over Ramsayville, her 15th. RBCC, Mr D. and Miss T J. Falshaw and Elliott's Eneleon Hollyhock of Lonicerium. Best Puppy Miss L. Thompson's Meadowline Mr Moonlight. With exhibitors over from Poland who had recently attended the shows in Sweden, including the World Show it emphasises how small the world is becoming.</w:t>
      </w:r>
    </w:p>
    <w:p>
      <w:r>
        <w:rPr>
          <w:b w:val="0"/>
          <w:i w:val="0"/>
        </w:rPr>
        <w:t>One thing. How come we can put a man on the moon and yet when someone smokes in a disabled toilet and the alarm registers in some control panel the whole hall must be evacuated.</w:t>
      </w:r>
    </w:p>
    <w:p>
      <w:r>
        <w:rPr>
          <w:b w:val="0"/>
          <w:i w:val="0"/>
        </w:rPr>
        <w:t>Health and safety is paramount, of course, but the hall was full of walkie-talkie stewards and show officials.</w:t>
      </w:r>
    </w:p>
    <w:p>
      <w:r>
        <w:rPr>
          <w:b w:val="0"/>
          <w:i w:val="0"/>
        </w:rPr>
        <w:t>Could the area not have been quickly accessed by one of them and a report sent back in possibly two minutes at the most. Or is this putting too much responsibility on volunteers.</w:t>
      </w:r>
    </w:p>
    <w:p>
      <w:r>
        <w:rPr>
          <w:b w:val="0"/>
          <w:i w:val="0"/>
        </w:rPr>
        <w:t>Everywhere I went there were yellow-coated SKC stewards muttering all day into their radios. We all waited outside and the firemen did not seem to have any sense of urgency when they arrived approximately 15 minutes later. Perhaps this happens regularly and they know what to expect.</w:t>
      </w:r>
    </w:p>
    <w:p>
      <w:r>
        <w:rPr>
          <w:b w:val="0"/>
          <w:i w:val="0"/>
        </w:rPr>
        <w:t>I can just hear mutterings about my comments. Fortunately I retired just about the time Health and Safety became a British obsession, and now live in paradise on earth, with sightings of Health and Safety officials few and far between.</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