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w:t>
      </w:r>
    </w:p>
    <w:p>
      <w:r>
        <w:rPr>
          <w:b w:val="0"/>
          <w:i w:val="0"/>
        </w:rPr>
        <w:t>title: "Labrador Breed Notes - 27/09/2013"</w:t>
      </w:r>
      <w:r>
        <w:br/>
      </w:r>
      <w:r>
        <w:rPr>
          <w:b w:val="0"/>
          <w:i w:val="0"/>
        </w:rPr>
        <w:br/>
        <w:t>date_original: "27/09/2013"</w:t>
      </w:r>
      <w:r>
        <w:br/>
      </w:r>
      <w:r>
        <w:rPr>
          <w:b w:val="0"/>
          <w:i w:val="0"/>
        </w:rPr>
        <w:br/>
        <w:t>source_url: "https://www.ourdogs.co.uk/members/breednotes/retlabarchive.php"</w:t>
      </w:r>
      <w:r>
        <w:br/>
      </w:r>
      <w:r>
        <w:rPr>
          <w:b w:val="0"/>
          <w:i w:val="0"/>
        </w:rPr>
        <w:br/>
        <w:t>archive_type: "retlabarchive_post"</w:t>
      </w:r>
      <w:r>
        <w:br/>
      </w:r>
      <w:r>
        <w:rPr>
          <w:b w:val="0"/>
          <w:i w:val="0"/>
        </w:rPr>
        <w:br/>
        <w:t>scraped_at: "2026-09-13T22:43:04"</w:t>
      </w:r>
      <w:r>
        <w:br/>
      </w:r>
      <w:r>
        <w:rPr>
          <w:b w:val="0"/>
          <w:i w:val="0"/>
        </w:rPr>
        <w:br/>
        <w:t>word_count: 928</w:t>
      </w:r>
    </w:p>
    <w:p>
      <w:r>
        <w:t>――――――――――――――――――――――――――――――</w:t>
      </w:r>
    </w:p>
    <w:p>
      <w:r>
        <w:rPr>
          <w:b w:val="0"/>
          <w:i w:val="0"/>
        </w:rPr>
        <w:t>NEWS MEMBERS' AREA SHOP SUBSCRIBE UPCOMING SHOWS MORE</w:t>
      </w:r>
    </w:p>
    <w:p>
      <w:r>
        <w:rPr>
          <w:b w:val="0"/>
          <w:i w:val="0"/>
        </w:rPr>
        <w:t>RETRIEVER LABRADOR</w:t>
      </w:r>
    </w:p>
    <w:p>
      <w:r>
        <w:rPr>
          <w:b w:val="0"/>
          <w:i w:val="0"/>
        </w:rPr>
        <w:t>Issue: 27/09/2013</w:t>
      </w:r>
    </w:p>
    <w:p>
      <w:r>
        <w:rPr>
          <w:b w:val="0"/>
          <w:i w:val="0"/>
        </w:rPr>
        <w:t>The gleaming new computer has arrived and has been installed. Things have certainly changed in ten years. A big learning curve ahead. I am just about finding my way around.</w:t>
      </w:r>
    </w:p>
    <w:p>
      <w:r>
        <w:rPr>
          <w:b w:val="0"/>
          <w:i w:val="0"/>
        </w:rPr>
        <w:t>There will be an Eye testing session at Styrrup Village Hall, Styrrup,  Notts  DN11 8NB on 24th October 2013. The ophthalmologist will be Dr Rob Pontefract. 10-30am start. Further details from Marion Hopkinson tel 01302 742791 or email hopkinsonrocheby@talktalk.net</w:t>
      </w:r>
    </w:p>
    <w:p>
      <w:r>
        <w:rPr>
          <w:b w:val="0"/>
          <w:i w:val="0"/>
        </w:rPr>
        <w:t>Labradors at the four day Driffield championship show on Friday 13th September were judged by Liz Hallgarth, her third appointment I believe. There was an entry of 149 dogs and bitches. The winners were Dog CC, his second,  Sheelin Cuthberts black, Ballyduff Marius; Dog RCC Carole and Mervyn Reynolds Carromers Blue Lagoon. Bitch CC and Best of Breed Mac Percivals yellow Wynfaul Rosy Glow and Bitch RCC Judith Charltons Sh Ch Foxrush Remember the Time JW.</w:t>
      </w:r>
    </w:p>
    <w:p>
      <w:r>
        <w:rPr>
          <w:b w:val="0"/>
          <w:i w:val="0"/>
        </w:rPr>
        <w:t>The journey from Herefordshire to the picturesque and tranquil Wetherby Racecourse, where the show was held was straightforward; M50, M5, M1, M18 and A1. It took just over three hours. As the dawn broke, the pale blue sky above heralded a bright pleasant autumn day, which it turned out to be. The showground and location of our ring to car-park and benching was ideal and judging was completed soon after lunchtime. I was so impressed at the helpful service afforded exhibitors. Pleasant cheerful car parking staff and catalogues being sold to exhibitors as soon as they arrived on the showground and parked their cars  in the car park. Wow. That's a good innovation.</w:t>
      </w:r>
    </w:p>
    <w:p>
      <w:r>
        <w:rPr>
          <w:b w:val="0"/>
          <w:i w:val="0"/>
        </w:rPr>
        <w:t>Little did I know what lay ahead! I think the quicker we all get time travelling Tardis machines to go to and from  dog shows in, the better.</w:t>
      </w:r>
    </w:p>
    <w:p>
      <w:r>
        <w:rPr>
          <w:b w:val="0"/>
          <w:i w:val="0"/>
        </w:rPr>
        <w:t>Leaving the Wetherby showground about 4pm, I noticed traffic was queuing on the A1. Perhaps if I had directed the car northwards and gone home to Hereford via Edinburgh, I might have had a better journey. As it was, we queued all the way south; A1, M18, M1  to near the  Leicester junction, where a huge tanker appeared to have left the carriageway down a steep embankment and was in the process of being lifted back onto the hard shoulder by massive cranes.</w:t>
      </w:r>
    </w:p>
    <w:p>
      <w:r>
        <w:rPr>
          <w:b w:val="0"/>
          <w:i w:val="0"/>
        </w:rPr>
        <w:t>At one point my sat nav asked would I like to put it in Pedestrian Mode as I was obviously walking! Never had that before, but No, I was actually still driving but only at  2mph!</w:t>
      </w:r>
    </w:p>
    <w:p>
      <w:r>
        <w:rPr>
          <w:b w:val="0"/>
          <w:i w:val="0"/>
        </w:rPr>
        <w:t>When we were adjacent to the M1 Tibshelf services in our snail's pace progress we decided to call in. What an eye opener! We were massively outnumbered one to twenty by other races. I have never in my life seen so many black Burka clad ladies with just slits in their headgear to see through all milling around.</w:t>
      </w:r>
    </w:p>
    <w:p>
      <w:r>
        <w:rPr>
          <w:b w:val="0"/>
          <w:i w:val="0"/>
        </w:rPr>
        <w:t>There was no chance of coffee, so it was back to the car, where  it crossed my mind Burkas would be an excellent dress code for dog showing. No one could ever be accused of Face judging! Mind you I suppose some bright spark would wear fancy shoes peeping out under the black gown so they would be recognised!</w:t>
      </w:r>
    </w:p>
    <w:p>
      <w:r>
        <w:rPr>
          <w:b w:val="0"/>
          <w:i w:val="0"/>
        </w:rPr>
        <w:t>We crawled southwards and after three hours finally got to where the accident had occurred and the road cleared. At least, although it was dark by then, the journey would be plain sailing from there on.</w:t>
      </w:r>
    </w:p>
    <w:p>
      <w:r>
        <w:rPr>
          <w:b w:val="0"/>
          <w:i w:val="0"/>
        </w:rPr>
        <w:t>Wrong! Horror of horrors, when we finally got to the very last stretch home, half an hour on the M50â€¦â€¦.it was CLOSED! I ended up having to go cross country via the Three Counties showground. We had left Wetherby at 4pm and I  finally let myself into my house at 10.20pm; six and a half hours later!!!</w:t>
      </w:r>
    </w:p>
    <w:p>
      <w:r>
        <w:rPr>
          <w:b w:val="0"/>
          <w:i w:val="0"/>
        </w:rPr>
        <w:t>If in future, I tell you I am going to a northerly dog show on a Fridayâ€¦please hit me over the head or better still make me book a hotel for the night!</w:t>
      </w:r>
    </w:p>
    <w:p>
      <w:r>
        <w:rPr>
          <w:b w:val="0"/>
          <w:i w:val="0"/>
        </w:rPr>
        <w:t>We often register our puppies with pleasant easily remembered names for the show ring. I recall have seen several Spring Sunshines and Spring Songs. I smiled on reading the Telegraph about an erotic Japanese Shunga art exhibition which will take place at the British Museum in London from October 3rd, (it is so erotic it is open only to the over 16 year olds!). The Telegraph explains that Shunga  means "spring pictures" but that spring in this connotation is not our interpretation of the word, but is the Japanese euphemism for "sex". Spring pictures are therefore erotic sex pictures! So perhaps be careful in future when you dream up "Spring" names for your spring puppies!</w:t>
      </w:r>
    </w:p>
    <w:p>
      <w:r>
        <w:rPr>
          <w:b w:val="0"/>
          <w:i w:val="0"/>
        </w:rPr>
        <w:t>Ann Britton 01989720665 email bowstones@btinternet.com</w:t>
      </w:r>
    </w:p>
    <w:p>
      <w:r>
        <w:rPr>
          <w:b w:val="0"/>
          <w:i w:val="0"/>
        </w:rPr>
        <w:t>ar olds!). The Telegraph explains that Shunga  means "spring pictures" but that spring in this connotation is not our interpretation of the word, but is the Japanese euphemism for "sex". Spring pictures are therefore erotic sex pictures! So perhaps be careful in future when you dream up "Spring" names for your spring puppies!</w:t>
      </w:r>
    </w:p>
    <w:p>
      <w:r>
        <w:rPr>
          <w:b w:val="0"/>
          <w:i w:val="0"/>
        </w:rPr>
        <w:t>Ann Britton</w:t>
      </w:r>
    </w:p>
    <w:p>
      <w:r>
        <w:rPr>
          <w:b w:val="0"/>
          <w:i w:val="0"/>
        </w:rPr>
        <w:t>01989720665</w:t>
      </w:r>
    </w:p>
    <w:p>
      <w:r>
        <w:rPr>
          <w:b w:val="0"/>
          <w:i w:val="0"/>
        </w:rPr>
        <w:t>bowstones@btinternet.com</w:t>
      </w:r>
    </w:p>
    <w:p>
      <w:r>
        <w:rPr>
          <w:b w:val="0"/>
          <w:i w:val="0"/>
        </w:rPr>
        <w:t>Back to Archive</w:t>
      </w:r>
    </w:p>
    <w:p>
      <w:r>
        <w:rPr>
          <w:b w:val="0"/>
          <w:i w:val="0"/>
        </w:rPr>
        <w:t>Back to Breed Notes Index</w:t>
      </w:r>
    </w:p>
    <w:p>
      <w:r>
        <w:rPr>
          <w:b w:val="0"/>
          <w:i w:val="0"/>
        </w:rPr>
        <w:t>Tel</w:t>
      </w:r>
      <w:r>
        <w:br/>
      </w:r>
      <w:r>
        <w:rPr>
          <w:b w:val="0"/>
          <w:i w:val="0"/>
        </w:rPr>
        <w:br/>
        <w:t>0161 709 4550</w:t>
      </w:r>
      <w:r>
        <w:br/>
      </w:r>
      <w:r>
        <w:rPr>
          <w:b w:val="0"/>
          <w:i w:val="0"/>
        </w:rPr>
        <w:br/>
        <w:t>Advertising</w:t>
      </w:r>
      <w:r>
        <w:br/>
      </w:r>
      <w:r>
        <w:rPr>
          <w:b w:val="0"/>
          <w:i w:val="0"/>
        </w:rPr>
        <w:br/>
        <w:t>0161 709 4576</w:t>
      </w:r>
      <w:r>
        <w:br/>
      </w:r>
      <w:r>
        <w:rPr>
          <w:b w:val="0"/>
          <w:i w:val="0"/>
        </w:rPr>
        <w:br/>
        <w:t>Editorial</w:t>
      </w:r>
      <w:r>
        <w:br/>
      </w:r>
      <w:r>
        <w:rPr>
          <w:b w:val="0"/>
          <w:i w:val="0"/>
        </w:rPr>
        <w:br/>
        <w:t>0161 709 4550</w:t>
      </w:r>
      <w:r>
        <w:br/>
      </w:r>
      <w:r>
        <w:rPr>
          <w:b w:val="0"/>
          <w:i w:val="0"/>
        </w:rPr>
        <w:br/>
        <w:t>Subscriptions</w:t>
      </w:r>
      <w:r>
        <w:br/>
      </w:r>
      <w:r>
        <w:rPr>
          <w:b w:val="0"/>
          <w:i w:val="0"/>
        </w:rPr>
        <w:br/>
        <w:t>0161 709 4559</w:t>
      </w:r>
      <w:r>
        <w:br/>
      </w:r>
      <w:r>
        <w:rPr>
          <w:b w:val="0"/>
          <w:i w:val="0"/>
        </w:rPr>
        <w:br/>
        <w:t>Mail Order</w:t>
      </w:r>
      <w:r>
        <w:br/>
      </w:r>
      <w:r>
        <w:rPr>
          <w:b w:val="0"/>
          <w:i w:val="0"/>
        </w:rPr>
        <w:br/>
        <w:t>0161 709 4562</w:t>
      </w:r>
      <w:r>
        <w:br/>
      </w:r>
      <w:r>
        <w:rPr>
          <w:b w:val="0"/>
          <w:i w:val="0"/>
        </w:rPr>
        <w:br/>
        <w:t>Show Reports</w:t>
      </w:r>
      <w:r>
        <w:br/>
      </w:r>
      <w:r>
        <w:rPr>
          <w:b w:val="0"/>
          <w:i w:val="0"/>
        </w:rPr>
        <w:br/>
        <w:t>0161 709 4571</w:t>
      </w:r>
      <w:r>
        <w:br/>
      </w:r>
      <w:r>
        <w:rPr>
          <w:b w:val="0"/>
          <w:i w:val="0"/>
        </w:rPr>
        <w:br/>
        <w:t>SEND YOUR REPORT</w:t>
      </w:r>
      <w:r>
        <w:br/>
      </w:r>
      <w:r>
        <w:rPr>
          <w:b w:val="0"/>
          <w:i w:val="0"/>
        </w:rPr>
        <w:br/>
        <w:t>Competitions</w:t>
      </w:r>
      <w:r>
        <w:br/>
      </w:r>
      <w:r>
        <w:rPr>
          <w:b w:val="0"/>
          <w:i w:val="0"/>
        </w:rPr>
        <w:br/>
        <w:t>TOP DOG</w:t>
      </w:r>
      <w:r>
        <w:br/>
      </w:r>
      <w:r>
        <w:rPr>
          <w:b w:val="0"/>
          <w:i w:val="0"/>
        </w:rPr>
        <w:br/>
        <w:t>TOP PUPPY</w:t>
      </w:r>
      <w:r>
        <w:br/>
      </w:r>
      <w:r>
        <w:rPr>
          <w:b w:val="0"/>
          <w:i w:val="0"/>
        </w:rPr>
        <w:br/>
        <w:t>TOP BREEDER</w:t>
      </w:r>
      <w:r>
        <w:br/>
      </w:r>
      <w:r>
        <w:rPr>
          <w:b w:val="0"/>
          <w:i w:val="0"/>
        </w:rPr>
        <w:br/>
        <w:t>TOP STUD</w:t>
      </w:r>
      <w:r>
        <w:br/>
      </w:r>
      <w:r>
        <w:rPr>
          <w:b w:val="0"/>
          <w:i w:val="0"/>
        </w:rPr>
        <w:br/>
        <w:t>TOP BROOD</w:t>
      </w:r>
      <w:r>
        <w:br/>
      </w:r>
      <w:r>
        <w:rPr>
          <w:b w:val="0"/>
          <w:i w:val="0"/>
        </w:rPr>
        <w:br/>
        <w:t>Members' Area</w:t>
      </w:r>
      <w:r>
        <w:br/>
      </w:r>
      <w:r>
        <w:rPr>
          <w:b w:val="0"/>
          <w:i w:val="0"/>
        </w:rPr>
        <w:br/>
        <w:t>BREED NOTES</w:t>
      </w:r>
      <w:r>
        <w:br/>
      </w:r>
      <w:r>
        <w:rPr>
          <w:b w:val="0"/>
          <w:i w:val="0"/>
        </w:rPr>
        <w:br/>
        <w:t>CHAMP SHOWS</w:t>
      </w:r>
      <w:r>
        <w:br/>
      </w:r>
      <w:r>
        <w:rPr>
          <w:b w:val="0"/>
          <w:i w:val="0"/>
        </w:rPr>
        <w:br/>
        <w:t>GENERAL SHOWS</w:t>
      </w:r>
      <w:r>
        <w:br/>
      </w:r>
      <w:r>
        <w:rPr>
          <w:b w:val="0"/>
          <w:i w:val="0"/>
        </w:rPr>
        <w:br/>
        <w:t>REGULAR FEATURES</w:t>
      </w:r>
      <w:r>
        <w:br/>
      </w:r>
      <w:r>
        <w:rPr>
          <w:b w:val="0"/>
          <w:i w:val="0"/>
        </w:rPr>
        <w:br/>
        <w:t>DIGITAL EDITION</w:t>
      </w:r>
      <w:r>
        <w:br/>
      </w:r>
      <w:r>
        <w:rPr>
          <w:b w:val="0"/>
          <w:i w:val="0"/>
        </w:rPr>
        <w:br/>
        <w:t>Sign up for our newsletter</w:t>
      </w:r>
      <w:r>
        <w:br/>
      </w:r>
      <w:r>
        <w:rPr>
          <w:b w:val="0"/>
          <w:i w:val="0"/>
        </w:rPr>
        <w:br/>
        <w:t>Follow Us</w:t>
      </w:r>
    </w:p>
    <w:p>
      <w:r>
        <w:rPr>
          <w:b w:val="0"/>
          <w:i w:val="0"/>
        </w:rPr>
        <w:t>© Our Dogs Publishing All Rights Reserved. | Privacy Policy</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