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title: "Labrador Breed Notes - 23 Jan 2004"</w:t>
      </w:r>
      <w:r>
        <w:br/>
      </w:r>
      <w:r>
        <w:rPr>
          <w:b w:val="0"/>
          <w:i w:val="0"/>
        </w:rPr>
        <w:br/>
        <w:t>date_original: "23 Jan 2004"</w:t>
      </w:r>
      <w:r>
        <w:br/>
      </w:r>
      <w:r>
        <w:rPr>
          <w:b w:val="0"/>
          <w:i w:val="0"/>
        </w:rPr>
        <w:br/>
        <w:t>source_url: "https://www.ourdogs.co.uk/members/breednotes/2004/RetrieverLabrador/RetrieverLabrador-jan23.htm"</w:t>
      </w:r>
      <w:r>
        <w:br/>
      </w:r>
      <w:r>
        <w:rPr>
          <w:b w:val="0"/>
          <w:i w:val="0"/>
        </w:rPr>
        <w:br/>
        <w:t>archive_type: "static_html"</w:t>
      </w:r>
      <w:r>
        <w:br/>
      </w:r>
      <w:r>
        <w:rPr>
          <w:b w:val="0"/>
          <w:i w:val="0"/>
        </w:rPr>
        <w:br/>
        <w:t>scraped_at: "2026-09-13T22:13:43"</w:t>
      </w:r>
      <w:r>
        <w:br/>
      </w:r>
      <w:r>
        <w:rPr>
          <w:b w:val="0"/>
          <w:i w:val="0"/>
        </w:rPr>
        <w:br/>
        <w:t>word_count: 1057</w:t>
      </w:r>
    </w:p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Welcome !</w:t>
      </w:r>
    </w:p>
    <w:p>
      <w:r>
        <w:rPr>
          <w:b w:val="0"/>
          <w:i w:val="0"/>
        </w:rPr>
        <w:t>Hello and welcome to the Our Dogs home page.</w:t>
      </w:r>
    </w:p>
    <w:p>
      <w:r>
        <w:rPr>
          <w:b w:val="0"/>
          <w:i w:val="0"/>
        </w:rPr>
        <w:t>Click here</w:t>
      </w:r>
      <w:r>
        <w:br/>
      </w:r>
      <w:r>
        <w:rPr>
          <w:b w:val="0"/>
          <w:i w:val="0"/>
        </w:rPr>
        <w:br/>
        <w:t>to view our welcome page.</w:t>
      </w:r>
    </w:p>
    <w:p>
      <w:r>
        <w:rPr>
          <w:b w:val="0"/>
          <w:i w:val="0"/>
        </w:rPr>
        <w:t>Mobile Site</w:t>
      </w:r>
    </w:p>
    <w:p>
      <w:r>
        <w:rPr>
          <w:b w:val="0"/>
          <w:i w:val="0"/>
        </w:rPr>
        <w:t>Click here</w:t>
      </w:r>
      <w:r>
        <w:br/>
      </w:r>
      <w:r>
        <w:rPr>
          <w:b w:val="0"/>
          <w:i w:val="0"/>
        </w:rPr>
        <w:br/>
        <w:t>to view our mobile site</w:t>
      </w:r>
    </w:p>
    <w:p>
      <w:r>
        <w:rPr>
          <w:b w:val="0"/>
          <w:i w:val="0"/>
        </w:rPr>
        <w:t>Members' Area</w:t>
      </w:r>
      <w:r>
        <w:br/>
      </w:r>
      <w:r>
        <w:rPr>
          <w:b w:val="0"/>
          <w:i w:val="0"/>
        </w:rPr>
        <w:br/>
        <w:t>The Our Dogs Members' Area</w:t>
      </w:r>
    </w:p>
    <w:p>
      <w:r>
        <w:rPr>
          <w:b w:val="0"/>
          <w:i w:val="0"/>
        </w:rPr>
        <w:t>Subscribe to OUR DOGS</w:t>
      </w:r>
    </w:p>
    <w:p>
      <w:r>
        <w:rPr>
          <w:b w:val="0"/>
          <w:i w:val="0"/>
        </w:rPr>
        <w:t>SUBSCRIBE by Direct Debit - Get the weekly issue DELIVERED to your door, the BIGGEST and BEST Our Dogs Annual and FREE access to the Our Dogs Members' Area.</w:t>
      </w:r>
    </w:p>
    <w:p>
      <w:r>
        <w:rPr>
          <w:b w:val="0"/>
          <w:i w:val="0"/>
        </w:rPr>
        <w:t>Read more...</w:t>
      </w:r>
    </w:p>
    <w:p>
      <w:r>
        <w:rPr>
          <w:b w:val="0"/>
          <w:i w:val="0"/>
        </w:rPr>
        <w:t>Online only subscription. Ideal for our readers from overseas.</w:t>
      </w:r>
      <w:r>
        <w:br/>
      </w:r>
      <w:r>
        <w:rPr>
          <w:b w:val="0"/>
          <w:i w:val="0"/>
        </w:rPr>
        <w:br/>
        <w:t>Click here.</w:t>
      </w:r>
      <w:r>
        <w:br/>
      </w:r>
      <w:r>
        <w:rPr>
          <w:b w:val="0"/>
          <w:i w:val="0"/>
        </w:rPr>
        <w:br/>
        <w:t>Choose your subscription option -</w:t>
      </w:r>
      <w:r>
        <w:br/>
      </w:r>
      <w:r>
        <w:rPr>
          <w:b w:val="0"/>
          <w:i w:val="0"/>
        </w:rPr>
        <w:br/>
        <w:t>Click Here</w:t>
      </w:r>
    </w:p>
    <w:p>
      <w:r>
        <w:rPr>
          <w:b w:val="0"/>
          <w:i w:val="0"/>
        </w:rPr>
        <w:t>Our Dogs Online has archives of</w:t>
      </w:r>
      <w:r>
        <w:br/>
      </w:r>
      <w:r>
        <w:rPr>
          <w:b w:val="0"/>
          <w:i w:val="0"/>
        </w:rPr>
        <w:br/>
        <w:t>CHAMP SHOW REPORTS</w:t>
      </w:r>
      <w:r>
        <w:br/>
      </w:r>
      <w:r>
        <w:rPr>
          <w:b w:val="0"/>
          <w:i w:val="0"/>
        </w:rPr>
        <w:br/>
        <w:t>OPEN SHOW REPORTS</w:t>
      </w:r>
      <w:r>
        <w:br/>
      </w:r>
      <w:r>
        <w:rPr>
          <w:b w:val="0"/>
          <w:i w:val="0"/>
        </w:rPr>
        <w:br/>
        <w:t>BREED NOTES</w:t>
      </w:r>
      <w:r>
        <w:br/>
      </w:r>
      <w:r>
        <w:rPr>
          <w:b w:val="0"/>
          <w:i w:val="0"/>
        </w:rPr>
        <w:br/>
        <w:t>REGULAR FEATURES</w:t>
      </w:r>
      <w:r>
        <w:br/>
      </w:r>
      <w:r>
        <w:rPr>
          <w:b w:val="0"/>
          <w:i w:val="0"/>
        </w:rPr>
        <w:br/>
        <w:t>NEWS</w:t>
      </w:r>
      <w:r>
        <w:br/>
      </w:r>
      <w:r>
        <w:rPr>
          <w:b w:val="0"/>
          <w:i w:val="0"/>
        </w:rPr>
        <w:br/>
        <w:t>going back to the beginning of the century.</w:t>
      </w:r>
      <w:r>
        <w:br/>
      </w:r>
      <w:r>
        <w:rPr>
          <w:b w:val="0"/>
          <w:i w:val="0"/>
        </w:rPr>
        <w:br/>
        <w:t>Show Reports are added daily to the website</w:t>
      </w:r>
      <w:r>
        <w:br/>
      </w:r>
      <w:r>
        <w:rPr>
          <w:b w:val="0"/>
          <w:i w:val="0"/>
        </w:rPr>
        <w:br/>
        <w:t>Page turning digital edition</w:t>
      </w:r>
      <w:r>
        <w:br/>
      </w:r>
      <w:r>
        <w:rPr>
          <w:b w:val="0"/>
          <w:i w:val="0"/>
        </w:rPr>
        <w:br/>
        <w:t>Plus much, much more!</w:t>
      </w:r>
    </w:p>
    <w:p>
      <w:r>
        <w:rPr>
          <w:b w:val="0"/>
          <w:i w:val="0"/>
        </w:rPr>
        <w:t>Buy an Issue</w:t>
      </w:r>
      <w:r>
        <w:br/>
      </w:r>
      <w:r>
        <w:rPr>
          <w:b w:val="0"/>
          <w:i w:val="0"/>
        </w:rPr>
        <w:br/>
        <w:t>Direct Debit</w:t>
      </w:r>
      <w:r>
        <w:br/>
      </w:r>
      <w:r>
        <w:rPr>
          <w:b w:val="0"/>
          <w:i w:val="0"/>
        </w:rPr>
        <w:br/>
        <w:t>Dual Subscription</w:t>
      </w:r>
      <w:r>
        <w:br/>
      </w:r>
      <w:r>
        <w:rPr>
          <w:b w:val="0"/>
          <w:i w:val="0"/>
        </w:rPr>
        <w:br/>
        <w:t>Pay Pal</w:t>
      </w:r>
      <w:r>
        <w:br/>
      </w:r>
      <w:r>
        <w:rPr>
          <w:b w:val="0"/>
          <w:i w:val="0"/>
        </w:rPr>
        <w:br/>
        <w:t>Shop</w:t>
      </w:r>
      <w:r>
        <w:br/>
      </w:r>
      <w:r>
        <w:rPr>
          <w:b w:val="0"/>
          <w:i w:val="0"/>
        </w:rPr>
        <w:br/>
        <w:t>Shop Home</w:t>
      </w:r>
      <w:r>
        <w:br/>
      </w:r>
      <w:r>
        <w:rPr>
          <w:b w:val="0"/>
          <w:i w:val="0"/>
        </w:rPr>
        <w:br/>
        <w:t>Breed Books</w:t>
      </w:r>
      <w:r>
        <w:br/>
      </w:r>
      <w:r>
        <w:rPr>
          <w:b w:val="0"/>
          <w:i w:val="0"/>
        </w:rPr>
        <w:br/>
        <w:t>General Books</w:t>
      </w:r>
      <w:r>
        <w:br/>
      </w:r>
      <w:r>
        <w:rPr>
          <w:b w:val="0"/>
          <w:i w:val="0"/>
        </w:rPr>
        <w:br/>
        <w:t>DVDs</w:t>
      </w:r>
      <w:r>
        <w:br/>
      </w:r>
      <w:r>
        <w:rPr>
          <w:b w:val="0"/>
          <w:i w:val="0"/>
        </w:rPr>
        <w:br/>
        <w:t>Annuals</w:t>
      </w:r>
      <w:r>
        <w:br/>
      </w:r>
      <w:r>
        <w:rPr>
          <w:b w:val="0"/>
          <w:i w:val="0"/>
        </w:rPr>
        <w:br/>
        <w:t>Show Calendar</w:t>
      </w:r>
      <w:r>
        <w:br/>
      </w:r>
      <w:r>
        <w:rPr>
          <w:b w:val="0"/>
          <w:i w:val="0"/>
        </w:rPr>
        <w:br/>
        <w:t>Champ Shows Index</w:t>
      </w:r>
      <w:r>
        <w:br/>
      </w:r>
      <w:r>
        <w:rPr>
          <w:b w:val="0"/>
          <w:i w:val="0"/>
        </w:rPr>
        <w:br/>
        <w:t>Show Dates</w:t>
      </w:r>
      <w:r>
        <w:br/>
      </w:r>
      <w:r>
        <w:rPr>
          <w:b w:val="0"/>
          <w:i w:val="0"/>
        </w:rPr>
        <w:br/>
        <w:t>Entries Closing</w:t>
      </w:r>
      <w:r>
        <w:br/>
      </w:r>
      <w:r>
        <w:rPr>
          <w:b w:val="0"/>
          <w:i w:val="0"/>
        </w:rPr>
        <w:br/>
        <w:t>Calendar</w:t>
      </w:r>
      <w:r>
        <w:br/>
      </w:r>
      <w:r>
        <w:rPr>
          <w:b w:val="0"/>
          <w:i w:val="0"/>
        </w:rPr>
        <w:br/>
        <w:t>International Shows</w:t>
      </w:r>
      <w:r>
        <w:br/>
      </w:r>
      <w:r>
        <w:rPr>
          <w:b w:val="0"/>
          <w:i w:val="0"/>
        </w:rPr>
        <w:br/>
        <w:t>Misc</w:t>
      </w:r>
      <w:r>
        <w:br/>
      </w:r>
      <w:r>
        <w:rPr>
          <w:b w:val="0"/>
          <w:i w:val="0"/>
        </w:rPr>
        <w:br/>
        <w:t>Facebook</w:t>
      </w:r>
      <w:r>
        <w:br/>
      </w:r>
      <w:r>
        <w:rPr>
          <w:b w:val="0"/>
          <w:i w:val="0"/>
        </w:rPr>
        <w:br/>
        <w:t>Twitter</w:t>
      </w:r>
      <w:r>
        <w:br/>
      </w:r>
      <w:r>
        <w:rPr>
          <w:b w:val="0"/>
          <w:i w:val="0"/>
        </w:rPr>
        <w:br/>
        <w:t>Contact Us</w:t>
      </w:r>
      <w:r>
        <w:br/>
      </w:r>
      <w:r>
        <w:rPr>
          <w:b w:val="0"/>
          <w:i w:val="0"/>
        </w:rPr>
        <w:br/>
        <w:t>Photgraphers</w:t>
      </w:r>
      <w:r>
        <w:br/>
      </w:r>
      <w:r>
        <w:rPr>
          <w:b w:val="0"/>
          <w:i w:val="0"/>
        </w:rPr>
        <w:br/>
        <w:t>Newsletter...</w:t>
      </w:r>
      <w:r>
        <w:br/>
      </w:r>
      <w:r>
        <w:rPr>
          <w:b w:val="0"/>
          <w:i w:val="0"/>
        </w:rPr>
        <w:br/>
        <w:t>Advertise</w:t>
      </w:r>
      <w:r>
        <w:br/>
      </w:r>
      <w:r>
        <w:rPr>
          <w:b w:val="0"/>
          <w:i w:val="0"/>
        </w:rPr>
        <w:br/>
        <w:t>Breed Features</w:t>
      </w:r>
      <w:r>
        <w:br/>
      </w:r>
      <w:r>
        <w:rPr>
          <w:b w:val="0"/>
          <w:i w:val="0"/>
        </w:rPr>
        <w:br/>
        <w:t>Trade Advertising</w:t>
      </w:r>
      <w:r>
        <w:br/>
      </w:r>
      <w:r>
        <w:rPr>
          <w:b w:val="0"/>
          <w:i w:val="0"/>
        </w:rPr>
        <w:br/>
        <w:t>Breeder Advertising</w:t>
      </w:r>
      <w:r>
        <w:br/>
      </w:r>
      <w:r>
        <w:rPr>
          <w:b w:val="0"/>
          <w:i w:val="0"/>
        </w:rPr>
        <w:br/>
        <w:t>Club Advertising</w:t>
      </w:r>
      <w:r>
        <w:br/>
      </w:r>
      <w:r>
        <w:rPr>
          <w:b w:val="0"/>
          <w:i w:val="0"/>
        </w:rPr>
        <w:br/>
        <w:t>Web Advertising</w:t>
      </w:r>
      <w:r>
        <w:br/>
      </w:r>
      <w:r>
        <w:rPr>
          <w:b w:val="0"/>
          <w:i w:val="0"/>
        </w:rPr>
        <w:br/>
        <w:t>Web Only</w:t>
      </w:r>
      <w:r>
        <w:br/>
      </w:r>
      <w:r>
        <w:rPr>
          <w:b w:val="0"/>
          <w:i w:val="0"/>
        </w:rPr>
        <w:br/>
        <w:t>Direct Debit</w:t>
      </w:r>
      <w:r>
        <w:br/>
      </w:r>
      <w:r>
        <w:rPr>
          <w:b w:val="0"/>
          <w:i w:val="0"/>
        </w:rPr>
        <w:br/>
        <w:t>Web + Paper</w:t>
      </w:r>
      <w:r>
        <w:br/>
      </w:r>
      <w:r>
        <w:rPr>
          <w:b w:val="0"/>
          <w:i w:val="0"/>
        </w:rPr>
        <w:br/>
        <w:t>Pay Pal</w:t>
      </w:r>
      <w:r>
        <w:br/>
      </w:r>
      <w:r>
        <w:rPr>
          <w:b w:val="0"/>
          <w:i w:val="0"/>
        </w:rPr>
        <w:br/>
        <w:t>Buy an issue</w:t>
      </w:r>
      <w:r>
        <w:br/>
      </w:r>
      <w:r>
        <w:rPr>
          <w:b w:val="0"/>
          <w:i w:val="0"/>
        </w:rPr>
        <w:br/>
        <w:t>Members Info</w:t>
      </w:r>
      <w:r>
        <w:br/>
      </w:r>
      <w:r>
        <w:rPr>
          <w:b w:val="0"/>
          <w:i w:val="0"/>
        </w:rPr>
        <w:br/>
        <w:t>Quick</w:t>
      </w:r>
      <w:r>
        <w:br/>
      </w:r>
      <w:r>
        <w:rPr>
          <w:b w:val="0"/>
          <w:i w:val="0"/>
        </w:rPr>
        <w:br/>
        <w:t>Members Index</w:t>
      </w:r>
      <w:r>
        <w:br/>
      </w:r>
      <w:r>
        <w:rPr>
          <w:b w:val="0"/>
          <w:i w:val="0"/>
        </w:rPr>
        <w:br/>
        <w:t>News Archive</w:t>
      </w:r>
      <w:r>
        <w:br/>
      </w:r>
      <w:r>
        <w:rPr>
          <w:b w:val="0"/>
          <w:i w:val="0"/>
        </w:rPr>
        <w:br/>
        <w:t>News</w:t>
      </w:r>
      <w:r>
        <w:br/>
      </w:r>
      <w:r>
        <w:rPr>
          <w:b w:val="0"/>
          <w:i w:val="0"/>
        </w:rPr>
        <w:br/>
        <w:t>Lost Password</w:t>
      </w:r>
      <w:r>
        <w:br/>
      </w:r>
      <w:r>
        <w:rPr>
          <w:b w:val="0"/>
          <w:i w:val="0"/>
        </w:rPr>
        <w:br/>
        <w:t>Facebook</w:t>
      </w:r>
      <w:r>
        <w:br/>
      </w:r>
      <w:r>
        <w:rPr>
          <w:b w:val="0"/>
          <w:i w:val="0"/>
        </w:rPr>
        <w:br/>
        <w:t>Twitter</w:t>
      </w:r>
      <w:r>
        <w:br/>
      </w:r>
      <w:r>
        <w:rPr>
          <w:b w:val="0"/>
          <w:i w:val="0"/>
        </w:rPr>
        <w:br/>
        <w:t>Vulnerable Breeds</w:t>
      </w:r>
      <w:r>
        <w:br/>
      </w:r>
      <w:r>
        <w:rPr>
          <w:b w:val="0"/>
          <w:i w:val="0"/>
        </w:rPr>
        <w:br/>
        <w:t>Our Dogs on the Road</w:t>
      </w:r>
      <w:r>
        <w:br/>
      </w:r>
      <w:r>
        <w:rPr>
          <w:b w:val="0"/>
          <w:i w:val="0"/>
        </w:rPr>
        <w:br/>
        <w:t>Our Dogs Ireland</w:t>
      </w:r>
      <w:r>
        <w:br/>
      </w:r>
      <w:r>
        <w:rPr>
          <w:b w:val="0"/>
          <w:i w:val="0"/>
        </w:rPr>
        <w:br/>
        <w:t>Our Dogs International</w:t>
      </w:r>
      <w:r>
        <w:br/>
      </w:r>
      <w:r>
        <w:rPr>
          <w:b w:val="0"/>
          <w:i w:val="0"/>
        </w:rPr>
        <w:br/>
        <w:t>More links</w:t>
      </w:r>
      <w:r>
        <w:br/>
      </w:r>
      <w:r>
        <w:rPr>
          <w:b w:val="0"/>
          <w:i w:val="0"/>
        </w:rPr>
        <w:br/>
        <w:t>Advertise</w:t>
      </w:r>
      <w:r>
        <w:br/>
      </w:r>
      <w:r>
        <w:rPr>
          <w:b w:val="0"/>
          <w:i w:val="0"/>
        </w:rPr>
        <w:br/>
        <w:t>Breed Note Writers</w:t>
      </w:r>
      <w:r>
        <w:br/>
      </w:r>
      <w:r>
        <w:rPr>
          <w:b w:val="0"/>
          <w:i w:val="0"/>
        </w:rPr>
        <w:br/>
        <w:t>Cookies</w:t>
      </w:r>
      <w:r>
        <w:br/>
      </w:r>
      <w:r>
        <w:rPr>
          <w:b w:val="0"/>
          <w:i w:val="0"/>
        </w:rPr>
        <w:br/>
        <w:t>Podcast</w:t>
      </w:r>
      <w:r>
        <w:br/>
      </w:r>
      <w:r>
        <w:rPr>
          <w:b w:val="0"/>
          <w:i w:val="0"/>
        </w:rPr>
        <w:br/>
        <w:t>Video</w:t>
      </w:r>
      <w:r>
        <w:br/>
      </w:r>
      <w:r>
        <w:rPr>
          <w:b w:val="0"/>
          <w:i w:val="0"/>
        </w:rPr>
        <w:br/>
        <w:t>Joking Aside</w:t>
      </w:r>
      <w:r>
        <w:br/>
      </w:r>
      <w:r>
        <w:rPr>
          <w:b w:val="0"/>
          <w:i w:val="0"/>
        </w:rPr>
        <w:br/>
        <w:t>Vulnerable Breeds - Leaders</w:t>
      </w:r>
      <w:r>
        <w:br/>
      </w:r>
      <w:r>
        <w:rPr>
          <w:b w:val="0"/>
          <w:i w:val="0"/>
        </w:rPr>
        <w:br/>
        <w:t>Web Directory</w:t>
      </w:r>
      <w:r>
        <w:br/>
      </w:r>
      <w:r>
        <w:rPr>
          <w:b w:val="0"/>
          <w:i w:val="0"/>
        </w:rPr>
        <w:br/>
        <w:t>Letters to the Editor</w:t>
      </w:r>
      <w:r>
        <w:br/>
      </w:r>
      <w:r>
        <w:rPr>
          <w:b w:val="0"/>
          <w:i w:val="0"/>
        </w:rPr>
        <w:br/>
        <w:t>Breeder Directory - Old</w:t>
      </w:r>
      <w:r>
        <w:br/>
      </w:r>
      <w:r>
        <w:rPr>
          <w:b w:val="0"/>
          <w:i w:val="0"/>
        </w:rPr>
        <w:br/>
        <w:t>Breeder Directory - New</w:t>
      </w:r>
      <w:r>
        <w:br/>
      </w:r>
      <w:r>
        <w:rPr>
          <w:b w:val="0"/>
          <w:i w:val="0"/>
        </w:rPr>
        <w:br/>
        <w:t>A-Z of Breeds</w:t>
      </w:r>
      <w:r>
        <w:br/>
      </w:r>
      <w:r>
        <w:rPr>
          <w:b w:val="0"/>
          <w:i w:val="0"/>
        </w:rPr>
        <w:br/>
        <w:t>Health</w:t>
      </w:r>
      <w:r>
        <w:br/>
      </w:r>
      <w:r>
        <w:rPr>
          <w:b w:val="0"/>
          <w:i w:val="0"/>
        </w:rPr>
        <w:br/>
        <w:t>Classified - Newspaper</w:t>
      </w:r>
      <w:r>
        <w:br/>
      </w:r>
      <w:r>
        <w:rPr>
          <w:b w:val="0"/>
          <w:i w:val="0"/>
        </w:rPr>
        <w:br/>
        <w:t>Classified - Web</w:t>
      </w:r>
      <w:r>
        <w:br/>
      </w:r>
      <w:r>
        <w:rPr>
          <w:b w:val="0"/>
          <w:i w:val="0"/>
        </w:rPr>
        <w:br/>
        <w:t>Show Photos</w:t>
      </w:r>
      <w:r>
        <w:br/>
      </w:r>
      <w:r>
        <w:rPr>
          <w:b w:val="0"/>
          <w:i w:val="0"/>
        </w:rPr>
        <w:br/>
        <w:t>Top Breeder Compeition</w:t>
      </w:r>
      <w:r>
        <w:br/>
      </w:r>
      <w:r>
        <w:rPr>
          <w:b w:val="0"/>
          <w:i w:val="0"/>
        </w:rPr>
        <w:br/>
        <w:t>Top Puppy Competition</w:t>
      </w:r>
      <w:r>
        <w:br/>
      </w:r>
      <w:r>
        <w:rPr>
          <w:b w:val="0"/>
          <w:i w:val="0"/>
        </w:rPr>
        <w:br/>
        <w:t>Sunday, September 13, 2026</w:t>
      </w:r>
    </w:p>
    <w:p>
      <w:r>
        <w:rPr>
          <w:b w:val="0"/>
          <w:i w:val="0"/>
        </w:rPr>
        <w:t>Search Breed:</w:t>
      </w:r>
      <w:r>
        <w:br/>
      </w:r>
      <w:r>
        <w:rPr>
          <w:b w:val="0"/>
          <w:i w:val="0"/>
        </w:rPr>
        <w:br/>
        <w:t>Adverts: 0161 709 4576 - Editorial: 0161 709 4571</w:t>
      </w:r>
      <w:r>
        <w:br/>
      </w:r>
      <w:r>
        <w:rPr>
          <w:b w:val="0"/>
          <w:i w:val="0"/>
        </w:rPr>
        <w:br/>
        <w:t>Mail Order: 0161 709 4578 - Subs: 0161 709 4575 - Webteam: 0161 709 4567</w:t>
      </w:r>
      <w:r>
        <w:br/>
      </w:r>
      <w:r>
        <w:rPr>
          <w:b w:val="0"/>
          <w:i w:val="0"/>
        </w:rPr>
        <w:br/>
        <w:t>RETRIEVER LABRADOR</w:t>
      </w:r>
    </w:p>
    <w:p>
      <w:r>
        <w:rPr>
          <w:b w:val="0"/>
          <w:i w:val="0"/>
        </w:rPr>
        <w:t>It’s the time of the year for reviewing the new Champions, CC and Junior Warrant Winners of 2003.</w:t>
      </w:r>
    </w:p>
    <w:p>
      <w:r>
        <w:rPr>
          <w:b w:val="0"/>
          <w:i w:val="0"/>
        </w:rPr>
        <w:t>There were a total of 12 new champions made up during the year. 1 Full Champion and 11 Show Champions. Of these, 4 were yellow dogs, 3 were yellow bitches, 3 were black dogs and 2 were black bitches.</w:t>
      </w:r>
    </w:p>
    <w:p>
      <w:r>
        <w:rPr>
          <w:b w:val="0"/>
          <w:i w:val="0"/>
        </w:rPr>
        <w:t>In order of achieving their title they are:</w:t>
      </w:r>
    </w:p>
    <w:p>
      <w:r>
        <w:rPr>
          <w:b w:val="0"/>
          <w:i w:val="0"/>
        </w:rPr>
        <w:t>Bob and Didi Hepworth’s Sh Ch Poolstead Pleased as Punch - yellow dog. Judges - Mr E Gill, Mrs J Harris, Dr MA Mills</w:t>
      </w:r>
    </w:p>
    <w:p>
      <w:r>
        <w:rPr>
          <w:b w:val="0"/>
          <w:i w:val="0"/>
        </w:rPr>
        <w:t>Chris and Clair Mill’s Sh Ch Lembas Lets Get Serious JW –yellow dog . Judges - Mrs MA Floyd, Mr PM Taylor, Mr DJ Nightingale</w:t>
      </w:r>
    </w:p>
    <w:p>
      <w:r>
        <w:rPr>
          <w:b w:val="0"/>
          <w:i w:val="0"/>
        </w:rPr>
        <w:t>Penny Carpanini’s Ch Carpenny Anchorman – yellow dog. Judges - Mr C Mackay, Mrs L Minchella, Miss A Taylor</w:t>
      </w:r>
    </w:p>
    <w:p>
      <w:r>
        <w:rPr>
          <w:b w:val="0"/>
          <w:i w:val="0"/>
        </w:rPr>
        <w:t>Christine Bailiss’s Sh Ch Tissalian Oh Sanchia- yellow bitch . Judges - Mrs G Ek, Mrs DM Hopkinson, Mr MH Reynolds</w:t>
      </w:r>
    </w:p>
    <w:p>
      <w:r>
        <w:rPr>
          <w:b w:val="0"/>
          <w:i w:val="0"/>
        </w:rPr>
        <w:t>Neal’s Sh Ch Amberstope Blue Moon – black dog . Judges - Mr V Cole, Mr GT Allen, Mr RA Floyd</w:t>
      </w:r>
    </w:p>
    <w:p>
      <w:r>
        <w:rPr>
          <w:b w:val="0"/>
          <w:i w:val="0"/>
        </w:rPr>
        <w:t>Diana Beckett and Miss Finey’s Sh Ch Kimvalley Blue Belle - black bitch. Judges - Mrs AL Wynyard, Mr FR Ellison, Mrs MA Sliney</w:t>
      </w:r>
    </w:p>
    <w:p>
      <w:r>
        <w:rPr>
          <w:b w:val="0"/>
          <w:i w:val="0"/>
        </w:rPr>
        <w:t>Penny Carpanini’s Sh Ch Carpenny Whist black bitch –Judges - Mrs A Lavelle, Mr RA Stafford, Mr NG Smith</w:t>
      </w:r>
    </w:p>
    <w:p>
      <w:r>
        <w:rPr>
          <w:b w:val="0"/>
          <w:i w:val="0"/>
        </w:rPr>
        <w:t>Anne Charlotte Dreyfus’s Sh Ch, Int Ch Fr.Nl.Lux Ch Ole – black dog. Judges - Mr G Spagnolo, Mrs AM Britton, Mr A Porter</w:t>
      </w:r>
    </w:p>
    <w:p>
      <w:r>
        <w:rPr>
          <w:b w:val="0"/>
          <w:i w:val="0"/>
        </w:rPr>
        <w:t>Franco Barberi’s Sh Ch.It Ch Ger(VDH) Ch Amber - yellow bitch. .Judges Mrs MR Hewitt, Mrs ME Prior, Mrs HG Wiles-Fone</w:t>
      </w:r>
    </w:p>
    <w:p>
      <w:r>
        <w:rPr>
          <w:b w:val="0"/>
          <w:i w:val="0"/>
        </w:rPr>
        <w:t>Isobel Key’s Sh Ch Keydella Klassic Edition black dog. Judges- Mrs MR Hewitt, Mr AG Taylor, Mrs J Allen</w:t>
      </w:r>
    </w:p>
    <w:p>
      <w:r>
        <w:rPr>
          <w:b w:val="0"/>
          <w:i w:val="0"/>
        </w:rPr>
        <w:t>Lorraine Tooth’s Sh Ch Ludalor Lilly - yellow bitch. Judges - Mrs MS Cuthbert, Mr BR Lowe, Mrs J Cole</w:t>
      </w:r>
    </w:p>
    <w:p>
      <w:r>
        <w:rPr>
          <w:b w:val="0"/>
          <w:i w:val="0"/>
        </w:rPr>
        <w:t>Mark and Jane Rawlinso’ns – Sh Ch Wilsbury Wildfire at Halshimoor - yellow dog. Judges - Miss C Morton, Ms J Pritchard, Mrs M Rooth</w:t>
      </w:r>
    </w:p>
    <w:p>
      <w:r>
        <w:rPr>
          <w:b w:val="0"/>
          <w:i w:val="0"/>
        </w:rPr>
        <w:t>The Junior Warrant winners for 2003 who automatically gain their Stud Book number and whose owners have notified me of the award are:-</w:t>
      </w:r>
    </w:p>
    <w:p>
      <w:r>
        <w:rPr>
          <w:b w:val="0"/>
          <w:i w:val="0"/>
        </w:rPr>
        <w:t>Fiona Braddon’s yellow bitch Trendlewood Play with Fire (Lembas to the Moon and Back JW x TrendlewoodDouble Silk)</w:t>
      </w:r>
    </w:p>
    <w:p>
      <w:r>
        <w:rPr>
          <w:b w:val="0"/>
          <w:i w:val="0"/>
        </w:rPr>
        <w:t>Fiona Braddon’s yellow dog Trendlewood Rocket Man (Lembas to the Moon and Back JW</w:t>
      </w:r>
      <w:r>
        <w:br/>
      </w:r>
      <w:r>
        <w:rPr>
          <w:b w:val="0"/>
          <w:i w:val="0"/>
        </w:rPr>
        <w:br/>
        <w:t>Julie Bruce and Anne Johnson’s yellow Teazledown Moondust (Harrop Harvey Moon x Teazledown Memphis Blues)</w:t>
      </w:r>
    </w:p>
    <w:p>
      <w:r>
        <w:rPr>
          <w:b w:val="0"/>
          <w:i w:val="0"/>
        </w:rPr>
        <w:t>Carole Coode’s yellow bitch Warringah’s Bunya (Sh Ch Warringah’s Digger x Ch Warringah’s Burra)</w:t>
      </w:r>
    </w:p>
    <w:p>
      <w:r>
        <w:rPr>
          <w:b w:val="0"/>
          <w:i w:val="0"/>
        </w:rPr>
        <w:t>Alison Floyd’s yellow bitch Wildwater Paris ((Lembas to the Moon and Back JW x Witherford Anastasia by Wildwater)</w:t>
      </w:r>
    </w:p>
    <w:p>
      <w:r>
        <w:rPr>
          <w:b w:val="0"/>
          <w:i w:val="0"/>
        </w:rPr>
        <w:t>Ms Leney’s black bitch Kymen Token at Ruttlebank (Lembas to the Moon and BackJW xKymin Quicksilver)</w:t>
      </w:r>
    </w:p>
    <w:p>
      <w:r>
        <w:rPr>
          <w:b w:val="0"/>
          <w:i w:val="0"/>
        </w:rPr>
        <w:t>Leigh Lesley’s black bitch Steeleigh American Pie Hawksmoor Webster x Steeleigh Simply Classic</w:t>
      </w:r>
      <w:r>
        <w:br/>
      </w:r>
      <w:r>
        <w:rPr>
          <w:b w:val="0"/>
          <w:i w:val="0"/>
        </w:rPr>
        <w:br/>
        <w:t>Leigh Lesley’s black bitch Steeleigh American Dream (Hawksmoor Webster x Steeleigh Simply Classic)</w:t>
      </w:r>
    </w:p>
    <w:p>
      <w:r>
        <w:rPr>
          <w:b w:val="0"/>
          <w:i w:val="0"/>
        </w:rPr>
        <w:t>Leigh Lesley’s black bitch Steeleigh Star Performer (Keenes Seafarers Star JW x Steeleigh worth the Wait JW)</w:t>
      </w:r>
    </w:p>
    <w:p>
      <w:r>
        <w:rPr>
          <w:b w:val="0"/>
          <w:i w:val="0"/>
        </w:rPr>
        <w:t>Linda Major’s yellow bitch Siskin de la Vigne Nieuil avec Linjor JW ShCm (Imp) (Linjor Seal A La Vigne Nievil xTapeatom Luck be a Lady a la Vigne Nievil)</w:t>
      </w:r>
      <w:r>
        <w:br/>
      </w:r>
      <w:r>
        <w:rPr>
          <w:b w:val="0"/>
          <w:i w:val="0"/>
        </w:rPr>
        <w:br/>
        <w:t>Sue Marskell black bitch Berolee Moons Magic Star (Lembas to the Moon and BackJW x Berolee Black Magic)</w:t>
      </w:r>
    </w:p>
    <w:p>
      <w:r>
        <w:rPr>
          <w:b w:val="0"/>
          <w:i w:val="0"/>
        </w:rPr>
        <w:t>Lynda Miles chocolate dog Llanstinan Llaragub (Sh Ch Rockabee Blue Peter of Sandylands x Susan Said So of Llanstinan)</w:t>
      </w:r>
    </w:p>
    <w:p>
      <w:r>
        <w:rPr>
          <w:b w:val="0"/>
          <w:i w:val="0"/>
        </w:rPr>
        <w:t>Lynda Miles black dog Llanstinan Llewelyn (Sh Ch Rockabee Blue Peter of Sandylands x Susan Said So of Llanstinan)</w:t>
      </w:r>
    </w:p>
    <w:p>
      <w:r>
        <w:rPr>
          <w:b w:val="0"/>
          <w:i w:val="0"/>
        </w:rPr>
        <w:t>Mervyn and Carol Reynolds yellow bitch Carromer’s Too Hot to Handle (Carromers Spitfire x Carromers Sea Breeze)</w:t>
      </w:r>
    </w:p>
    <w:p>
      <w:r>
        <w:rPr>
          <w:b w:val="0"/>
          <w:i w:val="0"/>
        </w:rPr>
        <w:t>Spencer’s yellow bitch Trendlewood Dandelion (Lembas to the Moon and Back JW x TrendlewoodDouble Silk)</w:t>
      </w:r>
    </w:p>
    <w:p>
      <w:r>
        <w:rPr>
          <w:b w:val="0"/>
          <w:i w:val="0"/>
        </w:rPr>
        <w:t>Margaret Woods black dog Dolofon Kestrel of Coleg (Sh Ch Lymelyn Cormorant of Coleg ex Seatallen Inkberry of Zany)</w:t>
      </w:r>
    </w:p>
    <w:p>
      <w:r>
        <w:rPr>
          <w:b w:val="0"/>
          <w:i w:val="0"/>
        </w:rPr>
        <w:t>Looking at this list I see that Lembas to the Moon and Back JW has produced no less than six Junior Warrant winners, which accounts for his winning the Top Sire in the Eukanuba/Our Dogs competition for 2003. Well done.</w:t>
      </w:r>
    </w:p>
    <w:p>
      <w:r>
        <w:rPr>
          <w:b w:val="0"/>
          <w:i w:val="0"/>
        </w:rPr>
        <w:t>Next week I will continue the review with details of all the CC winning males and the following week the bitch CC winners.</w:t>
      </w:r>
    </w:p>
    <w:p>
      <w:r>
        <w:rPr>
          <w:b w:val="0"/>
          <w:i w:val="0"/>
        </w:rPr>
        <w:t>Ann Britton</w:t>
      </w:r>
      <w:r>
        <w:br/>
      </w:r>
      <w:r>
        <w:rPr>
          <w:b w:val="0"/>
          <w:i w:val="0"/>
        </w:rPr>
        <w:br/>
        <w:t>01989 720665</w:t>
      </w:r>
      <w:r>
        <w:br/>
      </w:r>
      <w:r>
        <w:rPr>
          <w:b w:val="0"/>
          <w:i w:val="0"/>
        </w:rPr>
        <w:br/>
        <w:t>bowstones@btinternet.com</w:t>
      </w:r>
    </w:p>
    <w:p>
      <w:r>
        <w:rPr>
          <w:b w:val="0"/>
          <w:i w:val="0"/>
        </w:rPr>
        <w:t>OUR DOGS</w:t>
      </w:r>
      <w:r>
        <w:br/>
      </w:r>
      <w:r>
        <w:rPr>
          <w:b w:val="0"/>
          <w:i w:val="0"/>
        </w:rPr>
        <w:br/>
        <w:t>Northwood House</w:t>
      </w:r>
      <w:r>
        <w:br/>
      </w:r>
      <w:r>
        <w:rPr>
          <w:b w:val="0"/>
          <w:i w:val="0"/>
        </w:rPr>
        <w:br/>
        <w:t>Greenwood Business Centre</w:t>
      </w:r>
      <w:r>
        <w:br/>
      </w:r>
      <w:r>
        <w:rPr>
          <w:b w:val="0"/>
          <w:i w:val="0"/>
        </w:rPr>
        <w:br/>
        <w:t>Regent Road</w:t>
      </w:r>
      <w:r>
        <w:br/>
      </w:r>
      <w:r>
        <w:rPr>
          <w:b w:val="0"/>
          <w:i w:val="0"/>
        </w:rPr>
        <w:br/>
        <w:t>Salford</w:t>
      </w:r>
      <w:r>
        <w:br/>
      </w:r>
      <w:r>
        <w:rPr>
          <w:b w:val="0"/>
          <w:i w:val="0"/>
        </w:rPr>
        <w:br/>
        <w:t>M5 4QH</w:t>
      </w:r>
      <w:r>
        <w:br/>
      </w:r>
      <w:r>
        <w:rPr>
          <w:b w:val="0"/>
          <w:i w:val="0"/>
        </w:rPr>
        <w:br/>
        <w:t>Tel: 0161 709 4576</w:t>
      </w:r>
    </w:p>
    <w:p>
      <w:r>
        <w:rPr>
          <w:b w:val="0"/>
          <w:i w:val="0"/>
        </w:rPr>
        <w:t>THE OUR DOGS WEBSITE</w:t>
      </w:r>
      <w:r>
        <w:br/>
      </w:r>
      <w:r>
        <w:rPr>
          <w:b w:val="0"/>
          <w:i w:val="0"/>
        </w:rPr>
        <w:br/>
        <w:t>is hosted by Resolution Computers</w:t>
      </w:r>
      <w:r>
        <w:br/>
      </w:r>
      <w:r>
        <w:rPr>
          <w:b w:val="0"/>
          <w:i w:val="0"/>
        </w:rPr>
        <w:br/>
        <w:t>For professional website design and hosting,</w:t>
      </w:r>
      <w:r>
        <w:br/>
      </w:r>
      <w:r>
        <w:rPr>
          <w:b w:val="0"/>
          <w:i w:val="0"/>
        </w:rPr>
        <w:br/>
        <w:t>Tel: 0783 667 9594</w:t>
      </w:r>
      <w:r>
        <w:br/>
      </w:r>
      <w:r>
        <w:rPr>
          <w:b w:val="0"/>
          <w:i w:val="0"/>
        </w:rPr>
        <w:br/>
        <w:t>Website: www.rescomp.net</w:t>
      </w:r>
    </w:p>
    <w:p>
      <w:r>
        <w:rPr>
          <w:b w:val="0"/>
          <w:i w:val="0"/>
        </w:rPr>
        <w:t>THE OUR DOGS WEBSITE was designed &amp; is updated</w:t>
      </w:r>
      <w:r>
        <w:br/>
      </w:r>
      <w:r>
        <w:rPr>
          <w:b w:val="0"/>
          <w:i w:val="0"/>
        </w:rPr>
        <w:br/>
        <w:t>by Adam Williams, the Our Dogs webmaster</w:t>
      </w:r>
      <w:r>
        <w:br/>
      </w:r>
      <w:r>
        <w:rPr>
          <w:b w:val="0"/>
          <w:i w:val="0"/>
        </w:rPr>
        <w:br/>
        <w:t>&amp; Chris Hogan, web development</w:t>
      </w:r>
      <w:r>
        <w:br/>
      </w:r>
      <w:r>
        <w:rPr>
          <w:b w:val="0"/>
          <w:i w:val="0"/>
        </w:rPr>
        <w:br/>
        <w:t>Contact: webmaster@ourdogs.co.uk</w:t>
      </w:r>
    </w:p>
    <w:p>
      <w:r>
        <w:rPr>
          <w:b w:val="0"/>
          <w:i w:val="0"/>
        </w:rPr>
        <w:t>© Our Dogs Publishing</w:t>
      </w:r>
      <w:r>
        <w:br/>
      </w:r>
      <w:r>
        <w:rPr>
          <w:b w:val="0"/>
          <w:i w:val="0"/>
        </w:rPr>
        <w:br/>
        <w:t>webmaster@ourdogs.co.uk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