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- 21/04/2023 - ISSUE"</w:t>
      </w:r>
      <w:r>
        <w:br/>
      </w:r>
      <w:r>
        <w:rPr>
          <w:b w:val="0"/>
          <w:i w:val="0"/>
        </w:rPr>
        <w:br/>
        <w:t>date_original: "21/04/2023 - ISSUE"</w:t>
      </w:r>
      <w:r>
        <w:br/>
      </w:r>
      <w:r>
        <w:rPr>
          <w:b w:val="0"/>
          <w:i w:val="0"/>
        </w:rPr>
        <w:br/>
        <w:t>source_url: "https://www.ourdogs.co.uk/members/breednotes/RetrieverLabradorMain.php"</w:t>
      </w:r>
      <w:r>
        <w:br/>
      </w:r>
      <w:r>
        <w:rPr>
          <w:b w:val="0"/>
          <w:i w:val="0"/>
        </w:rPr>
        <w:br/>
        <w:t>scraped_at: "2026-09-13T15:10:17"</w:t>
      </w:r>
      <w:r>
        <w:br/>
      </w:r>
      <w:r>
        <w:rPr>
          <w:b w:val="0"/>
          <w:i w:val="0"/>
        </w:rPr>
        <w:br/>
        <w:t>word_count: 985</w:t>
      </w:r>
    </w:p>
    <w:p>
      <w:r>
        <w:t>――――――――――――――――――――――――――――――</w:t>
      </w:r>
    </w:p>
    <w:p>
      <w:r>
        <w:rPr>
          <w:b w:val="0"/>
          <w:i w:val="0"/>
        </w:rPr>
        <w:t>NEWS MEMBERS' AREA SHOP SUBSCRIBE UPCOMING SHOWS MORE</w:t>
      </w:r>
    </w:p>
    <w:p>
      <w:r>
        <w:rPr>
          <w:b w:val="0"/>
          <w:i w:val="0"/>
        </w:rPr>
        <w:t>RETRIEVER LABRADOR</w:t>
      </w:r>
    </w:p>
    <w:p>
      <w:r>
        <w:rPr>
          <w:b w:val="0"/>
          <w:i w:val="0"/>
        </w:rPr>
        <w:t>Issue: 21/04/2023</w:t>
      </w:r>
    </w:p>
    <w:p>
      <w:r>
        <w:rPr>
          <w:b w:val="0"/>
          <w:i w:val="0"/>
        </w:rPr>
        <w:t>Ann Hoban writes on behalf of West of England Labrador Club Ã¢â‚¬Å"A reminder that although postal entries have now closed, you can still enter on fossedata by Sunday, 23rd April for the West of England Labrador Retriever ClubÃ¢â‚¬â„¢s second Open show of this year.</w:t>
      </w:r>
    </w:p>
    <w:p>
      <w:r>
        <w:rPr>
          <w:b w:val="0"/>
          <w:i w:val="0"/>
        </w:rPr>
        <w:t>The usual venue is at Woolavington Village Hall, nr Bridgewater TA7 8DY on Saturday May 13th &amp; our Judge will be Miss Lucy Rawlinson (Halshimoor)</w:t>
      </w:r>
    </w:p>
    <w:p>
      <w:r>
        <w:rPr>
          <w:b w:val="0"/>
          <w:i w:val="0"/>
        </w:rPr>
        <w:t>Our noteworthy home made refreshments will be available &amp; any contributions towards the raffle would be very welcome.</w:t>
      </w:r>
    </w:p>
    <w:p>
      <w:r>
        <w:rPr>
          <w:b w:val="0"/>
          <w:i w:val="0"/>
        </w:rPr>
        <w:t xml:space="preserve">There will be a Puppy Walk held after the Best Dog Challenge, for pups aged 4-6 months on the 13th May &amp; entries for that can be made on the day. </w:t>
      </w:r>
    </w:p>
    <w:p>
      <w:r>
        <w:rPr>
          <w:b w:val="0"/>
          <w:i w:val="0"/>
        </w:rPr>
        <w:t>We shall look forward to welcoming you!Ã¢â‚¬Â</w:t>
      </w:r>
    </w:p>
    <w:p>
      <w:r>
        <w:rPr>
          <w:b w:val="0"/>
          <w:i w:val="0"/>
        </w:rPr>
        <w:t xml:space="preserve">Midland Counties Lab Club held their championship show at Newark showground on Saturday 15th April. Later that evening, I greatly enjoyed a video of the challenges that Caroline Edwards  kindly posted online and could see what an excellent, spacious and light venue it was. </w:t>
      </w:r>
    </w:p>
    <w:p>
      <w:r>
        <w:rPr>
          <w:b w:val="0"/>
          <w:i w:val="0"/>
        </w:rPr>
        <w:t xml:space="preserve">The judges were Lucy Kent - Dogs, and Carole Reynolds - Bitches. </w:t>
      </w:r>
    </w:p>
    <w:p>
      <w:r>
        <w:rPr>
          <w:b w:val="0"/>
          <w:i w:val="0"/>
        </w:rPr>
        <w:t xml:space="preserve">Best in Show on the referee, Julia LewisÃ¢â‚¬â„¢s  decision was Mrs MeredithÃ¢â‚¬â„¢s black dog Sh Ch Tweedledum off the Record, winning his 4th CC on the day.  That 4th CC is always so satisfying. It just puts the icing on the cake. </w:t>
      </w:r>
    </w:p>
    <w:p>
      <w:r>
        <w:rPr>
          <w:b w:val="0"/>
          <w:i w:val="0"/>
        </w:rPr>
        <w:t>The Res Dog CC went to Janice ClimpsonÃ¢â‚¬â„¢s black Othamcourt Heathcliffe.</w:t>
      </w:r>
    </w:p>
    <w:p>
      <w:r>
        <w:rPr>
          <w:b w:val="0"/>
          <w:i w:val="0"/>
        </w:rPr>
        <w:t xml:space="preserve">The BCC and Best Opposite Sex was won by Paula WoodburnÃ¢â‚¬â„¢s yellow Centenalee Spring Time (BOS), whilst the Hopkinsons won the Bitch Res CC with their yellow Rocheby Serenity </w:t>
      </w:r>
    </w:p>
    <w:p>
      <w:r>
        <w:rPr>
          <w:b w:val="0"/>
          <w:i w:val="0"/>
        </w:rPr>
        <w:t>Making it a very successful day for the Rocheby Kennel, Best Puppy Dog and Best Puppy in Show went  Marion HopkinsonÃ¢â‚¬â„¢s Rocheby Squadron Leader who certainly looked an eye-catching youngster on the video.</w:t>
      </w:r>
    </w:p>
    <w:p>
      <w:r>
        <w:rPr>
          <w:b w:val="0"/>
          <w:i w:val="0"/>
        </w:rPr>
        <w:t>Best Puppy Bitch was Sheila WaltonÃ¢â‚¬â„¢s Gallybob Tamarind (BPIS)</w:t>
      </w:r>
    </w:p>
    <w:p>
      <w:r>
        <w:rPr>
          <w:b w:val="0"/>
          <w:i w:val="0"/>
        </w:rPr>
        <w:t xml:space="preserve">Best Veteran Dog and Best Veteran in show was Jean and Gary JohnsonÃ¢â‚¬â„¢s Sh Ch Cremino Chilly Pepper (BVIS) </w:t>
      </w:r>
    </w:p>
    <w:p>
      <w:r>
        <w:rPr>
          <w:b w:val="0"/>
          <w:i w:val="0"/>
        </w:rPr>
        <w:t>Best Veteran Bitch was Judith CharltonÃ¢â‚¬â„¢s Sh Ch Foxrush Spun Gold JW.</w:t>
      </w:r>
    </w:p>
    <w:p>
      <w:r>
        <w:rPr>
          <w:b w:val="0"/>
          <w:i w:val="0"/>
        </w:rPr>
        <w:t>On the morning of the show, all my necessary tasks for the day were completed early so at 9am I thought, Ã¢â‚¬Å"Why donÃ¢â‚¬â„¢t I drive up to Stafford and pay a visit to Midland Counties Lab Club show?Ã¢â‚¬Â</w:t>
      </w:r>
    </w:p>
    <w:p>
      <w:r>
        <w:rPr>
          <w:b w:val="0"/>
          <w:i w:val="0"/>
        </w:rPr>
        <w:t>Just as I was about to leave, luckily something came up on Facebook, so I quickly scanned through some very recent posts, only to see the MCLRC show was not at Stafford but had moved to Newark, much further away!  In the end I stayed at home. Thank goodness I noticed the changed venue. It would have been a really annoying four hours drive to Stafford and back for nothing</w:t>
      </w:r>
    </w:p>
    <w:p>
      <w:r>
        <w:rPr>
          <w:b w:val="0"/>
          <w:i w:val="0"/>
        </w:rPr>
        <w:t>It seems Labradors countrywide are all moulting. Whilst the birds take the hair they pick up around my garden to line their nests,  one very organised reader puts the dog hair in birds peanut holders, which stops the hair blowing round the garden. She also pointed out an interesting fact, that the birds in her garden prefer yellow hair to black as the yellow hair always goes first. Little choice here, the hair is mainly black! I do spread it over the emerging hostas in the garden, as I note here in the notes every year. It does work! The slugs tend to leave the hostas alone rather than slither over tough Labrador hair.</w:t>
      </w:r>
    </w:p>
    <w:p>
      <w:r>
        <w:rPr>
          <w:b w:val="0"/>
          <w:i w:val="0"/>
        </w:rPr>
        <w:t xml:space="preserve">Our dogs do rather dictate our lives . The day after not going to Midland Counties Labrador club show, I decided to commence pressure washing the terrace outside; a twice yearly job. I got all the equipment ready, lengthy hose pipe on a reel, electric extension cable and heavy ungainly  pressure washer. ItÃ¢â‚¬â„¢s not a job I like. </w:t>
      </w:r>
    </w:p>
    <w:p>
      <w:r>
        <w:rPr>
          <w:b w:val="0"/>
          <w:i w:val="0"/>
        </w:rPr>
        <w:t>Before starting, I wandered down the garden to see what the dogs were doing. They were all missing and very quiet. I only found them like a gang of naughty children, very busy, covered in soil, determinedly on a mission, led by Mabel the terrier, digging ever deepening holes with paws and noses, trying  to get under the existing six foot fence and wire mesh, to the neighbours compost heap the other side, which has probably been the cosy winter/spring home to a rat family.</w:t>
      </w:r>
    </w:p>
    <w:p>
      <w:r>
        <w:rPr>
          <w:b w:val="0"/>
          <w:i w:val="0"/>
        </w:rPr>
        <w:t xml:space="preserve">Some hours later, far from pressure washing the terrace, I had finally installed a partly buried dog proof fence once more, filled up all the holes with stone and installed 8 x5 ft dog run panels which were luckily stored reasonably close by in the dog paddock. I had to drag them into position, they were so heavy; my strength certainly seems to have dwindled thanks to recent Covid. </w:t>
      </w:r>
    </w:p>
    <w:p>
      <w:r>
        <w:rPr>
          <w:b w:val="0"/>
          <w:i w:val="0"/>
        </w:rPr>
        <w:t xml:space="preserve">Job complete, where were the dogs? I looked out from the kitchen window. There they all were, lying in more newly dug soil, examining the new panels, with suspiciously muddy noses, Mabel the terrier, determinedly digging away for England, not to be beaten, looking and pondering how on earth to get through to the compost heap now itÃ¢â‚¬â„¢s access had been so unsportingly blocked off. </w:t>
      </w:r>
    </w:p>
    <w:p>
      <w:r>
        <w:rPr>
          <w:b w:val="0"/>
          <w:i w:val="0"/>
        </w:rPr>
        <w:t>One day soon I really will pressure-wash the terrace!</w:t>
      </w:r>
    </w:p>
    <w:p>
      <w:r>
        <w:rPr>
          <w:b w:val="0"/>
          <w:i w:val="0"/>
        </w:rPr>
        <w:t xml:space="preserve">Ann Britton </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