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- 07/08/2020 - ISSUE"</w:t>
      </w:r>
      <w:r>
        <w:br/>
      </w:r>
      <w:r>
        <w:rPr>
          <w:b w:val="0"/>
          <w:i w:val="0"/>
        </w:rPr>
        <w:br/>
        <w:t>date_original: "07/08/2020 - ISSUE"</w:t>
      </w:r>
      <w:r>
        <w:br/>
      </w:r>
      <w:r>
        <w:rPr>
          <w:b w:val="0"/>
          <w:i w:val="0"/>
        </w:rPr>
        <w:br/>
        <w:t>source_url: "https://www.ourdogs.co.uk/members/breednotes/RetrieverLabradorMain.php"</w:t>
      </w:r>
      <w:r>
        <w:br/>
      </w:r>
      <w:r>
        <w:rPr>
          <w:b w:val="0"/>
          <w:i w:val="0"/>
        </w:rPr>
        <w:br/>
        <w:t>scraped_at: "2026-09-13T15:16:58"</w:t>
      </w:r>
      <w:r>
        <w:br/>
      </w:r>
      <w:r>
        <w:rPr>
          <w:b w:val="0"/>
          <w:i w:val="0"/>
        </w:rPr>
        <w:br/>
        <w:t>word_count: 1863</w:t>
      </w:r>
    </w:p>
    <w:p>
      <w:r>
        <w:t>――――――――――――――――――――――――――――――</w:t>
      </w:r>
    </w:p>
    <w:p>
      <w:r>
        <w:rPr>
          <w:b w:val="0"/>
          <w:i w:val="0"/>
        </w:rPr>
        <w:t>NEWS MEMBERS' AREA SHOP SUBSCRIBE UPCOMING SHOWS MORE</w:t>
      </w:r>
    </w:p>
    <w:p>
      <w:r>
        <w:rPr>
          <w:b w:val="0"/>
          <w:i w:val="0"/>
        </w:rPr>
        <w:t>RETRIEVER LABRADOR</w:t>
      </w:r>
    </w:p>
    <w:p>
      <w:r>
        <w:rPr>
          <w:b w:val="0"/>
          <w:i w:val="0"/>
        </w:rPr>
        <w:t>Issue: 07/08/2020</w:t>
      </w:r>
    </w:p>
    <w:p>
      <w:r>
        <w:rPr>
          <w:b w:val="0"/>
          <w:i w:val="0"/>
        </w:rPr>
        <w:t xml:space="preserve">What should have been one of the busiest weeks of the show calendar has passed quietly with everyone hopefully, still safe and well at home. Paignton, National Gundog and United Retriever Club shows usually occupy the seven early days of August, but not so this year. </w:t>
      </w:r>
    </w:p>
    <w:p>
      <w:r>
        <w:rPr>
          <w:b w:val="0"/>
          <w:i w:val="0"/>
        </w:rPr>
        <w:t xml:space="preserve">I have fond memories of the shows at the old Paignton show ground. At Clyst St Marys the show was set up in a huge spacious field. It was a light hearted social affair like a summer garden party and we thoroughly enjoyed relaxed picnics if the weather was good. There were catering stalls selling local produce including delicious cream teas of which most partook after judging, sitting at the picnic tables provided around the ground. </w:t>
      </w:r>
    </w:p>
    <w:p>
      <w:r>
        <w:rPr>
          <w:b w:val="0"/>
          <w:i w:val="0"/>
        </w:rPr>
        <w:t xml:space="preserve">Generous sized rings were outside and dogs were benched in tents some distance away. Wet weather tents were even more distant from the benching. More often than not the weather was sunny; sometimes it was windy and occasionally it rained and we got soaked. </w:t>
      </w:r>
    </w:p>
    <w:p>
      <w:r>
        <w:rPr>
          <w:b w:val="0"/>
          <w:i w:val="0"/>
        </w:rPr>
        <w:t xml:space="preserve">Our Labrador ring was usually on a sloping part of the show ground with the top half of the large ring flat, but from the middle, it sloped sharply down some two metres or more to the bottom half of the ring, which was also flat. </w:t>
      </w:r>
    </w:p>
    <w:p>
      <w:r>
        <w:rPr>
          <w:b w:val="0"/>
          <w:i w:val="0"/>
        </w:rPr>
        <w:t>In large classes, I recall under one respected judge, now sadly deceased, it paid to get into the ring pretty smartly and find a place to set the dog up on the top, flat part of the ring where the judges table was. Those who were late in the ring, having swapped dogs at the distant benching tent, sometimes found they were on the steep slope or even worse, in the bottom half of the ring.</w:t>
      </w:r>
    </w:p>
    <w:p>
      <w:r>
        <w:rPr>
          <w:b w:val="0"/>
          <w:i w:val="0"/>
        </w:rPr>
        <w:t xml:space="preserve">The particular judge appeared to be troubled on this day by aching joints and sore feet. We soon sussed that for any chance of a card we needed to be in the top flat half of the ring, by the judges table as all the winners were selected from the first few standing there, certainly not from any positioned down the slope or even worse, at the bottom of the ring. </w:t>
      </w:r>
    </w:p>
    <w:p>
      <w:r>
        <w:rPr>
          <w:b w:val="0"/>
          <w:i w:val="0"/>
        </w:rPr>
        <w:t xml:space="preserve">This method of selection clearly was a safety measure and thus the judge completed the judging intact and avoided the risk of traversing the steep slope to look at the dogs standing down at the bottom of the ring, which journey would necessitate a wearying return climb, back up the slope again. </w:t>
      </w:r>
    </w:p>
    <w:p>
      <w:r>
        <w:rPr>
          <w:b w:val="0"/>
          <w:i w:val="0"/>
        </w:rPr>
        <w:t>Relaxed happy days. Not ideal, but no one rioted.</w:t>
      </w:r>
    </w:p>
    <w:p>
      <w:r>
        <w:rPr>
          <w:b w:val="0"/>
          <w:i w:val="0"/>
        </w:rPr>
        <w:t xml:space="preserve">The following poem has been circulating on Facebook. I thought those who hadn't seen it might be amused too. </w:t>
      </w:r>
    </w:p>
    <w:p>
      <w:r>
        <w:rPr>
          <w:b w:val="0"/>
          <w:i w:val="0"/>
        </w:rPr>
        <w:t xml:space="preserve">Subject: WORDSWORTH FOR PENSIONERS </w:t>
      </w:r>
    </w:p>
    <w:p>
      <w:r>
        <w:rPr>
          <w:b w:val="0"/>
          <w:i w:val="0"/>
        </w:rPr>
        <w:t>I wandered lonely as a cloud</w:t>
      </w:r>
    </w:p>
    <w:p>
      <w:r>
        <w:rPr>
          <w:b w:val="0"/>
          <w:i w:val="0"/>
        </w:rPr>
        <w:t>Two metres from the madding crowd</w:t>
      </w:r>
    </w:p>
    <w:p>
      <w:r>
        <w:rPr>
          <w:b w:val="0"/>
          <w:i w:val="0"/>
        </w:rPr>
        <w:t>When all at once my name was called</w:t>
      </w:r>
    </w:p>
    <w:p>
      <w:r>
        <w:rPr>
          <w:b w:val="0"/>
          <w:i w:val="0"/>
        </w:rPr>
        <w:t>To enter Waitrose hallowed hall.</w:t>
      </w:r>
    </w:p>
    <w:p>
      <w:r>
        <w:rPr>
          <w:b w:val="0"/>
          <w:i w:val="0"/>
        </w:rPr>
        <w:t>This was the pensioners' special hour. I'd gone to get a bag of flour.</w:t>
      </w:r>
    </w:p>
    <w:p>
      <w:r>
        <w:rPr>
          <w:b w:val="0"/>
          <w:i w:val="0"/>
        </w:rPr>
        <w:t>But I forgot, when through the door,</w:t>
      </w:r>
    </w:p>
    <w:p>
      <w:r>
        <w:rPr>
          <w:b w:val="0"/>
          <w:i w:val="0"/>
        </w:rPr>
        <w:t>What I had gone to Waitrose for.</w:t>
      </w:r>
    </w:p>
    <w:p>
      <w:r>
        <w:rPr>
          <w:b w:val="0"/>
          <w:i w:val="0"/>
        </w:rPr>
        <w:t>The Waitrose staff are extra kind.</w:t>
      </w:r>
    </w:p>
    <w:p>
      <w:r>
        <w:rPr>
          <w:b w:val="0"/>
          <w:i w:val="0"/>
        </w:rPr>
        <w:t>I told them it had slipped my mind.</w:t>
      </w:r>
    </w:p>
    <w:p>
      <w:r>
        <w:rPr>
          <w:b w:val="0"/>
          <w:i w:val="0"/>
        </w:rPr>
        <w:t>They asked what else I had forgot</w:t>
      </w:r>
    </w:p>
    <w:p>
      <w:r>
        <w:rPr>
          <w:b w:val="0"/>
          <w:i w:val="0"/>
        </w:rPr>
        <w:t>They clearly thought I'd lost the plot.</w:t>
      </w:r>
    </w:p>
    <w:p>
      <w:r>
        <w:rPr>
          <w:b w:val="0"/>
          <w:i w:val="0"/>
        </w:rPr>
        <w:t>I phoned my wife again to ask.</w:t>
      </w:r>
    </w:p>
    <w:p>
      <w:r>
        <w:rPr>
          <w:b w:val="0"/>
          <w:i w:val="0"/>
        </w:rPr>
        <w:t>She reminded me of this special task:</w:t>
      </w:r>
    </w:p>
    <w:p>
      <w:r>
        <w:rPr>
          <w:b w:val="0"/>
          <w:i w:val="0"/>
        </w:rPr>
        <w:t>"I need some flour to bake a cake</w:t>
      </w:r>
    </w:p>
    <w:p>
      <w:r>
        <w:rPr>
          <w:b w:val="0"/>
          <w:i w:val="0"/>
        </w:rPr>
        <w:t>with all that cream you made me take."</w:t>
      </w:r>
    </w:p>
    <w:p>
      <w:r>
        <w:rPr>
          <w:b w:val="0"/>
          <w:i w:val="0"/>
        </w:rPr>
        <w:t>"Ah yes I recall" I had to lie.</w:t>
      </w:r>
    </w:p>
    <w:p>
      <w:r>
        <w:rPr>
          <w:b w:val="0"/>
          <w:i w:val="0"/>
        </w:rPr>
        <w:t>I dared not ask what flower to buy</w:t>
      </w:r>
    </w:p>
    <w:p>
      <w:r>
        <w:rPr>
          <w:b w:val="0"/>
          <w:i w:val="0"/>
        </w:rPr>
        <w:t>But then I saw them next the tills</w:t>
      </w:r>
    </w:p>
    <w:p>
      <w:r>
        <w:rPr>
          <w:b w:val="0"/>
          <w:i w:val="0"/>
        </w:rPr>
        <w:t>a bunch of golden daffodils!</w:t>
      </w:r>
    </w:p>
    <w:p>
      <w:r>
        <w:rPr>
          <w:b w:val="0"/>
          <w:i w:val="0"/>
        </w:rPr>
        <w:t>The Occasional Diary of Mr PepysÃ¢â‚¬â€¹Ã¢â‚¬â€¹Ã¢â‚¬â€¹Ã¢â‚¬â€¹Ã¢â‚¬â€¹Ã¢â‚¬â€¹Ã¢â‚¬â€¹p.xv</w:t>
      </w:r>
    </w:p>
    <w:p>
      <w:r>
        <w:rPr>
          <w:b w:val="0"/>
          <w:i w:val="0"/>
        </w:rPr>
        <w:t>July 11th 1665 (or thereabouts) Ã¢â‚¬â€¹Ã¢â‚¬â€¹Ã¢â‚¬â€¹Ã¢â‚¬â€¹Ã¢â‚¬â€¹Ã¢â‚¬â€¹</w:t>
      </w:r>
    </w:p>
    <w:p>
      <w:r>
        <w:rPr>
          <w:b w:val="0"/>
          <w:i w:val="0"/>
        </w:rPr>
        <w:t>It being a simple Saturday in July it is spitting with rain, causing a fluttering of early-posted sun brollies and a scattering of the loungers thereunder. Master and I, Pepys Ã¢â‚¬â€œ a yellow retriever (yet to be fully recognised in the fancy) having exercised moderately and raised the leverets from their slumbers, do return to our plain domestic dwelling that now boasts a fine new Sun Terrace. Our 'Verandah' is the talk of the town (so I am advised.) I perceive a murmuration of females as we enter the salon which has now been calmly cooled by the clouded rain. Secretively, I snake my way into the comfortable depths of the chaise rattan. I rest my head on the arm, in the jaw-shaped recess that I did chew for the purpose. The executive of the Ladies Committee are in circular session Ã¢â‚¬â€œ suitably spaced about the salon, for they do perch uncomfortably upon Moroccan stools of dense mahogany. The verdicts of the Judges of the Virtuous Canine Exhibition have been delivered by Boris Brougham.</w:t>
      </w:r>
    </w:p>
    <w:p>
      <w:r>
        <w:rPr>
          <w:b w:val="0"/>
          <w:i w:val="0"/>
        </w:rPr>
        <w:t xml:space="preserve">[NB For brevity, the results are set out in the manner of Fosse (Typographers to the King, not Bob the choreographer from the Colonies. Although, is there certain a similarity?) </w:t>
      </w:r>
    </w:p>
    <w:p>
      <w:r>
        <w:rPr>
          <w:b w:val="0"/>
          <w:i w:val="0"/>
        </w:rPr>
        <w:t>Ã¢â‚¬â€¹'Dearest friends,' Mistress Chipping begins. 'Pray attend to the following:-</w:t>
      </w:r>
    </w:p>
    <w:p>
      <w:r>
        <w:rPr>
          <w:b w:val="0"/>
          <w:i w:val="0"/>
        </w:rPr>
        <w:t>Ã¢â‚¬â€¹"PRESSED RELEASE: A VIRTUOUS EXPOSITION OF OUR BELOVED CANINES held on the 14th JUNE 1665 at the follg. venues Ã¢â‚¬â€œ Daphne's Bar on College Row; The Hollow Bottom Guest House; The Rampant Rooster Inn and The Three-legged Lion Hotel. (All be Graded- Excellent. FYI)</w:t>
      </w:r>
    </w:p>
    <w:p>
      <w:r>
        <w:rPr>
          <w:b w:val="0"/>
          <w:i w:val="0"/>
        </w:rPr>
        <w:t>BIS Judge: THE HON. ROYAL CANIN (or his handler)</w:t>
      </w:r>
    </w:p>
    <w:p>
      <w:r>
        <w:rPr>
          <w:b w:val="0"/>
          <w:i w:val="0"/>
        </w:rPr>
        <w:t xml:space="preserve">Group Judges: WINDSOR, D. SM RA (Hounds, Sports &amp; Lapdogs); NEWTON, ISAACFRS (Retrievers, Carriage Dogs &amp; Ratters); LADY PENELOPE M T PENDLETON (AV Sp. Beginners, Imports and Others: incl. Colour not recognised due to smudged image.) Prize Monies etc. 1st: Ten guineas; 2nd: Five guineas; 3rd: One guinea; Reserve: Half-crown; Very Highly Commended: Florin; Highly Commended: Turnip. </w:t>
      </w:r>
    </w:p>
    <w:p>
      <w:r>
        <w:rPr>
          <w:b w:val="0"/>
          <w:i w:val="0"/>
        </w:rPr>
        <w:t>Ã¢â‚¬â€¹"Our estimable Judges objective opinions are appended below together with the placings to avoid unnecessary repetition and allow multiple copying for the purposes of reliable reporting and receivable rectitude in rendering them reliably referable to the regulators residing in Albemarle Mews and Buckingham Place. (Also in OD2 if there be space therein. [Note to Ed. - No need to print all of it!])"</w:t>
      </w:r>
    </w:p>
    <w:p>
      <w:r>
        <w:rPr>
          <w:b w:val="0"/>
          <w:i w:val="0"/>
        </w:rPr>
        <w:t>RESULTS: BEST IN SHOW: White's Corgi (Cardigan) Ã¢â‚¬â€œ Gareth Edwards of Gurwen. A most charming example of this nippy cattle hound. Reynard in expression and tail carriage, ears well-pricked, fine chest with good bow front. Feet large. Fast front-forward moving.</w:t>
      </w:r>
    </w:p>
    <w:p>
      <w:r>
        <w:rPr>
          <w:b w:val="0"/>
          <w:i w:val="0"/>
        </w:rPr>
        <w:t>Ã¢â‚¬â€¹RESERVE BIS: Scott's Dandie Dinmont Ã¢â‚¬â€œ Waverley Rob Roy. Admirable head with silky top-knot showing salt and pepper colouring. Keen determined eye and well-pendulous ears. Long, flexible body with tail of matching colouration and scimitar in shape. Moved fast so we lost him for a while (but he returned safely, eventually.)</w:t>
      </w:r>
    </w:p>
    <w:p>
      <w:r>
        <w:rPr>
          <w:b w:val="0"/>
          <w:i w:val="0"/>
        </w:rPr>
        <w:t xml:space="preserve">Ã¢â‚¬â€¹BEST BITCH:Ã¢â‚¬â€¹ Montacute's Black Retriever Ã¢â‚¬â€œ BeyoncÃƒÂ© of Barbados. Way Hey Hey! If this was the 20th Cent., she would be a pop-star. Most beguiling of expressions, lovely eyes with a hue of the warmest hazel, body well arched with deep round chest and sound rump. Prettily dressed in the finest feathering. Rhythmic, racy and light of foot. </w:t>
      </w:r>
    </w:p>
    <w:p>
      <w:r>
        <w:rPr>
          <w:b w:val="0"/>
          <w:i w:val="0"/>
        </w:rPr>
        <w:t>Ã¢â‚¬â€¹BEST WHELP: Scrimshanks' Persil Terrier Ã¢â‚¬â€œ Diamond Lil of Portsmouth. Typical head necessary for the pursuit of vermin with the gaze of a sniper. Good V-shaped ears. Hindquarters strong and free of droop or crouch with definitely no 'pipe-stopper' tail here, which is objectionable. One the judge will probably take home (only joking!)</w:t>
      </w:r>
    </w:p>
    <w:p>
      <w:r>
        <w:rPr>
          <w:b w:val="0"/>
          <w:i w:val="0"/>
        </w:rPr>
        <w:t>Ã¢â‚¬â€¹BEST OLD DOG: Brown's Bloodhound Ã¢â‚¬â€œ Sherlock at Holmes. Enjoying his day out provided he gets the back seat in the carriage and a cut of rump when he gets home. He reminds me of my Headmaster at Rugby although probably more agreeable in manner and less stinky.</w:t>
      </w:r>
    </w:p>
    <w:p>
      <w:r>
        <w:rPr>
          <w:b w:val="0"/>
          <w:i w:val="0"/>
        </w:rPr>
        <w:t>Ã¢â‚¬â€¹SP. BEGINNER: Messrs. Ever &amp; Rest's Blenheim CKCS Ã¢â‚¬â€œ Rusty Rivett of Ironbridge. Sweetest of temperament. Exhibits a tendency to roll-over perpetually resulting in a tangling of show-leads. Good chestnut colouring with well-placed spot and well-maned. Has an excellent cobby body when finally agreeing to be handled.</w:t>
      </w:r>
    </w:p>
    <w:p>
      <w:r>
        <w:rPr>
          <w:b w:val="0"/>
          <w:i w:val="0"/>
        </w:rPr>
        <w:t>Ã¢â‚¬â€¹IMPORTS &amp; OTHER: Oodlehofen's Edam Churn Dog Ã¢â‚¬â€œ White Van Yodel. Absolutely stunning with such a cutie cutie expression. Correct handbag size, goes for ages without a wee. Sadly becoming quite rare due to the advance of eco-power churning by modern windmill technology. (sig. PMT)</w:t>
      </w:r>
    </w:p>
    <w:p>
      <w:r>
        <w:rPr>
          <w:b w:val="0"/>
          <w:i w:val="0"/>
        </w:rPr>
        <w:t xml:space="preserve">Ã¢â‚¬â€¹BEST JUNIOR: Wisdom's Normandy Spaniel Ã¢â‚¬â€œ Norman the Conkerer. One for the record books (1066 and all that.) Love his attentive eye and workman-like attitude. Eye colour of brown ale well matching his coat colouring. Square in outline and presses at a fast gait. Showed well on chipolata sausages. </w:t>
      </w:r>
    </w:p>
    <w:p>
      <w:r>
        <w:rPr>
          <w:b w:val="0"/>
          <w:i w:val="0"/>
        </w:rPr>
        <w:t>Ã¢â‚¬â€¹BEST MAIDEN: Picasso's Ecstasy (Disq. - Entered in wrong class Ã¢â‚¬â€œ refer to T. Emin)</w:t>
      </w:r>
    </w:p>
    <w:p>
      <w:r>
        <w:rPr>
          <w:b w:val="0"/>
          <w:i w:val="0"/>
        </w:rPr>
        <w:t>Ã¢â‚¬â€¹BEST TYRO:Ã¢â‚¬â€¹ Boz's Bull Terrier - Bulls-Eye. A gentlemanly dog wearing an immaculately white coat and an expensive silver collar. Noble head. Keen eye. Sharp teeth. Body strong and muscled with good tail, fine and set low (NB. Not 'all-of-a-twist')</w:t>
      </w:r>
    </w:p>
    <w:p>
      <w:r>
        <w:rPr>
          <w:b w:val="0"/>
          <w:i w:val="0"/>
        </w:rPr>
        <w:t>Ã¢â‚¬â€¹DEBUTANTE: (Royally presented but did not stay for BIS)</w:t>
      </w:r>
    </w:p>
    <w:p>
      <w:r>
        <w:rPr>
          <w:b w:val="0"/>
          <w:i w:val="0"/>
        </w:rPr>
        <w:t>Ã¢â‚¬â€¹GRADUATE:Ã¢â‚¬â€¹ (All gone to Spain)</w:t>
      </w:r>
    </w:p>
    <w:p>
      <w:r>
        <w:rPr>
          <w:b w:val="0"/>
          <w:i w:val="0"/>
        </w:rPr>
        <w:t>Ã¢â‚¬â€¹DOCTORATE: (All furloughed)Ã¢â‚¬â€¹Ã¢â‚¬â€¹(sig. W. D. Ã¢â‚¬â€œ I. N. - PMT)</w:t>
      </w:r>
    </w:p>
    <w:p>
      <w:r>
        <w:rPr>
          <w:b w:val="0"/>
          <w:i w:val="0"/>
        </w:rPr>
        <w:t>Copies to:-</w:t>
      </w:r>
    </w:p>
    <w:p>
      <w:r>
        <w:rPr>
          <w:b w:val="0"/>
          <w:i w:val="0"/>
        </w:rPr>
        <w:t>Presd.; Chairman; Vice-Chair.; Hon. Secretary; Purser; Kennel Club (2); Our Dogs.</w:t>
      </w:r>
    </w:p>
    <w:p>
      <w:r>
        <w:rPr>
          <w:b w:val="0"/>
          <w:i w:val="0"/>
        </w:rPr>
        <w:t>[Sub. Editor's note: I bet you all read this as though it was a real show. LOL</w:t>
      </w:r>
    </w:p>
    <w:p>
      <w:r>
        <w:rPr>
          <w:b w:val="0"/>
          <w:i w:val="0"/>
        </w:rPr>
        <w:t xml:space="preserve">There is a pause for applause. (Applause) Mistress Chipping dips a trim curtsey in rueful acknowledgement. I, Pepys the Labrador, ensconced as I am in curtained comfort, do sense a surfeit of sceptical scrutiny as the magnitude of the mission, so succinctly delivered, is digested. Lady Pendleton begs to cough, a paroxysm only broken by the deferential appearance of our reliable retainer Camborne. I watch covertly while, at his insistence, the Ladies retire to the damp dining room for a light supper where they dine upon soles and oysters and boiled fowl, followed by a goodly selection of whiffy orange cheeses from the Low Countries." </w:t>
      </w:r>
    </w:p>
    <w:p>
      <w:r>
        <w:rPr>
          <w:b w:val="0"/>
          <w:i w:val="0"/>
        </w:rPr>
        <w:t xml:space="preserve">As ever, thank you Mr Pepys.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