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- 03/10/2014 - ISSUE"</w:t>
      </w:r>
      <w:r>
        <w:br/>
      </w:r>
      <w:r>
        <w:rPr>
          <w:b w:val="0"/>
          <w:i w:val="0"/>
        </w:rPr>
        <w:br/>
        <w:t>date_original: "03/10/2014 - ISSUE"</w:t>
      </w:r>
      <w:r>
        <w:br/>
      </w:r>
      <w:r>
        <w:rPr>
          <w:b w:val="0"/>
          <w:i w:val="0"/>
        </w:rPr>
        <w:br/>
        <w:t>source_url: "https://www.ourdogs.co.uk/members/breednotes/RetrieverLabradorMain.php"</w:t>
      </w:r>
      <w:r>
        <w:br/>
      </w:r>
      <w:r>
        <w:rPr>
          <w:b w:val="0"/>
          <w:i w:val="0"/>
        </w:rPr>
        <w:br/>
        <w:t>scraped_at: "2026-09-13T15:33:14"</w:t>
      </w:r>
      <w:r>
        <w:br/>
      </w:r>
      <w:r>
        <w:rPr>
          <w:b w:val="0"/>
          <w:i w:val="0"/>
        </w:rPr>
        <w:br/>
        <w:t>word_count: 870</w:t>
      </w:r>
    </w:p>
    <w:p>
      <w:r>
        <w:t>――――――――――――――――――――――――――――――</w:t>
      </w:r>
    </w:p>
    <w:p>
      <w:r>
        <w:rPr>
          <w:b w:val="0"/>
          <w:i w:val="0"/>
        </w:rPr>
        <w:t>NEWS MEMBERS' AREA SHOP SUBSCRIBE UPCOMING SHOWS MORE</w:t>
      </w:r>
    </w:p>
    <w:p>
      <w:r>
        <w:rPr>
          <w:b w:val="0"/>
          <w:i w:val="0"/>
        </w:rPr>
        <w:t>RETRIEVER LABRADOR</w:t>
      </w:r>
    </w:p>
    <w:p>
      <w:r>
        <w:rPr>
          <w:b w:val="0"/>
          <w:i w:val="0"/>
        </w:rPr>
        <w:t>Issue: 03/10/2014</w:t>
      </w:r>
    </w:p>
    <w:p>
      <w:r>
        <w:rPr>
          <w:b w:val="0"/>
          <w:i w:val="0"/>
        </w:rPr>
        <w:t>The Yellow Labrador Club held a memorable 40th Championship show midweek at the Sports Connection, Ryton, near Coventry. For once, I thought the pale blue walls of the Sports Connection seemed somewhat less chilly in appearance, my opinion based on my recent visit to SKC where in contrast, the hall at Ingleson, had black painted walls and ceiling and were to my mind thoroughly grim and depressing. With reference to that same Black Hall, it was most interesting to note on TV that the final count and announcement of the result in the Scottish Referendum was carried out in that very same hall as used for the Labrador judging at SKC.</w:t>
      </w:r>
    </w:p>
    <w:p>
      <w:r>
        <w:rPr>
          <w:b w:val="0"/>
          <w:i w:val="0"/>
        </w:rPr>
        <w:t>The Yellow championship show is always a very pleasant, welcoming show, run by the quietly efficient team of committee members headed by Richard Wiles Chairman and Sussie Wiles Secretary. Competition is open to all recognised colours of Labradors, blacks, yellows and chocolates, whereas the clubs springtime Open show is exclusively for yellow Labradors only.</w:t>
      </w:r>
    </w:p>
    <w:p>
      <w:r>
        <w:rPr>
          <w:b w:val="0"/>
          <w:i w:val="0"/>
        </w:rPr>
        <w:t>The judges were Dan Ericsson (Dogs) and Linda Sutcliffe (Bitches) with Club Secretary Sussie Wiles as referee. There was a joint entry of 292 dogs and bitches. Linda Sutcliffe is scheduled to judge Dogs at Crufts next year.</w:t>
      </w:r>
    </w:p>
    <w:p>
      <w:r>
        <w:rPr>
          <w:b w:val="0"/>
          <w:i w:val="0"/>
        </w:rPr>
        <w:t>The Dog CC and Best in Show on the referee's decision was Richard Stafford's yellow, winner of the Special Open Yellow class,  Sh Ch Farnfield Topo Gigio JW ShCM (Multi Ch Charm Bluveil Mr Darcy x Sh Ch Kimvalley Star Attraction of Farnfield JW ShCM). The Dog RCC and Reserve Best in Show, once again on the referees decision, went to Tierry Onkelinx's yellow winner of the Open class, Bel Jun Ch Leonardo of Angels Head who had made the trip from Belgium (Multi Ch Loch Mor Romeo x Multi Ch Gitane of Angels Head).</w:t>
      </w:r>
    </w:p>
    <w:p>
      <w:r>
        <w:rPr>
          <w:b w:val="0"/>
          <w:i w:val="0"/>
        </w:rPr>
        <w:t>The Bitch CC, her third was won by Louise Lewis's yellow Limit winner, Crammondkirk's Morning Mist (Sh Ch Stormrose Morning Jewel JW ShCM x Sh Ch Suttonpark Simone at Crammondkirk) whilst the Bitch RCC went to my own Open class winner, Sh Ch Martinstide Pastiche of Bowstones JW (Sh Ch Rocheby Statesman x Martinstide Patchwork). Best puppy was Marion Hopkinson's yellow Maiden Bitch winner, Rocheby Sweet Sensation (Rocheby Town Cryer x Rocheby Wild Snowdrop).</w:t>
      </w:r>
    </w:p>
    <w:p>
      <w:r>
        <w:rPr>
          <w:b w:val="0"/>
          <w:i w:val="0"/>
        </w:rPr>
        <w:t>Crammondkirk's Morning Mist is Louise Lewis's second Labrador champion but her first very exciting home-bred one. She won her first CC from Lynda Miles at LKA 2013, her second at East of England 2014 under Moray Armstrong and her third at the Yellow Lab Club 2014 under Linda Sutcliffe. Well done.</w:t>
      </w:r>
    </w:p>
    <w:p>
      <w:r>
        <w:rPr>
          <w:b w:val="0"/>
          <w:i w:val="0"/>
        </w:rPr>
        <w:t>The Harold and Margaret Clayton Memorial Stakes at the end of the day was well supported, probably due to the extremely generous prize money of Â£30 for first, Â£25 for second, down to Â£5 for seventh place. The class was judged by Michael Hewitt and was won by Carole Reynolds black dog Carromer Blue Lagoon.</w:t>
      </w:r>
    </w:p>
    <w:p>
      <w:r>
        <w:rPr>
          <w:b w:val="0"/>
          <w:i w:val="0"/>
        </w:rPr>
        <w:t>Three days later, across the water, Belfast championship show saw Zena Thorn-Andrews going over an entry of just 35 dogs and bitches in eleven classes. Here David Coode did the double with Warringahs Perth JW winning the Dog CC, his second in as many weeks and his black kennelmate, Warringahs Merriwagga JW (Beechcroft Pardon Me Sir x Warringah's Kurri Kurri) winning her crowning third Bitch CC and BOB. The Dog RCC went to Richard Staffords yellow Sh Ch Farnfield Topo Gigio JW Sh CM fresh from winning BIS at the Yellows three days previously. The Bitch RCC was won by Mr Hughes Taughblane Express Time and Best Puppy was Miss K Druggans yellow, Micah Pod Napieciem at Balladoole (Imp)</w:t>
      </w:r>
    </w:p>
    <w:p>
      <w:r>
        <w:rPr>
          <w:b w:val="0"/>
          <w:i w:val="0"/>
        </w:rPr>
        <w:t>Warringahs Perth topped a good day by winning the Junior Stakes with hopefully a good contribution towards the overnight ferry ticket back home as his prize.</w:t>
      </w:r>
    </w:p>
    <w:p>
      <w:r>
        <w:rPr>
          <w:b w:val="0"/>
          <w:i w:val="0"/>
        </w:rPr>
        <w:t>Warringah's Merriwagga won her first CC at Lab Club of Wales 2013, her second at Paignton 2014 under Anthony Allen and her third in Belfast under Zena Thorne- Andrews. This win brought the kennels total of CCs up to 102 CCs and 102 RCCs.</w:t>
      </w:r>
    </w:p>
    <w:p>
      <w:r>
        <w:rPr>
          <w:b w:val="0"/>
          <w:i w:val="0"/>
        </w:rPr>
        <w:t>The following day Kent Surrey and Sussex held their Open show. The Judge was Mandy Stewart and. Best in Show was Gary Johnsons yellow bitch Cremino Cobnut .</w:t>
      </w:r>
    </w:p>
    <w:p>
      <w:r>
        <w:rPr>
          <w:b w:val="0"/>
          <w:i w:val="0"/>
        </w:rPr>
        <w:t>Remember it is now time to get the best photos of your dogs taken, ready for submission to the breed club Yearbook editors. These yearbooks are important records for the future, so do make sure the photo you send in really does credit to your dog or bitch and won't make you cringe when you look back and see it sometime in the future.</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