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Oct 2009"</w:t>
      </w:r>
      <w:r>
        <w:br/>
      </w:r>
      <w:r>
        <w:rPr>
          <w:b w:val="0"/>
          <w:i w:val="0"/>
        </w:rPr>
        <w:br/>
        <w:t>date_original: "16 Oct 2009"</w:t>
      </w:r>
      <w:r>
        <w:br/>
      </w:r>
      <w:r>
        <w:rPr>
          <w:b w:val="0"/>
          <w:i w:val="0"/>
        </w:rPr>
        <w:br/>
        <w:t>source_url: "https://www.ourdogs.co.uk/members/breednotes/2009/RetrieverLabrador/RetrieverLabrador-oct16.htm"</w:t>
      </w:r>
      <w:r>
        <w:br/>
      </w:r>
      <w:r>
        <w:rPr>
          <w:b w:val="0"/>
          <w:i w:val="0"/>
        </w:rPr>
        <w:br/>
        <w:t>archive_type: "static_html"</w:t>
      </w:r>
      <w:r>
        <w:br/>
      </w:r>
      <w:r>
        <w:rPr>
          <w:b w:val="0"/>
          <w:i w:val="0"/>
        </w:rPr>
        <w:br/>
        <w:t>scraped_at: "2026-09-13T22:03:30"</w:t>
      </w:r>
      <w:r>
        <w:br/>
      </w:r>
      <w:r>
        <w:rPr>
          <w:b w:val="0"/>
          <w:i w:val="0"/>
        </w:rPr>
        <w:br/>
        <w:t>word_count: 1571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of Wales is holding a show Gundog Working Day for AV Retrievers on Thursday November 19th at Llancarfan, Vale of Glamorgan under Kennel Club Rules and Field Trial regulations. Those retrievers eligible are CC winners, Championship show first prize winners and those who are, or have been, Crufts qualified. The day will consist of training and testing leading to the award of the Show Gundog Working Certificate to those retrievers who complete the tests to the satisfaction of the judges. Entry is limited to 15 dogs and entries, which must be returned by 5th November 2009, will be accepted in the order in which they are received. The Entry fee is - Members £25. Non Members £35. Meet at 9.00am for 9.30am. Contact Labrador Club of Wales Secretary, Margaret Barker, Haulwen, Church Lane, Nantgarw, Cardiff CF15 7TQ tel 01443842585 for entry forms and full information. Prospective entrants are advised to read the KC pamphlet on the Show Gundog Working Day available to download at www.thekennelclub.org.uk/download/238/sgwc.pdf</w:t>
      </w:r>
    </w:p>
    <w:p>
      <w:r>
        <w:rPr>
          <w:b w:val="0"/>
          <w:i w:val="0"/>
        </w:rPr>
        <w:t>The stores are filling up with Christmas goods, so perhaps it is now time to remind you to once again to support Labrador Rescue by purchasing their Christmas cards and beautiful Calendars, or just sending a donation. Veterinary bills for the rescue-dogs mount up; donations are quickly absorbed and never stretch quite far enough, so whatever you can spare is greatly appreciated.</w:t>
      </w:r>
      <w:r>
        <w:br/>
      </w:r>
      <w:r>
        <w:rPr>
          <w:b w:val="0"/>
          <w:i w:val="0"/>
        </w:rPr>
        <w:br/>
        <w:t>One hard-working rescue charity is Labrador Rescue North West who have produced the most attractive A4 sized, 2010 colour calendar, depicting happy dogs who have, at last, found sanctuary and lovely homes where they are adored, through the rescue scheme. I especially like the photo of the dear old yellow dog on the front cover. Of a venerable age, he is lying down, looking head on at the camera lens, relaxed, happy and rather pleased, to be “a page one boy” at last ! He reminds me of my dear 14year old Carruthers; a typical good natured, elderly yellow dog, who still loves posing for the camera.</w:t>
      </w:r>
    </w:p>
    <w:p>
      <w:r>
        <w:rPr>
          <w:b w:val="0"/>
          <w:i w:val="0"/>
        </w:rPr>
        <w:t>Contact Glenys Fryer on 01257452500/451143 for details of cards and calendars and do please visit their website www.homealabrador.net and www.labradoraid.co.uk to see more of the work the charity carries out. The address is Labrador Rescue, Malt Kiln Farm, Tincklers Lane, Eccleston, Chorley PR75QY.</w:t>
      </w:r>
    </w:p>
    <w:p>
      <w:r>
        <w:rPr>
          <w:b w:val="0"/>
          <w:i w:val="0"/>
        </w:rPr>
        <w:t>Allen was certainly the surname to have at Driffield Championship Show where Labradors were judged by Gordon Haran. Dog CC and Best of Breed was the 2 year old yellow, Sh Ch Brockburrow Cassanova In Linjor JW Sh.CM (Linjor Valentino Jw Sh CM x Eneleon Amethyst), owned by Linda Harvey Major and Mrs A Allen, whilst another Allen, this time the ‘Allenies’ Allen family, won the Dog RCC with their 4 year old yellow, Sh Ch Allenies Maverick JW (Sh.CM Allenies MacCallum JW x Allenies Graceful). This must be one of his lucky shows as he won his 4th CC at Driffield last year. Completing rather a good day the same Allen family and Richard Bott then won the Bitch CC with Allenies Ophelia (Rocheby Old Smokey x Allenies MacHattie).</w:t>
      </w:r>
    </w:p>
    <w:p>
      <w:r>
        <w:rPr>
          <w:b w:val="0"/>
          <w:i w:val="0"/>
        </w:rPr>
        <w:t>The Bitch RCC went to Linda McGillivrays yellow, Sh Ch Antonine Allure JW.(Sh Ch Ramsayville Route Sixty Six x Trailblazer of Antonine) (actually you can make an anagram out of Antonine Allures name turning that into the lucky at Driffield 2009 name, Allen, too!), whilst Best Puppy was Judith Charltons yellow bitch Foxrush Scarlet O’Hara.</w:t>
      </w:r>
    </w:p>
    <w:p>
      <w:r>
        <w:rPr>
          <w:b w:val="0"/>
          <w:i w:val="0"/>
        </w:rPr>
        <w:t>(Rocheby State Occasion x Foxrush Old Gold).</w:t>
      </w:r>
      <w:r>
        <w:br/>
      </w:r>
      <w:r>
        <w:rPr>
          <w:b w:val="0"/>
          <w:i w:val="0"/>
        </w:rPr>
        <w:br/>
        <w:t>The following day Northumberland and Durham LRC held their championship show at a new venue, Hexham Auction Mart. Richard Edwards judged Dogs and first time championship judge, Karen Powell took on the bitches. The winners were Dog CC and Best in show Marion and David Hopkinsons Rocheby State Occasion, (Rocheby Old Smokey x Brambleridge Rave Review of Bridgeford) who won his all important 3rd CC on the day, thus becoming the Rocheby kennels third champion of 2009.</w:t>
      </w:r>
    </w:p>
    <w:p>
      <w:r>
        <w:rPr>
          <w:b w:val="0"/>
          <w:i w:val="0"/>
        </w:rPr>
        <w:t>The Dog RCC was won by Les Brabbans yellow, Sh Ch Cambremer Craftsman (Rocheby Old Smokey x Sh Ch Cambremer Call My Bluff). The Bitch CC was a first CC for David Coodes 3 year old black, Warringah’s Karkirri (Charway Water Reed at Brigburn x Warringah’s Skai). The Bitch RCC winner was, I am told, Halshimoor High Five to Fulwell. Best Puppy was once again Judith Charltons, yellow bitch Foxrush Scarlet O’Hara (Rocheby State Occasion x Foxrush Old Gold). Leigh Lesley was thrilled to win the Undergraduate class with Steeleigh Hot Shot, thus completing her Junior Warrant. Well done!</w:t>
      </w:r>
    </w:p>
    <w:p>
      <w:r>
        <w:rPr>
          <w:b w:val="0"/>
          <w:i w:val="0"/>
        </w:rPr>
        <w:t>The following Thursday saw us gathered at Builth Wells on a freezing cold morning for outside judging at 9am in an open sided shed at SWKA Championship show. Phew it was so bitterly cold. The location of Builth in the heart of mid Wales, has always meant that early starts are never easy for exhibitors. It is so difficult to get past farm traffic en route, hence the 9am scheduled start must certainly have had a bad effect on the entry number which came in at only 134 dogs and bitches. Taking away the 30 absentees on the day, only 104 dogs and bitches were present to be judged, so at least we were back home early.</w:t>
      </w:r>
    </w:p>
    <w:p>
      <w:r>
        <w:rPr>
          <w:b w:val="0"/>
          <w:i w:val="0"/>
        </w:rPr>
        <w:t>The journey to Builth was beautiful, bar being stuck behind slow vehicles on the narrow winding roads, but everywhere looked so pretty; the sun shone in a clear, bright blue sky and the leaves on the trees were showing their glorious autumnal colours. Sadly the sun disappeared about ten miles from Builth to be replaced by thick low cloud, mist and raw chill, at just 3ºC; hence the shock of finding on our arrival that we were to be judged outside when we had all believed judging would be indoors. Luckily we had coats and hats in the car, which made things bearable, but some were still in summer gear and froze all morning.</w:t>
      </w:r>
    </w:p>
    <w:p>
      <w:r>
        <w:rPr>
          <w:b w:val="0"/>
          <w:i w:val="0"/>
        </w:rPr>
        <w:t>It was ironic that the Golden Retriever exhibitors whose dogs were judged indoors, adjacent to our outdoor rings, were complaining of the cold indoors. We thought that if they didn’t like it, they should try it outside next time; then they really would have something to moan about!</w:t>
      </w:r>
    </w:p>
    <w:p>
      <w:r>
        <w:rPr>
          <w:b w:val="0"/>
          <w:i w:val="0"/>
        </w:rPr>
        <w:t>Anne Powell judged the dogs and Mac Percival (Bedford) judged the bitches. The winners were Dog CC and Best of Breed on Phil Green, the referee’s decision, the Hodge family’s black 5 year old, Sh Ch Naiken Quincy JW. (Ravenswood Black Label x Naiken Liquorice). The Dog RCC went to Linda Majors 6 year old yellow dog from America, Am/Can Ch Rockycreek Its about Time Linjor (Imp USA) (Am Ch Tormentil Labradale Primetime x Can Ch Rockycreek Night Thyme).</w:t>
      </w:r>
    </w:p>
    <w:p>
      <w:r>
        <w:rPr>
          <w:b w:val="0"/>
          <w:i w:val="0"/>
        </w:rPr>
        <w:t>The Bitch CC was a second such award for Carole and Mervyn Reynolds 4 year old black Carromer Shakira, (Rocheby Old Smokey x Amberstope Lou Lou by Carromer) whilst the Bitch RCC went to Marlene Heppers 3 year old black Mardas Vanity Fare JW (Greenworth Vincent O’Brian at Mardas x Mardas Shooting Star). Best Puppy, his fourth such award, was David Coodes 9 months yellow dog, Warringah’s Gundaroo (Ch Ludalor Lunar Orbit x Ch Warringah’s Bunya).</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