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May 2003"</w:t>
      </w:r>
      <w:r>
        <w:br/>
      </w:r>
      <w:r>
        <w:rPr>
          <w:b w:val="0"/>
          <w:i w:val="0"/>
        </w:rPr>
        <w:br/>
        <w:t>date_original: "16 May 2003"</w:t>
      </w:r>
      <w:r>
        <w:br/>
      </w:r>
      <w:r>
        <w:rPr>
          <w:b w:val="0"/>
          <w:i w:val="0"/>
        </w:rPr>
        <w:br/>
        <w:t>source_url: "https://www.ourdogs.co.uk/members/breednotes/2003/RetrieverLabrador/RetrieverLabrador-may16.htm"</w:t>
      </w:r>
      <w:r>
        <w:br/>
      </w:r>
      <w:r>
        <w:rPr>
          <w:b w:val="0"/>
          <w:i w:val="0"/>
        </w:rPr>
        <w:br/>
        <w:t>archive_type: "static_html"</w:t>
      </w:r>
      <w:r>
        <w:br/>
      </w:r>
      <w:r>
        <w:rPr>
          <w:b w:val="0"/>
          <w:i w:val="0"/>
        </w:rPr>
        <w:br/>
        <w:t>scraped_at: "2026-09-13T22:17:02"</w:t>
      </w:r>
      <w:r>
        <w:br/>
      </w:r>
      <w:r>
        <w:rPr>
          <w:b w:val="0"/>
          <w:i w:val="0"/>
        </w:rPr>
        <w:br/>
        <w:t>word_count: 1015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Written in haste, off to help set up the National Dog Show with my fellow Committee members! Why doesn’t the scanner work like I would wish when I am in a hurry?</w:t>
      </w:r>
    </w:p>
    <w:p>
      <w:r>
        <w:rPr>
          <w:b w:val="0"/>
          <w:i w:val="0"/>
        </w:rPr>
        <w:t>The Labrador Club of Wales held a most enjoyable Open show at Earlswood Village Hall, situated between Usk and Chepstow. The event was most efficiently run by the recently elected Committee under the continued Chairmanship of Richard Morris and President Gordon Howells, but with the new Secretary, Mrs Margaret Barker, thrown in at the deep end, only hours after taking office and organising from scratch the Open Show for the very first time. Well done, you did a grand job and the whole event ran like clockwork, a credit to the whole Committee.</w:t>
      </w:r>
    </w:p>
    <w:p>
      <w:r>
        <w:rPr>
          <w:b w:val="0"/>
          <w:i w:val="0"/>
        </w:rPr>
        <w:t>Linda Major and her helpers attended to our calorific needs with a groaning table of refreshments and everyone enjoyed a good day out, this was an Open show like they used to be. People actually enjoyed themselves. The judge was Mr Joe Mullen. Best in Show was Linda Major’s black dog Tabathas Chivalry over Linjor (Imp) (Ch Tabatha’s Knight ex Tabatha’s Frazzle). Best Puppy was Mrs Janet Gwinnet- Taylors Glosmere Quail (Sh Ch Naiken Kris ex Glosmere Tawny Owl).</w:t>
      </w:r>
    </w:p>
    <w:p>
      <w:r>
        <w:rPr>
          <w:b w:val="0"/>
          <w:i w:val="0"/>
        </w:rPr>
        <w:t>Congratulations to Mrs Christine Spencer whose yellow bitch, Trendlewood Dandelion (Lembas to the Moon and Back ex Trendlewood Double Silk) completed her Junior Warrant at the show.</w:t>
      </w:r>
    </w:p>
    <w:p>
      <w:r>
        <w:rPr>
          <w:b w:val="0"/>
          <w:i w:val="0"/>
        </w:rPr>
        <w:t>The Labrador Club of Wales now has a puppy register for Members litters.  The fee is £10 per litter. Those with puppies available (from hip scored and eye tested parents only) should contact Linda Major on 01495 775177, who will be running the Register on behalf of the club.</w:t>
      </w:r>
    </w:p>
    <w:p>
      <w:r>
        <w:rPr>
          <w:b w:val="0"/>
          <w:i w:val="0"/>
        </w:rPr>
        <w:t>Mr John George and his wife were at the Lab Club of Wales Open Show and told me that the amount raised by John and his Full Monty team, all for charity, now stands at £3100.</w:t>
      </w:r>
    </w:p>
    <w:p>
      <w:r>
        <w:rPr>
          <w:b w:val="0"/>
          <w:i w:val="0"/>
        </w:rPr>
        <w:t>Further performances are planned, approximately 2 per month and will be for McMillan Cancer relief, Air Ambulance etc. They hope to raise in the region of £10,000 for charity during this first year. Do let please him have a donation, however small, the team really have done a tremendous job. Donations may be sent to John George at 1 Edgefield Road, Walsgrave, Coventry CV2 2PX.</w:t>
      </w:r>
    </w:p>
    <w:p>
      <w:r>
        <w:rPr>
          <w:b w:val="0"/>
          <w:i w:val="0"/>
        </w:rPr>
        <w:t>At the Labrador Retriever club of Northern Ireland Ch Show held on 3rd May 2003 the Judge was Mrs Jan Grannemann (California)</w:t>
      </w:r>
    </w:p>
    <w:p>
      <w:r>
        <w:rPr>
          <w:b w:val="0"/>
          <w:i w:val="0"/>
        </w:rPr>
        <w:t>There was an entry of 204 – which I am told is a record for any breed at any show, anywhere in Ireland! BOB &amp; DCC was Mr Causton’s yellow dog Cornlands Argus at Cedartree (Sh Ch Marmaduke Maximus at Cornlands exCornlands Dusty Star) RDCC was awarded to the Rawlinson's black, Sh Ch Fullwell Frolic With Halshimoor</w:t>
      </w:r>
    </w:p>
    <w:p>
      <w:r>
        <w:rPr>
          <w:b w:val="0"/>
          <w:i w:val="0"/>
        </w:rPr>
        <w:t>The Bitch CC was won by Jackie Hodge's Naiken Hickory( Brandhams Show Stopper exNaiken Dazzling Daisi) from Veteran. At 9yrs old she is a great example of the correct type of Labrador, which lasts, unlike those who are fully mature at 18 months of age and go completely over the top by four years of age. Well done indeed. I believe she already has one CC, won some years ago and wish her luck with the final one!</w:t>
      </w:r>
    </w:p>
    <w:p>
      <w:r>
        <w:rPr>
          <w:b w:val="0"/>
          <w:i w:val="0"/>
        </w:rPr>
        <w:t>The RBCC was won by Mr and Mrs Browns black Sh Ch Ramsayville Roisin and BPIS was Mr Douglas' Talard Caught In The Act (7mts)</w:t>
      </w:r>
    </w:p>
    <w:p>
      <w:r>
        <w:rPr>
          <w:b w:val="0"/>
          <w:i w:val="0"/>
        </w:rPr>
        <w:t>Mrs Pat Davies of the Holmajor Labradors in Ross on Wye, Herefordshire attended the recent Potomac 3 day show with her friends Ronwein Phillips, Linda Major and Christine Harris and has sent in this amusing account of the event:-</w:t>
      </w:r>
    </w:p>
    <w:p>
      <w:r>
        <w:rPr>
          <w:b w:val="0"/>
          <w:i w:val="0"/>
        </w:rPr>
        <w:t>Congratulations to Margaret Wood whose black puppy, Lymelyn Kestral of Coleg won best Lab puppy and then the Gundog puppy Group at North West Canine Assoc. show in St Helens. There was an entry of 37 labradors and over 500 dogs in the show.</w:t>
      </w:r>
    </w:p>
    <w:p>
      <w:r>
        <w:rPr>
          <w:b w:val="0"/>
          <w:i w:val="0"/>
        </w:rPr>
        <w:t>Ann Britton</w:t>
      </w:r>
      <w:r>
        <w:br/>
      </w:r>
      <w:r>
        <w:rPr>
          <w:b w:val="0"/>
          <w:i w:val="0"/>
        </w:rPr>
        <w:br/>
        <w:t>01989 720 665</w:t>
      </w:r>
      <w:r>
        <w:br/>
      </w:r>
      <w:r>
        <w:rPr>
          <w:b w:val="0"/>
          <w:i w:val="0"/>
        </w:rPr>
        <w:br/>
        <w:t>Fax 01989 720550</w:t>
      </w:r>
      <w:r>
        <w:br/>
      </w:r>
      <w:r>
        <w:rPr>
          <w:b w:val="0"/>
          <w:i w:val="0"/>
        </w:rPr>
        <w:br/>
        <w:t>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