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- 31/08/2018 - ISSUE"</w:t>
      </w:r>
      <w:r>
        <w:br/>
      </w:r>
      <w:r>
        <w:rPr>
          <w:b w:val="0"/>
          <w:i w:val="0"/>
        </w:rPr>
        <w:br/>
        <w:t>date_original: "31/08/2018 - ISSUE"</w:t>
      </w:r>
      <w:r>
        <w:br/>
      </w:r>
      <w:r>
        <w:rPr>
          <w:b w:val="0"/>
          <w:i w:val="0"/>
        </w:rPr>
        <w:br/>
        <w:t>source_url: "https://www.ourdogs.co.uk/members/breednotes/RetrieverLabradorMain.php"</w:t>
      </w:r>
      <w:r>
        <w:br/>
      </w:r>
      <w:r>
        <w:rPr>
          <w:b w:val="0"/>
          <w:i w:val="0"/>
        </w:rPr>
        <w:br/>
        <w:t>scraped_at: "2026-09-13T15:22:20"</w:t>
      </w:r>
      <w:r>
        <w:br/>
      </w:r>
      <w:r>
        <w:rPr>
          <w:b w:val="0"/>
          <w:i w:val="0"/>
        </w:rPr>
        <w:br/>
        <w:t>word_count: 876</w:t>
      </w:r>
    </w:p>
    <w:p>
      <w:r>
        <w:t>――――――――――――――――――――――――――――――</w:t>
      </w:r>
    </w:p>
    <w:p>
      <w:r>
        <w:rPr>
          <w:b w:val="0"/>
          <w:i w:val="0"/>
        </w:rPr>
        <w:t>NEWS MEMBERS' AREA SHOP SUBSCRIBE UPCOMING SHOWS MORE</w:t>
      </w:r>
    </w:p>
    <w:p>
      <w:r>
        <w:rPr>
          <w:b w:val="0"/>
          <w:i w:val="0"/>
        </w:rPr>
        <w:t>RETRIEVER LABRADOR</w:t>
      </w:r>
    </w:p>
    <w:p>
      <w:r>
        <w:rPr>
          <w:b w:val="0"/>
          <w:i w:val="0"/>
        </w:rPr>
        <w:t>Issue: 31/08/2018</w:t>
      </w:r>
    </w:p>
    <w:p>
      <w:r>
        <w:rPr>
          <w:b w:val="0"/>
          <w:i w:val="0"/>
        </w:rPr>
        <w:t>Best wishes to Shaun Williamson (Sharouns) in his new home. His address is 83 Wingates Lane, Westhoughton, Bolton, BL5 3LP</w:t>
      </w:r>
    </w:p>
    <w:p>
      <w:r>
        <w:rPr>
          <w:b w:val="0"/>
          <w:i w:val="0"/>
        </w:rPr>
        <w:t>Shaun's email remains  the same and is sharouns@aol.com.</w:t>
      </w:r>
    </w:p>
    <w:p>
      <w:r>
        <w:rPr>
          <w:b w:val="0"/>
          <w:i w:val="0"/>
        </w:rPr>
        <w:t>Chris and Tony Jury (Tibblestone) send greetings to their friends and colleagues. They have also moved house . Their details are :-Mr &amp; Mrs A W Jury, Beehive Cottage, 34 Hailes Street Winchcombe Cheltenham GL54 5HU. Tel:  01242 603297. Mobile:  0775 2061 724</w:t>
      </w:r>
    </w:p>
    <w:p>
      <w:r>
        <w:rPr>
          <w:b w:val="0"/>
          <w:i w:val="0"/>
        </w:rPr>
        <w:t>Writing this before the Bank Holiday and only a few days since I wrote the last Breed notes, there is nothing much extra or of concrete fact to report. Yes, licenses and inspection of premises for people who breed and sell puppies from an occasional litter as a hobby from October 2018, seem to have been caught up in the Puppy farm legislation, but as nothing is cast in stone as yet and rumours are somewhat excitable, I thought it best left alone until facts become properly known. I notice the KC have yet to advise us, so maybe they are equally in the dark.</w:t>
      </w:r>
    </w:p>
    <w:p>
      <w:r>
        <w:rPr>
          <w:b w:val="0"/>
          <w:i w:val="0"/>
        </w:rPr>
        <w:t xml:space="preserve">As an aside, for those readers who fear I have fallen by the wayside should there be no Breed Notes in any week,  I came across an amusing  extract in a book  I was reading by Bill Bryson " The Road to Little Dribbling - more notes from a small island" which will bring back unforgettable traffic jam memories to older exhibitors who used to exhibit at Bournemouth Championship Show when it was held, until a few years ago, in Brokenhurst Park, three miles from Lyndhurst. </w:t>
      </w:r>
    </w:p>
    <w:p>
      <w:r>
        <w:rPr>
          <w:b w:val="0"/>
          <w:i w:val="0"/>
        </w:rPr>
        <w:t>All traffic went through Lyndhurst and cautious show goers had to add on an extra hour or more to their journey time to get through the towns narrow streets to arrive at the venue on time.</w:t>
      </w:r>
    </w:p>
    <w:p>
      <w:r>
        <w:rPr>
          <w:b w:val="0"/>
          <w:i w:val="0"/>
        </w:rPr>
        <w:t>So, Bill Bryson on his travels around the New Forest came to traffic clogged Lyndhurst and wrote,</w:t>
      </w:r>
    </w:p>
    <w:p>
      <w:r>
        <w:rPr>
          <w:b w:val="0"/>
          <w:i w:val="0"/>
        </w:rPr>
        <w:t>"Throughout much of its history, the New Forest has been famous for its wild ponies, which graze wherever they like and wander picturesquely through villages. Nowadays it is also celebrated for its traffic at Lyndhurst, the unofficial  capital of the forest.</w:t>
      </w:r>
    </w:p>
    <w:p>
      <w:r>
        <w:rPr>
          <w:b w:val="0"/>
          <w:i w:val="0"/>
        </w:rPr>
        <w:t xml:space="preserve">People come from all over Britain to experience Lyndhurst's famous traffic jams, often without intending to. </w:t>
      </w:r>
    </w:p>
    <w:p>
      <w:r>
        <w:rPr>
          <w:b w:val="0"/>
          <w:i w:val="0"/>
        </w:rPr>
        <w:t xml:space="preserve">Perhaps no other town in Britain has been more comprehensively overwhelmed by the motor car over a longer period with less imaginative attempts at amelioration. </w:t>
      </w:r>
    </w:p>
    <w:p>
      <w:r>
        <w:rPr>
          <w:b w:val="0"/>
          <w:i w:val="0"/>
        </w:rPr>
        <w:t>On a typical summers day, some fourteen thousand vehicles are funnelled through a constricted T- junction on Lyndhurst High Street, governed by a single set of traffic lights.</w:t>
      </w:r>
    </w:p>
    <w:p>
      <w:r>
        <w:rPr>
          <w:b w:val="0"/>
          <w:i w:val="0"/>
        </w:rPr>
        <w:t xml:space="preserve">Unfortunately, out of all the people in the world to whom the authorities might have turned to solve the problem, they chose highway engineers, who operate from a principle that while no traffic problem can ever be solved, it can be spread over a much larger area. </w:t>
      </w:r>
    </w:p>
    <w:p>
      <w:r>
        <w:rPr>
          <w:b w:val="0"/>
          <w:i w:val="0"/>
        </w:rPr>
        <w:t xml:space="preserve">At Lyndhurst they introduced an astoundingly circuitous one-way system, which appears to have been designed to take vehicles through as many formerly peaceful residential districts as could be packed into a single visit. </w:t>
      </w:r>
    </w:p>
    <w:p>
      <w:r>
        <w:rPr>
          <w:b w:val="0"/>
          <w:i w:val="0"/>
        </w:rPr>
        <w:t xml:space="preserve">The system ensures anyone who gets into the wrong lane, which is inevitable for newcomers, will have to go round twice more, - once to discover that, oops, we're still in the wrong lane, and once more, to get into the right one. </w:t>
      </w:r>
    </w:p>
    <w:p>
      <w:r>
        <w:rPr>
          <w:b w:val="0"/>
          <w:i w:val="0"/>
        </w:rPr>
        <w:t xml:space="preserve">It occurs to me that Lyndhurst may not receive fourteen thousand different vehicles a day, but just a couple of thousand going round and round again" well said, Bill Bryson. </w:t>
      </w:r>
    </w:p>
    <w:p>
      <w:r>
        <w:rPr>
          <w:b w:val="0"/>
          <w:i w:val="0"/>
        </w:rPr>
        <w:t>I doubt there is a single Bournemouth dog show exhibitor, from the Brokenhurst Park era, who will not smile wryly reading this and recall how unbelievably dreadful the traffic queue was. I certainly recall the lengthy hold ups at those single traffic lights and then the residential tour around the houses, always initially getting in the wrong lane and doing it all over again, usually on the way home.</w:t>
      </w:r>
    </w:p>
    <w:p>
      <w:r>
        <w:rPr>
          <w:b w:val="0"/>
          <w:i w:val="0"/>
        </w:rPr>
        <w:t>In my latter years attending that venue I took a much longer, rural route across country , risking getting lost as it was OS maps in those days before Sat Nav was invented, but believe me , I arrived in a far calmer frame of mind and never went near Lyndhurst again after that.</w:t>
      </w:r>
    </w:p>
    <w:p>
      <w:r>
        <w:rPr>
          <w:b w:val="0"/>
          <w:i w:val="0"/>
        </w:rPr>
        <w:t>Coming out of the dog show at the end of the day, as I thankfully turned right out of the park gates onto  the main road , I spied the lengthy stationery queue of cars going left,  of holidaymakers and dog show exhibitors, returning home on their route through Lyndhurst, which town was some three miles further up the road. I was so glad to take the rural route I had found in the opposite direction! Ah such jolly memories!</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