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- 18/02/2022 - ISSUE"</w:t>
      </w:r>
      <w:r>
        <w:br/>
      </w:r>
      <w:r>
        <w:rPr>
          <w:b w:val="0"/>
          <w:i w:val="0"/>
        </w:rPr>
        <w:br/>
        <w:t>date_original: "18/02/2022 - ISSUE"</w:t>
      </w:r>
      <w:r>
        <w:br/>
      </w:r>
      <w:r>
        <w:rPr>
          <w:b w:val="0"/>
          <w:i w:val="0"/>
        </w:rPr>
        <w:br/>
        <w:t>source_url: "https://www.ourdogs.co.uk/members/breednotes/RetrieverLabradorMain.php"</w:t>
      </w:r>
      <w:r>
        <w:br/>
      </w:r>
      <w:r>
        <w:rPr>
          <w:b w:val="0"/>
          <w:i w:val="0"/>
        </w:rPr>
        <w:br/>
        <w:t>scraped_at: "2026-09-13T15:12:53"</w:t>
      </w:r>
      <w:r>
        <w:br/>
      </w:r>
      <w:r>
        <w:rPr>
          <w:b w:val="0"/>
          <w:i w:val="0"/>
        </w:rPr>
        <w:br/>
        <w:t>word_count: 790</w:t>
      </w:r>
    </w:p>
    <w:p>
      <w:r>
        <w:t>――――――――――――――――――――――――――――――</w:t>
      </w:r>
    </w:p>
    <w:p>
      <w:r>
        <w:rPr>
          <w:b w:val="0"/>
          <w:i w:val="0"/>
        </w:rPr>
        <w:t>NEWS MEMBERS' AREA SHOP SUBSCRIBE UPCOMING SHOWS MORE</w:t>
      </w:r>
    </w:p>
    <w:p>
      <w:r>
        <w:rPr>
          <w:b w:val="0"/>
          <w:i w:val="0"/>
        </w:rPr>
        <w:t>RETRIEVER LABRADOR</w:t>
      </w:r>
    </w:p>
    <w:p>
      <w:r>
        <w:rPr>
          <w:b w:val="0"/>
          <w:i w:val="0"/>
        </w:rPr>
        <w:t>Issue: 18/02/2022</w:t>
      </w:r>
    </w:p>
    <w:p>
      <w:r>
        <w:rPr>
          <w:b w:val="0"/>
          <w:i w:val="0"/>
        </w:rPr>
        <w:t xml:space="preserve">Entry numbers for Labradors at Crufts are 192 dogs and 264 bitches. The numbers have held up suprisingly well all things considered. The judges Linda Harvey Major and Ronwein Phillips. </w:t>
      </w:r>
    </w:p>
    <w:p>
      <w:r>
        <w:rPr>
          <w:b w:val="0"/>
          <w:i w:val="0"/>
        </w:rPr>
        <w:t>Not  unexpected, because of Covid and household rising costs all round, overall Crufts 2022 has a decreased entry by just over 18% - 16296 v 19,909 in 2020 - UK dogs 14,453 are down 13.65 % (16,738 in 2020), Overseas dogs are 1,843 down 41.88% (3,171 in 2020)</w:t>
      </w:r>
    </w:p>
    <w:p>
      <w:r>
        <w:rPr>
          <w:b w:val="0"/>
          <w:i w:val="0"/>
        </w:rPr>
        <w:t>I saw the following on Facebook and thought it so worth copying, to further instill into puppy buyers the absolute necessity not to over-exercise their baby puppy.</w:t>
      </w:r>
    </w:p>
    <w:p>
      <w:r>
        <w:rPr>
          <w:b w:val="0"/>
          <w:i w:val="0"/>
        </w:rPr>
        <w:t xml:space="preserve">I watch baby pups in our country village being marched for miles on end by their proud new owners,  at just ten to twelve weeks. Ridiculous. </w:t>
      </w:r>
    </w:p>
    <w:p>
      <w:r>
        <w:rPr>
          <w:b w:val="0"/>
          <w:i w:val="0"/>
        </w:rPr>
        <w:t>I used to suggest to the new owners why it was not a good thing to do, and that the old idea five minutes daily exercise per month of age, was a good rule to adopt; as over exercising at a young age will cause skeletal problems. That was a waste of time.</w:t>
      </w:r>
    </w:p>
    <w:p>
      <w:r>
        <w:rPr>
          <w:b w:val="0"/>
          <w:i w:val="0"/>
        </w:rPr>
        <w:t xml:space="preserve">Lately I have stopped bothering to tell them as I still see the poor pups being hauled round the steep hilly lanes and returning exhausted. </w:t>
      </w:r>
    </w:p>
    <w:p>
      <w:r>
        <w:rPr>
          <w:b w:val="0"/>
          <w:i w:val="0"/>
        </w:rPr>
        <w:t xml:space="preserve">The following article was on Facebook, illustrated with excellent X-rays showing undeveloped joints. I thought it an additional inclusion in any puppy pack. </w:t>
      </w:r>
    </w:p>
    <w:p>
      <w:r>
        <w:rPr>
          <w:b w:val="0"/>
          <w:i w:val="0"/>
        </w:rPr>
        <w:t>Advice to new owners:- Ã¢â‚¬Å"When you get your 8/10 week old puppies, please keep this image in mind.  Their bones do not even touch yet.  They plod around so cutely with big floppy paws and wobbly movement because their joints are entirely made up of muscle, tendons, ligaments with skin covering. Nothing is fitting tightly together or has a true socket yet.</w:t>
      </w:r>
    </w:p>
    <w:p>
      <w:r>
        <w:rPr>
          <w:b w:val="0"/>
          <w:i w:val="0"/>
        </w:rPr>
        <w:t>Ã¢â‚¬Å"When you run them excessively or donÃ¢â‚¬â„¢t restrict their exercise to stop them from overdoing it during this period you donÃ¢â‚¬â„¢t give them a chance to grow properly.  Every big jump or excited bouncing run causes impacts between the bones.  In reasonable amounts this is not problematic and is the normal wear and tear that every animal will engage in.</w:t>
      </w:r>
    </w:p>
    <w:p>
      <w:r>
        <w:rPr>
          <w:b w:val="0"/>
          <w:i w:val="0"/>
        </w:rPr>
        <w:t>Ã¢â‚¬Å"But when youÃ¢â‚¬â„¢re letting puppy jump up and down off the lounge or bed, take them for long walks/hikes, you are damaging that forming joint.  When you let the puppy scramble on tile with no traction you are damaging the joint.</w:t>
      </w:r>
    </w:p>
    <w:p>
      <w:r>
        <w:rPr>
          <w:b w:val="0"/>
          <w:i w:val="0"/>
        </w:rPr>
        <w:t>Ã¢â‚¬Å"You only get the chance to grow them once. A well built body is something that comes from excellent breeding and a great upbringing-BOTH, not just one.</w:t>
      </w:r>
    </w:p>
    <w:p>
      <w:r>
        <w:rPr>
          <w:b w:val="0"/>
          <w:i w:val="0"/>
        </w:rPr>
        <w:t>Ã¢â‚¬Å"Once grown you will have the rest of their life to spend playing and engaging in higher impact exercise.  So keep it calm while theyÃ¢â‚¬â„¢re still little baby puppies and give the gift that can only be given once.Ã¢â‚¬Â</w:t>
      </w:r>
    </w:p>
    <w:p>
      <w:r>
        <w:rPr>
          <w:b w:val="0"/>
          <w:i w:val="0"/>
        </w:rPr>
        <w:t xml:space="preserve">Hopefully puppy packs will include a copy of this. </w:t>
      </w:r>
    </w:p>
    <w:p>
      <w:r>
        <w:rPr>
          <w:b w:val="0"/>
          <w:i w:val="0"/>
        </w:rPr>
        <w:t>I saw this frightening safety advice online. I wasnÃ¢â‚¬â„¢t aware of any fire danger storing a few batteries but as it applied to me, I thought it worth mentioning.</w:t>
      </w:r>
    </w:p>
    <w:p>
      <w:r>
        <w:rPr>
          <w:b w:val="0"/>
          <w:i w:val="0"/>
        </w:rPr>
        <w:t xml:space="preserve">I have a polythene box in the kitchen drawer containing batteries for torches, telephones and old radios. I certainly never realised storing them rolling about in an uncovered box every time the drawer was opened, was a definite fire risk. </w:t>
      </w:r>
    </w:p>
    <w:p>
      <w:r>
        <w:rPr>
          <w:b w:val="0"/>
          <w:i w:val="0"/>
        </w:rPr>
        <w:t>The online demo showed that if stored batteries are in a large container and can roll about, if the contact point of one accidentally touches any metal, such as a coin, paper clips, or another batteryÃ¢â‚¬â„¢s contact point, they can heat up so quickly they can cause a fire!</w:t>
      </w:r>
    </w:p>
    <w:p>
      <w:r>
        <w:rPr>
          <w:b w:val="0"/>
          <w:i w:val="0"/>
        </w:rPr>
        <w:t xml:space="preserve">I watched the video and was horrified to see major sparks when batteries, stored just like mine,  touched a wire wool pad and set things alight. </w:t>
      </w:r>
    </w:p>
    <w:p>
      <w:r>
        <w:rPr>
          <w:b w:val="0"/>
          <w:i w:val="0"/>
        </w:rPr>
        <w:t>The advice is to store them snugly upright, with all positive contacts pointing in the same direction, in a neat  container not rolling about in an open polythene box. Mine have now been packed more safely.</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