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- 17/02/2023 - ISSUE"</w:t>
      </w:r>
      <w:r>
        <w:br/>
      </w:r>
      <w:r>
        <w:rPr>
          <w:b w:val="0"/>
          <w:i w:val="0"/>
        </w:rPr>
        <w:br/>
        <w:t>date_original: "17/02/2023 - ISSUE"</w:t>
      </w:r>
      <w:r>
        <w:br/>
      </w:r>
      <w:r>
        <w:rPr>
          <w:b w:val="0"/>
          <w:i w:val="0"/>
        </w:rPr>
        <w:br/>
        <w:t>source_url: "https://www.ourdogs.co.uk/members/breednotes/RetrieverLabradorMain.php"</w:t>
      </w:r>
      <w:r>
        <w:br/>
      </w:r>
      <w:r>
        <w:rPr>
          <w:b w:val="0"/>
          <w:i w:val="0"/>
        </w:rPr>
        <w:br/>
        <w:t>scraped_at: "2026-09-13T15:10:36"</w:t>
      </w:r>
      <w:r>
        <w:br/>
      </w:r>
      <w:r>
        <w:rPr>
          <w:b w:val="0"/>
          <w:i w:val="0"/>
        </w:rPr>
        <w:br/>
        <w:t>word_count: 1020</w:t>
      </w:r>
    </w:p>
    <w:p>
      <w:r>
        <w:t>――――――――――――――――――――――――――――――</w:t>
      </w:r>
    </w:p>
    <w:p>
      <w:r>
        <w:rPr>
          <w:b w:val="0"/>
          <w:i w:val="0"/>
        </w:rPr>
        <w:t>NEWS MEMBERS' AREA SHOP SUBSCRIBE UPCOMING SHOWS MORE</w:t>
      </w:r>
    </w:p>
    <w:p>
      <w:r>
        <w:rPr>
          <w:b w:val="0"/>
          <w:i w:val="0"/>
        </w:rPr>
        <w:t>RETRIEVER LABRADOR</w:t>
      </w:r>
    </w:p>
    <w:p>
      <w:r>
        <w:rPr>
          <w:b w:val="0"/>
          <w:i w:val="0"/>
        </w:rPr>
        <w:t>Issue: 17/02/2023</w:t>
      </w:r>
    </w:p>
    <w:p>
      <w:r>
        <w:rPr>
          <w:b w:val="0"/>
          <w:i w:val="0"/>
        </w:rPr>
        <w:t>Congratulations to our own young super handler, qualified Veterinary nurse, Becca Mills whose yellow bitch, Ivy, flew the flag at Ilfracombe &amp; Dist Open Show winning 1st Open Bitch, Best of Breed and Gundog Group 3.</w:t>
      </w:r>
    </w:p>
    <w:p>
      <w:r>
        <w:rPr>
          <w:b w:val="0"/>
          <w:i w:val="0"/>
        </w:rPr>
        <w:t xml:space="preserve">The Labrador Club of Wales held their well organised, friendly and most hospitable championship show at Lydney near Chepstow on a bright sunny February Sunday. </w:t>
      </w:r>
    </w:p>
    <w:p>
      <w:r>
        <w:rPr>
          <w:b w:val="0"/>
          <w:i w:val="0"/>
        </w:rPr>
        <w:t xml:space="preserve">The venue is absolutely ideal for such a show with warm, bright indoor facilities with plentiful space for crates and ringside chairs, all provided, plus room for two large well carpeted rings. The judges were Caroline Campbell from Scotland judging dogs and Sue Merrill awarding CCs for the first time, over from Ireland. </w:t>
      </w:r>
    </w:p>
    <w:p>
      <w:r>
        <w:rPr>
          <w:b w:val="0"/>
          <w:i w:val="0"/>
        </w:rPr>
        <w:t>Trevor Barker has kindly sent in his review of the show -Ã¢â‚¬Å" The Labrador Retriever Club Of WalesÃ¢â‚¬â„¢s 43rd Championship Show was held on Sunday February 5th at Forest Oak Farm near Lydney, Gloucestershire on a chilly but beautifully sunny winterÃ¢â‚¬â„¢s day. Dogs were judged by  Caroline Campbell with Sue Merrill judging the Bitches. The referee was  Huw Bishop. A total of 242 dogs and bitches, 98 dogs and 144 bitches produced 319 class entries.</w:t>
      </w:r>
    </w:p>
    <w:p>
      <w:r>
        <w:rPr>
          <w:b w:val="0"/>
          <w:i w:val="0"/>
        </w:rPr>
        <w:t>With the agreement of both judges, B.I.S. was awarded to the Bitch C.C.  winner from the Graduate class, PercivalÃ¢â‚¬â„¢s Wynfaul New Years Eve JW  (Saranden Pensacola/Wynfaul Vickers JW). Reserve B.I.S. and B.O.S.  was  awarded to the Dog C.C. winner from the Open class, SprietÃ¢â‚¬â„¢s Bel/Int Ch. Victor VictoriaÃ¢â‚¬â„¢s Stand By Me (Ch/Int Ch. My Brave Hunter Of  Labgold/Ch/Mon ch. Rosemade Tagliatella).</w:t>
      </w:r>
    </w:p>
    <w:p>
      <w:r>
        <w:rPr>
          <w:b w:val="0"/>
          <w:i w:val="0"/>
        </w:rPr>
        <w:t>The Reserve Dog C.C. went to the Mid Limit winner Rawlinson &amp; BalshawÃ¢â‚¬â„¢s  Shanorell Black Sabbath At Halshimoor (Shanorell Succession At  Halshimoor/Shanorell Summer Season At Halshimoor), with the Reserve  Bitch C.C. going to the Open winner OÃ¢â‚¬â„¢BrienÃ¢â‚¬â„¢s Sh Ch. Maxfield Arabella  (Fin Ch. Devonshires London Edition/Mandursans Miss Demeanor Of Maxfield).</w:t>
      </w:r>
    </w:p>
    <w:p>
      <w:r>
        <w:rPr>
          <w:b w:val="0"/>
          <w:i w:val="0"/>
        </w:rPr>
        <w:t>Best Puppy In Show was WilliamsonÃ¢â‚¬â„¢s Minor Puppy Dog winner Sharouns  Inspector Gadget (Shanorlee Succession At Halshimoor/Likav Academic At  Sharouns).</w:t>
      </w:r>
    </w:p>
    <w:p>
      <w:r>
        <w:rPr>
          <w:b w:val="0"/>
          <w:i w:val="0"/>
        </w:rPr>
        <w:t>Best Veteran went to the winner of Special Working Dog, PercivalÃ¢â‚¬â„¢s Ch. Wynfaul The Wizard JW (Wynfaul Rocket Fuel/Cricklecreek Carolina At  Wynfaul), a lovely Ã¢â‚¬Å"doubleÃ¢â‚¬Â for Mac Percival.</w:t>
      </w:r>
    </w:p>
    <w:p>
      <w:r>
        <w:rPr>
          <w:b w:val="0"/>
          <w:i w:val="0"/>
        </w:rPr>
        <w:t>Full results are available at www.labclubofwales.co.uk</w:t>
      </w:r>
    </w:p>
    <w:p>
      <w:r>
        <w:rPr>
          <w:b w:val="0"/>
          <w:i w:val="0"/>
        </w:rPr>
        <w:t>Margaret Barker, Secretary Labrador Retriever Club of Wales  01443 842585</w:t>
      </w:r>
    </w:p>
    <w:p>
      <w:r>
        <w:rPr>
          <w:b w:val="0"/>
          <w:i w:val="0"/>
        </w:rPr>
        <w:t>As there are many Our Dogs readers who donÃ¢â‚¬â„¢t ever see Facebook I have reproduced recent comments on the dilute gene progress with the KC.</w:t>
      </w:r>
    </w:p>
    <w:p>
      <w:r>
        <w:rPr>
          <w:b w:val="0"/>
          <w:i w:val="0"/>
        </w:rPr>
        <w:t>From Marion Hopkinson. Ã¢â‚¬Å"Could all you wonderful people who did the dlocus test, now upload the certificate to the newly created Kennel club register hbs@thekennelclub.org.uk  Marion continues, Ã¢â‚¬Å"This is a huge step forward in our fight against the silver and other fraudulent colours appearing in our own pure bred register. So PLEASE do upload your certificates now- we all know our own dogs are pure bred and we should NOT have to prove it - BUT - this is where we are, so lets continue and get the job done. You are all great in giving us your support, anyone wanting test kits let me know.Ã¢â‚¬Â</w:t>
      </w:r>
    </w:p>
    <w:p>
      <w:r>
        <w:rPr>
          <w:b w:val="0"/>
          <w:i w:val="0"/>
        </w:rPr>
        <w:t>Dennis Mclellan has also helpfully posted:- Here is a copy of the email sent out to all those  who have sent in dilute clear certificates to diluteclear@yahoo,com. It reads as follows: Ã¢â‚¬Å"Thank you all for sending in your dilute clear certificates to Labrador Breed Council Ã¢â‚¬Å"Dilute Clear RegisterÃ¢â‚¬Â over the last year. It is truly appreciated and has helped us create our database of the dilute clear dogs/bitches that we have in our kennels and also have bred.  This can be seen at   www.purelabrador.net</w:t>
      </w:r>
    </w:p>
    <w:p>
      <w:r>
        <w:rPr>
          <w:b w:val="0"/>
          <w:i w:val="0"/>
        </w:rPr>
        <w:t>To record your results, you should continue to send them to the register at diluteclear@yahoo.com, as these will be used in collaboration with the breed clubs, the Kennel Club and the testing laboratory.  Please also keep sending in results of your clear by parentage litters.</w:t>
      </w:r>
    </w:p>
    <w:p>
      <w:r>
        <w:rPr>
          <w:b w:val="0"/>
          <w:i w:val="0"/>
        </w:rPr>
        <w:t>We would also like to request that you send a copy of your certificate to hbs@thekennelclub.org.uk if it has been tested at one of the below noted laboratories, with its KC name, registration number and microchip number. No pet names only.</w:t>
      </w:r>
    </w:p>
    <w:p>
      <w:r>
        <w:rPr>
          <w:b w:val="0"/>
          <w:i w:val="0"/>
        </w:rPr>
        <w:t>This is a list of the United Kingdom Laboratories that DNA test for the (DD - CLEAR) Dilute gene:</w:t>
      </w:r>
    </w:p>
    <w:p>
      <w:r>
        <w:rPr>
          <w:b w:val="0"/>
          <w:i w:val="0"/>
        </w:rPr>
        <w:t>Animal DNA Diagnostics (UK)</w:t>
      </w:r>
    </w:p>
    <w:p>
      <w:r>
        <w:rPr>
          <w:b w:val="0"/>
          <w:i w:val="0"/>
        </w:rPr>
        <w:t>Animal Genetics (UK)</w:t>
      </w:r>
    </w:p>
    <w:p>
      <w:r>
        <w:rPr>
          <w:b w:val="0"/>
          <w:i w:val="0"/>
        </w:rPr>
        <w:t>Canine Genetic Testing (UK)</w:t>
      </w:r>
    </w:p>
    <w:p>
      <w:r>
        <w:rPr>
          <w:b w:val="0"/>
          <w:i w:val="0"/>
        </w:rPr>
        <w:t>Laboklin (UK)</w:t>
      </w:r>
    </w:p>
    <w:p>
      <w:r>
        <w:rPr>
          <w:b w:val="0"/>
          <w:i w:val="0"/>
        </w:rPr>
        <w:t>Pinmoore Animal Laboratory Services (UK)</w:t>
      </w:r>
    </w:p>
    <w:p>
      <w:r>
        <w:rPr>
          <w:b w:val="0"/>
          <w:i w:val="0"/>
        </w:rPr>
        <w:t>The Kennel ClubÃ¢â‚¬â„¢s DNA Testing Services (UK)</w:t>
      </w:r>
    </w:p>
    <w:p>
      <w:r>
        <w:rPr>
          <w:b w:val="0"/>
          <w:i w:val="0"/>
        </w:rPr>
        <w:t>From the KC website - Recording results for DNA tests is a collaboration between the KC the breed clubs and the DNA testing facility.</w:t>
      </w:r>
    </w:p>
    <w:p>
      <w:r>
        <w:rPr>
          <w:b w:val="0"/>
          <w:i w:val="0"/>
        </w:rPr>
        <w:t xml:space="preserve">The results will appear in the next available KC Breed Records Supplement and in the KC  Health Test Results Finder  Contact the KC for the list of 29 overseas Laboratories from which a DNA test result for the (DD - CLEAR) Dilute gene is also acceptable. </w:t>
      </w:r>
    </w:p>
    <w:p>
      <w:r>
        <w:rPr>
          <w:b w:val="0"/>
          <w:i w:val="0"/>
        </w:rPr>
        <w:t xml:space="preserve">On a happy personal footnote, to the many Labrador-owning fans of Mabel, my Jack Russell Terrier (definitely an honorary Labrador), IÃ¢â‚¬â„¢m thrilled to bits that from a full group of terrier breeds, Mabel went Res Best in Show at West Midlands Terrier Society Show at the KC Building at Stoneleigh on Feb 11th 2023.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