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- 01/11/2002"</w:t>
      </w:r>
      <w:r>
        <w:br/>
      </w:r>
      <w:r>
        <w:rPr>
          <w:b w:val="0"/>
          <w:i w:val="0"/>
        </w:rPr>
        <w:br/>
        <w:t>date_original: "01/11/2002"</w:t>
      </w:r>
      <w:r>
        <w:br/>
      </w:r>
      <w:r>
        <w:rPr>
          <w:b w:val="0"/>
          <w:i w:val="0"/>
        </w:rPr>
        <w:br/>
        <w:t>source_url: "https://www.ourdogs.co.uk/members/breednotes/2002/RetrieverLabrador/November2002/RetrieverLabrador011102.htm"</w:t>
      </w:r>
      <w:r>
        <w:br/>
      </w:r>
      <w:r>
        <w:rPr>
          <w:b w:val="0"/>
          <w:i w:val="0"/>
        </w:rPr>
        <w:br/>
        <w:t>archive_type: "static_html"</w:t>
      </w:r>
      <w:r>
        <w:br/>
      </w:r>
      <w:r>
        <w:rPr>
          <w:b w:val="0"/>
          <w:i w:val="0"/>
        </w:rPr>
        <w:br/>
        <w:t>scraped_at: "2026-09-13T22:19:49"</w:t>
      </w:r>
      <w:r>
        <w:br/>
      </w:r>
      <w:r>
        <w:rPr>
          <w:b w:val="0"/>
          <w:i w:val="0"/>
        </w:rPr>
        <w:br/>
        <w:t>word_count: 1392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In the Our Dogs/ Pedigree Petfoods Top Puppy Competition 2002 the current leader in the breed is Chris and Tony Jurys yellow bitch Tibblestone Giddy Sue (Sh Ch Sandylands Gad-about ex Tibblestone Thats Saffron). She and her litter sister T. Giddy Kipper are both at the top of the leader board, however Sue is just a whisker ahead in points. The points are awarded for Best Puppy in Breed wins at Championship shows and the competition runs from January to December each year.</w:t>
      </w:r>
    </w:p>
    <w:p>
      <w:r>
        <w:rPr>
          <w:b w:val="0"/>
          <w:i w:val="0"/>
        </w:rPr>
        <w:t>I also see that one of David Craig and Angela Williams Irish Water spaniels is Top Puppy in breed as well.</w:t>
      </w:r>
    </w:p>
    <w:p>
      <w:r>
        <w:rPr>
          <w:b w:val="0"/>
          <w:i w:val="0"/>
        </w:rPr>
        <w:t>In the Hills Open Show points competition, the McLellans yellow dog Sh Ch Saranden Saboteur is well up, at the very top, in fourth position.</w:t>
      </w:r>
    </w:p>
    <w:p>
      <w:r>
        <w:rPr>
          <w:b w:val="0"/>
          <w:i w:val="0"/>
        </w:rPr>
        <w:t>For Mary Rose fans, who recall the fun and excitement of her lifetime of escapades, dramas, and daring-do, she is now amazing us all by being the most wonderful, attentive mother we have probably ever had. She has found her niche and raison detre, motherhood!</w:t>
      </w:r>
    </w:p>
    <w:p>
      <w:r>
        <w:rPr>
          <w:b w:val="0"/>
          <w:i w:val="0"/>
        </w:rPr>
        <w:t>To watch her with her 3 week old brood of boys (8 dogs plus 1 bitch!), is a delight. Even when she returns at break neck speed from her short journeys to the garden outside and careers flat out, in usual MR form, back through the house to the puppy-room, she comes to a complete halt a few inches from the puppy-box, stops, looks over the edge, meticulously counts everyone, 1,2,3,4,5 blacks and 1,2,3,4 yellows and with the utmost of care, gently climbs over the babies and settles down, curling herself around them, with pride. The bed is spotlessly clean and the puppies hum with contentment. Bliss.</w:t>
      </w:r>
    </w:p>
    <w:p>
      <w:r>
        <w:rPr>
          <w:b w:val="0"/>
          <w:i w:val="0"/>
        </w:rPr>
        <w:t>Final contributions to the various Labrador club year-book adverts and The Labrador Pedigree Book pages must be with the editors in the next few days. Entries for our extremely popular book Pedigree Labradors of the United Kingdom 2003, which is for qualified dogs only and formerly published once every five years since 1972, will finally close on 1st November. For any enquiries before the closing date, please contact me on the numbers below. We hope to have the book printed and on sale by Crufts 2003.</w:t>
      </w:r>
    </w:p>
    <w:p>
      <w:r>
        <w:rPr>
          <w:b w:val="0"/>
          <w:i w:val="0"/>
        </w:rPr>
        <w:t>A message from Glenys Fryer of the Fullwell Labradors:-</w:t>
      </w:r>
    </w:p>
    <w:p>
      <w:r>
        <w:rPr>
          <w:b w:val="0"/>
          <w:i w:val="0"/>
        </w:rPr>
        <w:t>‘The Labrador Rescue I co-ordinate is a very busy rescue and we cover lots of areas other than our own. The amount of unwanted Labs is growing every year. We re-homed 5 Labradors this week alone. Ours being one of the two rescues in the North-West area, it makes you wonder what's happening to the breed.</w:t>
      </w:r>
    </w:p>
    <w:p>
      <w:r>
        <w:rPr>
          <w:b w:val="0"/>
          <w:i w:val="0"/>
        </w:rPr>
        <w:t>‘We currently use space in a boarding kennels in Chorley, but the amount available is becoming severely restricted at busy times. We are hoping to raise support for our own Labrador Sanctuary and are asking for your help. Whilst right now this is just a dream, we are steadily gaining more and more support.</w:t>
      </w:r>
    </w:p>
    <w:p>
      <w:r>
        <w:rPr>
          <w:b w:val="0"/>
          <w:i w:val="0"/>
        </w:rPr>
        <w:t>‘We have opened up a separate account in the name of the rescue into which Sanctuary funds may be paid. We are constantly looking for a suitable place, (preferably to rent), which will become the home of the Sanctuary.</w:t>
      </w:r>
    </w:p>
    <w:p>
      <w:r>
        <w:rPr>
          <w:b w:val="0"/>
          <w:i w:val="0"/>
        </w:rPr>
        <w:t>‘Glenys has enclosed further details of the proposed sanctuary, which readers may find interesting and hopefully wish to support:</w:t>
      </w:r>
    </w:p>
    <w:p>
      <w:r>
        <w:rPr>
          <w:b w:val="0"/>
          <w:i w:val="0"/>
        </w:rPr>
        <w:t>‘"PROPOSED SANCTUARY This Rescue organisation was founded in June 1995 and during that time we have re -housed twelve hundred and eighty three Labradors.</w:t>
      </w:r>
    </w:p>
    <w:p>
      <w:r>
        <w:rPr>
          <w:b w:val="0"/>
          <w:i w:val="0"/>
        </w:rPr>
        <w:t>‘We do not own our own kennels so in fact have to pay private boarding fees for all our rescue dogs.</w:t>
      </w:r>
    </w:p>
    <w:p>
      <w:r>
        <w:rPr>
          <w:b w:val="0"/>
          <w:i w:val="0"/>
        </w:rPr>
        <w:t>‘It has long been a goal to start a sanctuary, where we could house the dogs, but also spend time with them. Where the oldies, suddenly finding themselves homeless, could live out their days in peace. Where young boisterous dogs, would have time and patience shown to them and, having been socially trained, would stand a better chance of securing a new home.</w:t>
      </w:r>
    </w:p>
    <w:p>
      <w:r>
        <w:rPr>
          <w:b w:val="0"/>
          <w:i w:val="0"/>
        </w:rPr>
        <w:t>‘Unfortunately we never have been able to build up very large funds, but recently we received a legacy, which has boosted the funds, enabling us to help more dogs.</w:t>
      </w:r>
    </w:p>
    <w:p>
      <w:r>
        <w:rPr>
          <w:b w:val="0"/>
          <w:i w:val="0"/>
        </w:rPr>
        <w:t>‘We are now interested in viewing properties available To Let in either the North West, Yorkshire or Cumbria.</w:t>
      </w:r>
    </w:p>
    <w:p>
      <w:r>
        <w:rPr>
          <w:b w:val="0"/>
          <w:i w:val="0"/>
        </w:rPr>
        <w:t>‘Here, once the Sanctuary was established, the un-rehomable oldies would be able to live out their lives in the comfort of the house and stroll in the grounds quite safely, and there would be kennelling for the younger dogs.</w:t>
      </w:r>
    </w:p>
    <w:p>
      <w:r>
        <w:rPr>
          <w:b w:val="0"/>
          <w:i w:val="0"/>
        </w:rPr>
        <w:t>‘We would still cover the same geographical area we cover now, plus more besides.</w:t>
      </w:r>
      <w:r>
        <w:br/>
      </w:r>
      <w:r>
        <w:rPr>
          <w:b w:val="0"/>
          <w:i w:val="0"/>
        </w:rPr>
        <w:br/>
        <w:t>‘The cost of renting the property and rates would be around £1000 per month.</w:t>
      </w:r>
      <w:r>
        <w:br/>
      </w:r>
      <w:r>
        <w:rPr>
          <w:b w:val="0"/>
          <w:i w:val="0"/>
        </w:rPr>
        <w:br/>
        <w:t>‘The other overheads would be met by the Rescue Fund and donations for the dogs.</w:t>
      </w:r>
      <w:r>
        <w:br/>
      </w:r>
      <w:r>
        <w:rPr>
          <w:b w:val="0"/>
          <w:i w:val="0"/>
        </w:rPr>
        <w:br/>
        <w:t>‘In order to reach our target of rent we are asking for your help.</w:t>
      </w:r>
    </w:p>
    <w:p>
      <w:r>
        <w:rPr>
          <w:b w:val="0"/>
          <w:i w:val="0"/>
        </w:rPr>
        <w:t>‘There is a Sanctuary Fund, now open into which regular contributions may be paid by anyone wishing to participate. A helpful contribution would be anything from four pounds a month upwards. (This works out at less than 1£ per week).</w:t>
      </w:r>
    </w:p>
    <w:p>
      <w:r>
        <w:rPr>
          <w:b w:val="0"/>
          <w:i w:val="0"/>
        </w:rPr>
        <w:t>‘By helping to make this dream come true, supporters would always be most welcome to news and information on the progress of the rescue dogs, and most welcome to visit the Sanctuary.</w:t>
      </w:r>
    </w:p>
    <w:p>
      <w:r>
        <w:rPr>
          <w:b w:val="0"/>
          <w:i w:val="0"/>
        </w:rPr>
        <w:t>‘For further information on how to make your contribution, please contact Glenys Fryer, Rescue Co-ordinator, email labrador.rescue@btinternet.com , or please send a stamped address envelope to:</w:t>
      </w:r>
    </w:p>
    <w:p>
      <w:r>
        <w:rPr>
          <w:b w:val="0"/>
          <w:i w:val="0"/>
        </w:rPr>
        <w:t>Mrs G.Fryer.'Fullwell' 97 Green Lane Blackburn BB2 4SR or telephone 01254 207660’</w:t>
      </w:r>
    </w:p>
    <w:p>
      <w:r>
        <w:rPr>
          <w:b w:val="0"/>
          <w:i w:val="0"/>
        </w:rPr>
        <w:t>Ann Britton, tel01989 720665</w:t>
      </w:r>
      <w:r>
        <w:br/>
      </w:r>
      <w:r>
        <w:rPr>
          <w:b w:val="0"/>
          <w:i w:val="0"/>
        </w:rPr>
        <w:br/>
        <w:t>Fax 01989 720550</w:t>
      </w:r>
      <w:r>
        <w:br/>
      </w:r>
      <w:r>
        <w:rPr>
          <w:b w:val="0"/>
          <w:i w:val="0"/>
        </w:rPr>
        <w:br/>
        <w:t>email bowstones@btinternet.com</w:t>
      </w:r>
    </w:p>
    <w:p>
      <w:r>
        <w:rPr>
          <w:b w:val="0"/>
          <w:i w:val="0"/>
        </w:rPr>
        <w:t>Once again the Lab. Club of Scotland managed to get the sun to shine on the Alva venue for the Open Show, where the judge was Mary McCulloch (Frewlings). Not being there myself due to unforeseen circumstances I was told the show ran as smoothly as ever with some classes better supported than others. It turned out to be a wonderful day for Diana Downey-Tulloch as her Sh Ch TULLOCHMOHR FINAL EDITION JW., was awarded BoB., with Robin and Agnes-May Pollock's POLLHAM ARIA winner of Junior going BoS. Best Puppy owned by Ms I. Lawrie, was DECHLAW MOONSHINE.</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