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- 09/06/2017 - ISSUE"</w:t>
      </w:r>
      <w:r>
        <w:br/>
      </w:r>
      <w:r>
        <w:rPr>
          <w:b w:val="0"/>
          <w:i w:val="0"/>
        </w:rPr>
        <w:br/>
        <w:t>date_original: "09/06/2017 - ISSUE"</w:t>
      </w:r>
      <w:r>
        <w:br/>
      </w:r>
      <w:r>
        <w:rPr>
          <w:b w:val="0"/>
          <w:i w:val="0"/>
        </w:rPr>
        <w:br/>
        <w:t>source_url: "https://www.ourdogs.co.uk/members/breednotes/RetrieverLabradorMain.php"</w:t>
      </w:r>
      <w:r>
        <w:br/>
      </w:r>
      <w:r>
        <w:rPr>
          <w:b w:val="0"/>
          <w:i w:val="0"/>
        </w:rPr>
        <w:br/>
        <w:t>scraped_at: "2026-09-13T15:25:55"</w:t>
      </w:r>
      <w:r>
        <w:br/>
      </w:r>
      <w:r>
        <w:rPr>
          <w:b w:val="0"/>
          <w:i w:val="0"/>
        </w:rPr>
        <w:br/>
        <w:t>word_count: 1265</w:t>
      </w:r>
    </w:p>
    <w:p>
      <w:r>
        <w:t>――――――――――――――――――――――――――――――</w:t>
      </w:r>
    </w:p>
    <w:p>
      <w:r>
        <w:rPr>
          <w:b w:val="0"/>
          <w:i w:val="0"/>
        </w:rPr>
        <w:t>NEWS MEMBERS' AREA SHOP SUBSCRIBE UPCOMING SHOWS MORE</w:t>
      </w:r>
    </w:p>
    <w:p>
      <w:r>
        <w:rPr>
          <w:b w:val="0"/>
          <w:i w:val="0"/>
        </w:rPr>
        <w:t>RETRIEVER LABRADOR</w:t>
      </w:r>
    </w:p>
    <w:p>
      <w:r>
        <w:rPr>
          <w:b w:val="0"/>
          <w:i w:val="0"/>
        </w:rPr>
        <w:t>Issue: 09/06/2017</w:t>
      </w:r>
    </w:p>
    <w:p>
      <w:r>
        <w:rPr>
          <w:b w:val="0"/>
          <w:i w:val="0"/>
        </w:rPr>
        <w:t>Notice of BVA eye testing session - Ross-on-Wye area (close to M50) Monday 24th July 2017. Prof. Peter Bedford is to conduct his annual eye testing session at Penny Carpaninis home, Glencarn, Gorsley, Ross on Wye. Please contact Penny on 01989720790 if you wish to have your dogs eye tested. She can also be contacted via Facebook. Your dog must be microchipped and it's registration papers must be available to be stamped by the Professor.</w:t>
      </w:r>
    </w:p>
    <w:p>
      <w:r>
        <w:rPr>
          <w:b w:val="0"/>
          <w:i w:val="0"/>
        </w:rPr>
        <w:t>The entry for The Labrador Retriever Club Championship show this coming Saturday 10th June is 309 making 373 entries. Dog judge Mr Frank Kane 121 making 144. Bitch judge Mrs Isobel Key 188 making 229.</w:t>
      </w:r>
    </w:p>
    <w:p>
      <w:r>
        <w:rPr>
          <w:b w:val="0"/>
          <w:i w:val="0"/>
        </w:rPr>
        <w:t>The following day is Gundog Day at Three Counties Show at Malvern where Italian judge Rosa Agostini will judge for the first time in the UK at this level. She has an entry of 182 to keep her busy.</w:t>
      </w:r>
    </w:p>
    <w:p>
      <w:r>
        <w:rPr>
          <w:b w:val="0"/>
          <w:i w:val="0"/>
        </w:rPr>
        <w:t>Gunilla Ek, greatly experienced international judge and breeder of the top class Attikonak champion Labradors in Sweden has tackled a hitherto more or less untouchable topic, which is well in need of airing; that of the damage that questionable or just plain incompetent judging is doing to the breed, both here and abroad. This to my mind is happening far too often, ruining the show atmosphere and leading to an acceptance of glaring faults and unsoundness, about which nobody dares comment. Well perhaps the time has now come. For the sake of the breeds future, this is just not good enough!</w:t>
      </w:r>
    </w:p>
    <w:p>
      <w:r>
        <w:rPr>
          <w:b w:val="0"/>
          <w:i w:val="0"/>
        </w:rPr>
        <w:t xml:space="preserve">Always remember, exhibitors pay a lot of money to enter under a judge, the same amount for all, added to which are the travel costs, maybe staying away overnight and therefore the necessary hiring of staff to look after dogs left at home. Having shelled out, exhibitors have a right to expect a knowledgeable, competent and completely unbiased, two minutes full attention and assessment of their exhibits. No rushed hurried pat, no favours for friends. Each animal must be judged equally and fully on its merit, standing and moving, one dog against the other in accordance with the breed standard, where as well as correct construction, recognised Labrador head, coat and tail have always been the final arbiters. </w:t>
      </w:r>
    </w:p>
    <w:p>
      <w:r>
        <w:rPr>
          <w:b w:val="0"/>
          <w:i w:val="0"/>
        </w:rPr>
        <w:t>It amazes me how judges are not even moving their final selections around the ring all together. How can they come to an informed decision one against the other without doing so, yet it appears to be a popular fad. Are they so skilled they dont need to? Have they forgotten they ought to compare? I know I am certainly not the only one to notice.</w:t>
      </w:r>
    </w:p>
    <w:p>
      <w:r>
        <w:rPr>
          <w:b w:val="0"/>
          <w:i w:val="0"/>
        </w:rPr>
        <w:t>Gunilla spent much of her time in the past in the UK with the Hepworths and their classic Champion Poolstead Labradors. She went on to breed champions of her own in Sweden and is well equipped to comment.</w:t>
      </w:r>
    </w:p>
    <w:p>
      <w:r>
        <w:rPr>
          <w:b w:val="0"/>
          <w:i w:val="0"/>
        </w:rPr>
        <w:t>Her worries expressed clearly below, have to concern all those wishing to continue to judge, show and breed correct Labradors around the world. Her remarks have certainly been given the thumbs up by respected breeders far and wide. The situation has got to be improved!</w:t>
      </w:r>
    </w:p>
    <w:p>
      <w:r>
        <w:rPr>
          <w:b w:val="0"/>
          <w:i w:val="0"/>
        </w:rPr>
        <w:t>Regretfully, some long standing, top class breeders, have already left the stage, disgusted with what they have observed has been going on and the futility of their continuing to waste further time and money showing under these circumstances whereby the rules of construction and soundness seem to apply to some exhibitors, but clearly not to all. They fully believe the rude, cavalier way their dogs are sometimes disregarded and stood down on a split seconds whim to inferior animals is clearly not acceptable. Surely exhibitors deserve better?</w:t>
      </w:r>
    </w:p>
    <w:p>
      <w:r>
        <w:rPr>
          <w:b w:val="0"/>
          <w:i w:val="0"/>
        </w:rPr>
        <w:t>Gunilla writes -</w:t>
      </w:r>
    </w:p>
    <w:p>
      <w:r>
        <w:rPr>
          <w:b w:val="0"/>
          <w:i w:val="0"/>
        </w:rPr>
        <w:t xml:space="preserve">"This past year I have been attending quite a number of Shows. Not showing myself has given me the chance to follow the judges and the dogs. </w:t>
      </w:r>
    </w:p>
    <w:p>
      <w:r>
        <w:rPr>
          <w:b w:val="0"/>
          <w:i w:val="0"/>
        </w:rPr>
        <w:t xml:space="preserve">To me it seems that some of the judges either don't KNOW the Breed Standard or JUST DONT CARE! These judges "make up" a dog of a type they want 'to have', even though that type is not even close to the Labrador Breed Standard. </w:t>
      </w:r>
    </w:p>
    <w:p>
      <w:r>
        <w:rPr>
          <w:b w:val="0"/>
          <w:i w:val="0"/>
        </w:rPr>
        <w:t>Then some breeders are showing untypical animals. Despite the faults or unsoundness they often get away with it, so they say "Why not?" They then continue to win with these dogs which are entered as Labradors but which hardly resemble a Labrador. These animals have faults that make them untypical of the breed!</w:t>
      </w:r>
    </w:p>
    <w:p>
      <w:r>
        <w:rPr>
          <w:b w:val="0"/>
          <w:i w:val="0"/>
        </w:rPr>
        <w:t>Coming back from a Show some days ago, I felt extremely sad for our outstanding Labrador breed. Are we going to lose all the breed characteristics that make the breed the loveliest in the whole world??</w:t>
      </w:r>
    </w:p>
    <w:p>
      <w:r>
        <w:rPr>
          <w:b w:val="0"/>
          <w:i w:val="0"/>
        </w:rPr>
        <w:t>No more otter tails, no correct double coat, no almond eyes with the correct hazel colour. Not to mention the construction!</w:t>
      </w:r>
    </w:p>
    <w:p>
      <w:r>
        <w:rPr>
          <w:b w:val="0"/>
          <w:i w:val="0"/>
        </w:rPr>
        <w:t xml:space="preserve">What seems to be of a greater importance is that they can run like they have a rocket chasing them! </w:t>
      </w:r>
    </w:p>
    <w:p>
      <w:r>
        <w:rPr>
          <w:b w:val="0"/>
          <w:i w:val="0"/>
        </w:rPr>
        <w:t>Fronts - seem to be another thing which are tagged 'not important today!' Straight upperarms with short heavy necks into straight upright shoulders. Size, some are far too small.</w:t>
      </w:r>
    </w:p>
    <w:p>
      <w:r>
        <w:rPr>
          <w:b w:val="0"/>
          <w:i w:val="0"/>
        </w:rPr>
        <w:t>Please judges, do read our Labrador Standard before judging, it might freshen up your vision, which has to be an advantage to our breed!"</w:t>
      </w:r>
    </w:p>
    <w:p>
      <w:r>
        <w:rPr>
          <w:b w:val="0"/>
          <w:i w:val="0"/>
        </w:rPr>
        <w:t>Well said and Thank you so much, Gunilla. If anyone would like to add their comments via these notes, please feel free to do so.</w:t>
      </w:r>
    </w:p>
    <w:p>
      <w:r>
        <w:rPr>
          <w:b w:val="0"/>
          <w:i w:val="0"/>
        </w:rPr>
        <w:t>Bath championship show in its beautifully manicured parkland setting was judged on a chilly summers day by Becky Johnson who was going over the breed at this level for the second time. There was an entry of 147. The winners were Dog CC his 10th and Best of Breed, Sharon Lamberts yellow Ch Mattand Exodus JW who was handled to perfection in the Best in Show ring to gain Gundog Group 2 under Mick Howes. The Dog RCC winner was David Coodes yellow Ch Warringahs Perth JW Sh.CM, winning his 20th RCC to add to his 10CCs. The Bitch CC was a first for Jean and Gary Johnsons yellow Cremino Cobnut, whilst the Bitch RCC went to Judith Charltons yellow Sh Ch Foxrush Spun Gold JW.</w:t>
      </w:r>
    </w:p>
    <w:p>
      <w:r>
        <w:rPr>
          <w:b w:val="0"/>
          <w:i w:val="0"/>
        </w:rPr>
        <w:t>Best Puppy was my own black Minor Puppy Bitch, Bowstones Windchime enjoying her first championship show and her first time on a bench, to which I was relieved to find she took to like a duck to water.</w:t>
      </w:r>
    </w:p>
    <w:p>
      <w:r>
        <w:rPr>
          <w:b w:val="0"/>
          <w:i w:val="0"/>
        </w:rPr>
        <w:t xml:space="preserve">Best Veteran and moving and striding out like a fresh youngster was Andy and Jo Metcalfes Ch Bilbo Baggins By Baileydale JW Sh.CM </w:t>
      </w:r>
    </w:p>
    <w:p>
      <w:r>
        <w:rPr>
          <w:b w:val="0"/>
          <w:i w:val="0"/>
        </w:rPr>
        <w:t xml:space="preserve">The following weekend Maureen Floyd judged at Southern Counties for what I understand is her last time. No Group placings this week under Labrador specialist Richard Morris, but the breed winners were Dog CC Wyatts chocolate Ch Meadowleigh Brown Sugar who was Best of Breed, Dog RCC Bolds black, Shaymiloney SenateJW. Bitch CC, her third the Metcalfes yellow Baileydale Miss Busybody JW. Many congratulations. Bitch RCC Marilyn Priors yellow Priorise Lulu Belle and Best Puppy Arwyn Ellis Dolwen Button Moon. Best Veteran was Mrs J Wallaces Richbourne Signature Tune of Tiaja.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