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- 27/06/2014 - ISSUE"</w:t>
      </w:r>
      <w:r>
        <w:br/>
      </w:r>
      <w:r>
        <w:rPr>
          <w:b w:val="0"/>
          <w:i w:val="0"/>
        </w:rPr>
        <w:br/>
        <w:t>date_original: "27/06/2014 - ISSUE"</w:t>
      </w:r>
      <w:r>
        <w:br/>
      </w:r>
      <w:r>
        <w:rPr>
          <w:b w:val="0"/>
          <w:i w:val="0"/>
        </w:rPr>
        <w:br/>
        <w:t>source_url: "https://www.ourdogs.co.uk/members/breednotes/RetrieverLabradorMain.php"</w:t>
      </w:r>
      <w:r>
        <w:br/>
      </w:r>
      <w:r>
        <w:rPr>
          <w:b w:val="0"/>
          <w:i w:val="0"/>
        </w:rPr>
        <w:br/>
        <w:t>scraped_at: "2026-09-13T15:33:53"</w:t>
      </w:r>
      <w:r>
        <w:br/>
      </w:r>
      <w:r>
        <w:rPr>
          <w:b w:val="0"/>
          <w:i w:val="0"/>
        </w:rPr>
        <w:br/>
        <w:t>word_count: 982</w:t>
      </w:r>
    </w:p>
    <w:p>
      <w:r>
        <w:t>――――――――――――――――――――――――――――――</w:t>
      </w:r>
    </w:p>
    <w:p>
      <w:r>
        <w:rPr>
          <w:b w:val="0"/>
          <w:i w:val="0"/>
        </w:rPr>
        <w:t>NEWS MEMBERS' AREA SHOP SUBSCRIBE UPCOMING SHOWS MORE</w:t>
      </w:r>
    </w:p>
    <w:p>
      <w:r>
        <w:rPr>
          <w:b w:val="0"/>
          <w:i w:val="0"/>
        </w:rPr>
        <w:t>RETRIEVER LABRADOR</w:t>
      </w:r>
    </w:p>
    <w:p>
      <w:r>
        <w:rPr>
          <w:b w:val="0"/>
          <w:i w:val="0"/>
        </w:rPr>
        <w:t>Issue: 27/06/2014</w:t>
      </w:r>
    </w:p>
    <w:p>
      <w:r>
        <w:rPr>
          <w:b w:val="0"/>
          <w:i w:val="0"/>
        </w:rPr>
        <w:t xml:space="preserve">The 180 Labrador dogs and bitches entered at Blackpool championship show on June 21st were judged by non breed specialist, Jenny Miller, who was taking the centre of the Labrador ring at CC level for the first time. I gather it was a pleasant sunny day with a refreshing breeze.  </w:t>
      </w:r>
    </w:p>
    <w:p>
      <w:r>
        <w:rPr>
          <w:b w:val="0"/>
          <w:i w:val="0"/>
        </w:rPr>
        <w:t xml:space="preserve">Congratulations to Richard Stafford whose homebred yellow dog Sh Ch Farnfield Topo Gigio JW ShCM  won the Dog CC, Best of Breed and later the Gundog group under Freda Marshall. A wonderful second Gundog group win for our breed this year, the first being Anne Taylors black bitch Ch Fabracken Trust in Me.  </w:t>
      </w:r>
    </w:p>
    <w:p>
      <w:r>
        <w:rPr>
          <w:b w:val="0"/>
          <w:i w:val="0"/>
        </w:rPr>
        <w:t>The Dog RCC was won by Penny Carpanini's yellow Carpenny Melrose. The Bitch CC went to Anthony Allan and Linda Hess's yellow Sh Ch Am Ch Saltys Surfer Girl of Tampa Bay, whilst the Bitch RCC was won by Mr and Mrs  Ian Ganney and Marlene Hepper's black, Mardas Ramona Chase.</w:t>
      </w:r>
    </w:p>
    <w:p>
      <w:r>
        <w:rPr>
          <w:b w:val="0"/>
          <w:i w:val="0"/>
        </w:rPr>
        <w:t>Best puppy was Caroline Campbells Binnaig Blonde. (presumably a  yellow bitch judging her name!)</w:t>
      </w:r>
    </w:p>
    <w:p>
      <w:r>
        <w:rPr>
          <w:b w:val="0"/>
          <w:i w:val="0"/>
        </w:rPr>
        <w:t xml:space="preserve">A very interesting road safety leaflet has been circulated by Gloucestershire County Council regarding how close we are to losing one's driving licence, having partaken of any alcoholic drink in any 24hour period.  </w:t>
      </w:r>
    </w:p>
    <w:p>
      <w:r>
        <w:rPr>
          <w:b w:val="0"/>
          <w:i w:val="0"/>
        </w:rPr>
        <w:t xml:space="preserve">Titled "Avoid the Morning After, don't drink and drive" it sets out the startling facts of how long alcohol takes to clear the body and points out the clear dangers if one plans to drive the following day. You may very well be over the limit and risk being banned from driving, which with our hobby involving early morning starts and so much long distance driving would be a catastrophe.  </w:t>
      </w:r>
    </w:p>
    <w:p>
      <w:r>
        <w:rPr>
          <w:b w:val="0"/>
          <w:i w:val="0"/>
        </w:rPr>
        <w:t xml:space="preserve">Starting with a 35mm shot of spirit you ought to be safe to drive after 2 Â½ hours. One pint of beer clears in 3 Â½ hours, whilst a bottle of beer is 3 hours. A large glass of wine takes 5 hours!  </w:t>
      </w:r>
    </w:p>
    <w:p>
      <w:r>
        <w:rPr>
          <w:b w:val="0"/>
          <w:i w:val="0"/>
        </w:rPr>
        <w:t xml:space="preserve">The startling list continues through the tipples up to the startling results of drinking a whole bottle of wine, which I believe people do. This takes an amazing 13 hours to clear the body!  If you imbibe in the evening up till midnight, you will still be well over the drink/drive limit by 11am the following morning !  </w:t>
      </w:r>
    </w:p>
    <w:p>
      <w:r>
        <w:rPr>
          <w:b w:val="0"/>
          <w:i w:val="0"/>
        </w:rPr>
        <w:t>As a comment, presumably the same applies to judging, arranging shows, business meetings or life in general. If you drink sociably during the evening you are likely to still be well over the limit to drive to your appointment the following morning or engage your brain properly.</w:t>
      </w:r>
    </w:p>
    <w:p>
      <w:r>
        <w:rPr>
          <w:b w:val="0"/>
          <w:i w:val="0"/>
        </w:rPr>
        <w:t>Shocking figures.  Food for thought!</w:t>
      </w:r>
    </w:p>
    <w:p>
      <w:r>
        <w:rPr>
          <w:b w:val="0"/>
          <w:i w:val="0"/>
        </w:rPr>
        <w:t>A few reminders of dates for your diaries. The most enjoyable, annual Yellow Labrador Club show/work Funday is being held on Saturday July 5th 2014 at 11.00am. This year in addition to the usual relaxed training there will be expert advice on what to expect at a show gundog working certificate day and how to gain a Show Gundog Working Certificate.</w:t>
      </w:r>
    </w:p>
    <w:p>
      <w:r>
        <w:rPr>
          <w:b w:val="0"/>
          <w:i w:val="0"/>
        </w:rPr>
        <w:t>The venue is The Beeches, Lighthorne Road, Moreton Morrell, Warks CV35 9DB by kind invitation of Kate and Andy Smith. Open to Members and Non-Members of the Yellow Labrador Club with Labradors of any age or experience; complete beginners will be very welcome.</w:t>
      </w:r>
    </w:p>
    <w:p>
      <w:r>
        <w:rPr>
          <w:b w:val="0"/>
          <w:i w:val="0"/>
        </w:rPr>
        <w:t>The cost is Â£5 per handler; half price for under 18s. Bring your own picnic. To book your place sent a cheque to Mrs Sussie Wiles Bourne Farm, Harefield, Middlesex UB9 6NA with your name and address and telephone number on the back of the cheque plus the number of Labradors you will be bringing. Bookings should be in by 14th June.</w:t>
      </w:r>
    </w:p>
    <w:p>
      <w:r>
        <w:rPr>
          <w:b w:val="0"/>
          <w:i w:val="0"/>
        </w:rPr>
        <w:t>Any queries - contact Linda Partridge on 01530810856 braidenvale flashmountgundogs@gmail.com,</w:t>
      </w:r>
    </w:p>
    <w:p>
      <w:r>
        <w:rPr>
          <w:b w:val="0"/>
          <w:i w:val="0"/>
        </w:rPr>
        <w:t>or Kate Smith on 01926650546 katie@ardenbrook.force9.co.uk</w:t>
      </w:r>
    </w:p>
    <w:p>
      <w:r>
        <w:rPr>
          <w:b w:val="0"/>
          <w:i w:val="0"/>
        </w:rPr>
        <w:t>On July 12th, MCLRC are holding their Annual Garden Party &amp; Fun Training Day on Saturday, July 12th at Wellfield House, Orgreave,  Alrewas,  Burton upon Trent,  Staffs DE13 7DH.</w:t>
      </w:r>
    </w:p>
    <w:p>
      <w:r>
        <w:rPr>
          <w:b w:val="0"/>
          <w:i w:val="0"/>
        </w:rPr>
        <w:t xml:space="preserve">This year as well as the puppy classes 12weeks-4mths, 4mths-6mths,6mths-9mths,9mths- 12mths and veteran classes 7-10 years, 10 years+ there will be basic gundog training, an agility course, a scurry and a chance to do the Bronze Good Citizen's Scheme.  </w:t>
      </w:r>
    </w:p>
    <w:p>
      <w:r>
        <w:rPr>
          <w:b w:val="0"/>
          <w:i w:val="0"/>
        </w:rPr>
        <w:t>Party bags for all puppies and veterans. There will also be plenty of refreshments including a barbeque and hog roast, the Club Shop and a produce stall. Eye testing session by John Goodyear B.V.M.S. Cert V Ophthal M.R.C.V.S at Â£36-00 per dog.</w:t>
      </w:r>
    </w:p>
    <w:p>
      <w:r>
        <w:rPr>
          <w:b w:val="0"/>
          <w:i w:val="0"/>
        </w:rPr>
        <w:t>Not forgetting the complimentary Pimms!</w:t>
      </w:r>
    </w:p>
    <w:p>
      <w:r>
        <w:rPr>
          <w:b w:val="0"/>
          <w:i w:val="0"/>
        </w:rPr>
        <w:t>Entries taken from 12-00 with judging starting at 1-00. More details from Michael Neachell 01283 790434</w:t>
      </w:r>
    </w:p>
    <w:p>
      <w:r>
        <w:rPr>
          <w:b w:val="0"/>
          <w:i w:val="0"/>
        </w:rPr>
        <w:t>On Gundog Day, Monday 11th August Bournemouth Championship Show committee have kindly given permission for friends to hold a gazebo party in memory of Sally Playle (Triplecroft). Sally recently lost her battle against cancer. There will be drinks, cake and nibbles with donations to a cancer charity.  Hopefully, even if you didnt know Sally but you have been affected by Cancer you will join us for a little tea party after judging has been completed.  If anyone is prepared to make/bring a cake or drink donation on the day please contact Alison Scutcher or Rachel Williams direct or you can add a note on the list being held on the UK Labrador Show Group Facebook page.</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