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Oct 2010"</w:t>
      </w:r>
      <w:r>
        <w:br/>
      </w:r>
      <w:r>
        <w:rPr>
          <w:b w:val="0"/>
          <w:i w:val="0"/>
        </w:rPr>
        <w:br/>
        <w:t>date_original: "8 Oct 2010"</w:t>
      </w:r>
      <w:r>
        <w:br/>
      </w:r>
      <w:r>
        <w:rPr>
          <w:b w:val="0"/>
          <w:i w:val="0"/>
        </w:rPr>
        <w:br/>
        <w:t>source_url: "https://www.ourdogs.co.uk/members/breednotes/2010/RetrieverLabrador/RetrieverLabrador-oct8.htm"</w:t>
      </w:r>
      <w:r>
        <w:br/>
      </w:r>
      <w:r>
        <w:rPr>
          <w:b w:val="0"/>
          <w:i w:val="0"/>
        </w:rPr>
        <w:br/>
        <w:t>archive_type: "static_html"</w:t>
      </w:r>
      <w:r>
        <w:br/>
      </w:r>
      <w:r>
        <w:rPr>
          <w:b w:val="0"/>
          <w:i w:val="0"/>
        </w:rPr>
        <w:br/>
        <w:t>scraped_at: "2026-09-13T22:01:11"</w:t>
      </w:r>
      <w:r>
        <w:br/>
      </w:r>
      <w:r>
        <w:rPr>
          <w:b w:val="0"/>
          <w:i w:val="0"/>
        </w:rPr>
        <w:br/>
        <w:t>word_count: 1496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date for your diary; the Lab Club of Wales are holding an AV Retriever Show Gundog Working Day on Saturday 13th November at Llancarfan, Vale of Glamorgan. Details from Margaret Barker tel 01443 842 585.</w:t>
      </w:r>
    </w:p>
    <w:p>
      <w:r>
        <w:rPr>
          <w:b w:val="0"/>
          <w:i w:val="0"/>
        </w:rPr>
        <w:t>Mrs Freda Marshall judged Belfast championship show and from an entry of 74 the Dog CC, his second, was won by Mr and Mrs Ken Roberts 2 year old yellow, Stormrose Morning Jewel JW ShCM (Sh Ch Rocheby Statesman x Stormrose Spanish Beauty). The Dog RCC went to the same owners two year old Royal Dane of Stormrose (Sh Ch Castleduff Radical Jack x Stormrose Spanish Beauty). The Bitch CC and Best of Breed was won by Linda McGillivrays yellow, Sh Ch Ir Ch Antonine Allure JW and the Bitch RCC went to Miss Shaw and Mr Toman’s Talard Stars N Stripes in Broconnell. Best Puppy was Mr C O’Kanes Oakhouse Old Peculiar.</w:t>
      </w:r>
    </w:p>
    <w:p>
      <w:r>
        <w:rPr>
          <w:b w:val="0"/>
          <w:i w:val="0"/>
        </w:rPr>
        <w:t>Ken and Mrs Roberts Stormrose kennel certainly had a good week and having won both the Dog CC and RCC at Belfast continued their winning ways when four days later, midweek at the Yellow Labrador Club Ch Show held at the Kennel Club Building, Stoneleigh, Warwickshire, they made up their very first champion, the yellow, Stormrose Morning Jewel JW ShCM. He won the Dog CC from an entry of 309 dogs and bitches under dog judge Mr Tony Jury. S. Morning Jewel (Sh Ch Rocheby Statesman x Stormrose Spanish Beauty), who was just two years old at the end of August, won his first CC and RBIS at the Labrador Retriever Club 2010 under Linda McGillivray; his second CC at Belfast under Freda Marshall and his crowning third CC four days later under Tony Jury at the Yellow Lab Club. Many congratulations. The Dog RCC went to Chris and Claire Mills yellow dual CC winner Lembas Super Trouper JW (Lembas Top Ranking x Carpenny Wonder with Lembas).</w:t>
      </w:r>
    </w:p>
    <w:p>
      <w:r>
        <w:rPr>
          <w:b w:val="0"/>
          <w:i w:val="0"/>
        </w:rPr>
        <w:t>The Bitches were judged by Mary O’Donaghue (Philipstown), a well-known and well travelled exhibitor who resides in Ireland but is often competing at top level over here. Mary was awarding CCs in England for her second time. The Bitch CC and Best in Show was Richard Staffords yellow Sh Ch Kimvalley Star Attraction over Farnfield (Jayncourt Star Turn at Sandylands x Langshott Black Velvet with Kimvalley. The Bitch RCC went to the Rawlinsons yellow Wilsbury Cream Cracker at Halshimoor JW (Martinstide Punchline at Halshimoor x Overijse Scarlet Beautiful at Wilsbury). Best Puppy in Show was Andy and Jo Metcalfe’s yellow Baileydale Nosey Parker (Bilbo Baggins by Baileydale JW x Baileydale Dior).</w:t>
      </w:r>
    </w:p>
    <w:p>
      <w:r>
        <w:rPr>
          <w:b w:val="0"/>
          <w:i w:val="0"/>
        </w:rPr>
        <w:t>The show started with fond memories of past Yellow Labrador Club Chairman, dear Peggy Rae (Cornlands), who had so sadly passed away just a few weeks ago having recently celebrated her 90th birthday. Richard Wiles, husband of YLC Secretary Sussie Wiles, gave a befitting eulogy to Peggy and a respectful silence was observed; even the majority of dogs managed to stay quiet throughout the silence, it was as if a magic spell of tranquillity had been cast over the whole show, with Peggy gently watching over us at her very special Yellow Labrador Club’s annual event. Judging was indoors in the brightly lit warmth, whilst outside it was a grey dismal day; very wet and miserable. Shades of autumn and winter to come with leaves already falling. The show was very well run by the well known committee and ran like clockwork.</w:t>
      </w:r>
    </w:p>
    <w:p>
      <w:r>
        <w:rPr>
          <w:b w:val="0"/>
          <w:i w:val="0"/>
        </w:rPr>
        <w:t>For me it was a pleasure to have benching for the dogs. It meant that the ringsides were occupied by relaxed spectators chatting and enjoying each others company; watching in comfort and hopefully learning from the judging rather than being surrounded by a muddle of crammed dog crates and all the paraphernalia which comes with them. As ever, the catering at this event was calorificaly yummy.</w:t>
      </w:r>
    </w:p>
    <w:p>
      <w:r>
        <w:rPr>
          <w:b w:val="0"/>
          <w:i w:val="0"/>
        </w:rPr>
        <w:t>Amongst others, it was good to see and chat with Lesley Dantinnes and her husband (Zanys) over here on a dog showing holiday from their retirement idyll in the Hebridian Isle of Lewis. Having retired to the Western Isles from hotel ownership in the Lake District their retirement didn’t actually last long it appears and typical of busy Labrador folk another interest, weaving top quality Harris Tweed has become an absorbing occupation.</w:t>
      </w:r>
    </w:p>
    <w:p>
      <w:r>
        <w:rPr>
          <w:b w:val="0"/>
          <w:i w:val="0"/>
        </w:rPr>
        <w:t>I was pleased to see Richard Edwards and his wife Liz at the show, selling books from Richards’s extensive collection. There were some of the very best, rare and out of print Labrador books on sale; hard to come by copies of Mary Roslin Williams books which are a must for anyone interested in progressing with informed Labrador breeding. Anyone new to the breed should never miss such a wonderful opportunity of purchasing rare books to extend his or her knowledge of the Labrador. They may never come on the market again.</w:t>
      </w:r>
    </w:p>
    <w:p>
      <w:r>
        <w:rPr>
          <w:b w:val="0"/>
          <w:i w:val="0"/>
        </w:rPr>
        <w:t>My new book, “The Owners Guide - All you need to know about the Labrador Retriever” has just been published and it too was available and well received at the YLC show. As well as being of interest to all those who love Labradors, it is intended to be a very useful tool for Labrador breeders to include when sending a young puppy off to its new life with its new owner. In the book I have tried to explain the basics of Labrador care in a simple, sensible, amusing and easily read way. It is well illustrated with many colour photos throughout. There is an excellent Veterinary section with Labradors specifically in mind. With this book to hand, hopefully new Labrador owners will be well equipped to start out on the road of properly and safely rearing their new charge with fewer accidents and the knowledge of how to care for him properly to the end of his days. The books are available from Our Dogs at £10.74 and I shall have some available at club shows; any queries please contact me by phone as below.</w:t>
      </w:r>
    </w:p>
    <w:p>
      <w:r>
        <w:rPr>
          <w:b w:val="0"/>
          <w:i w:val="0"/>
        </w:rPr>
        <w:t>For all those with extensive “Labrador libraries”, (which as I have already noted, everyone should have), Gary Johnsons latest, must have pedigree book of champions “Labradors 2010 Champions for the New Millennium” is also now on sale. Copies are £48 each plus postage or from Gary at shows. For further information contact Gary www.creminolabs.co.uk</w:t>
      </w:r>
      <w:r>
        <w:br/>
      </w:r>
      <w:r>
        <w:rPr>
          <w:b w:val="0"/>
          <w:i w:val="0"/>
        </w:rPr>
        <w:br/>
        <w:t>Due to the illness and subsequent retirement of former Midland Counties Lab Club Yearbook editor Pam Hingley, who has done such a sterling job with the Yearbook for several years, the club have appointed a new Yearbook Editor. Lisa Finney will bravely take on the demanding job. Lisa’s address is 47 Lode Lane, Solihull, West Midlands B91 2AF and all yearbook correspondence, photos and kennel adverts should now be sent to Lisa. Her telephone number is 0121 705 5458 and Email: lisa.finney1@googlemail.com</w:t>
      </w:r>
      <w:r>
        <w:br/>
      </w:r>
      <w:r>
        <w:rPr>
          <w:b w:val="0"/>
          <w:i w:val="0"/>
        </w:rPr>
        <w:b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