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- 05/06/2026 - ISSUE"</w:t>
      </w:r>
      <w:r>
        <w:br/>
      </w:r>
      <w:r>
        <w:rPr>
          <w:b w:val="0"/>
          <w:i w:val="0"/>
        </w:rPr>
        <w:br/>
        <w:t>date_original: "05/06/2026 - ISSUE"</w:t>
      </w:r>
      <w:r>
        <w:br/>
      </w:r>
      <w:r>
        <w:rPr>
          <w:b w:val="0"/>
          <w:i w:val="0"/>
        </w:rPr>
        <w:br/>
        <w:t>source_url: "https://www.ourdogs.co.uk/members/breednotes/RetrieverLabradorMain.php"</w:t>
      </w:r>
      <w:r>
        <w:br/>
      </w:r>
      <w:r>
        <w:rPr>
          <w:b w:val="0"/>
          <w:i w:val="0"/>
        </w:rPr>
        <w:br/>
        <w:t>scraped_at: "2026-09-13T15:03:33"</w:t>
      </w:r>
      <w:r>
        <w:br/>
      </w:r>
      <w:r>
        <w:rPr>
          <w:b w:val="0"/>
          <w:i w:val="0"/>
        </w:rPr>
        <w:br/>
        <w:t>word_count: 795</w:t>
      </w:r>
    </w:p>
    <w:p>
      <w:r>
        <w:t>――――――――――――――――――――――――――――――</w:t>
      </w:r>
    </w:p>
    <w:p>
      <w:r>
        <w:rPr>
          <w:b w:val="0"/>
          <w:i w:val="0"/>
        </w:rPr>
        <w:t>NEWS MEMBERS' AREA SHOP SUBSCRIBE UPCOMING SHOWS MORE</w:t>
      </w:r>
    </w:p>
    <w:p>
      <w:r>
        <w:rPr>
          <w:b w:val="0"/>
          <w:i w:val="0"/>
        </w:rPr>
        <w:t>RETRIEVER LABRADOR</w:t>
      </w:r>
    </w:p>
    <w:p>
      <w:r>
        <w:rPr>
          <w:b w:val="0"/>
          <w:i w:val="0"/>
        </w:rPr>
        <w:t>Issue: 05/06/2026</w:t>
      </w:r>
    </w:p>
    <w:p>
      <w:r>
        <w:rPr>
          <w:b w:val="0"/>
          <w:i w:val="0"/>
        </w:rPr>
        <w:t>A very warm and sunny day at Bath, where Anthony Allen was in charge of the ring. His DCC and BOB was Maxine Woodley's Alkhamhurst Prime Shot, gaining his crown on the day and becoming Maxine's 5th UK Champion. RDCC, and adding to his tally of such awards, was Yo Shirton's promising young dog Woolman Free And Easy. BCC, over from Italy and no doubt welcoming our unseasonal heatwave, was Stefano Piva with Blackhills Bellisima For Bluveil, RBCC was Rebecca and Jayne Mills's Jaybec Winter Wispa. BP went to Fiona Braddon's Trendlewood For All We Know. BV was Ann Wallace's Tiaja Love In The Sun, and BSB was Philpotts Clarisview Primrose, who delighted her owner by taking G2 in the SB group.</w:t>
      </w:r>
      <w:r>
        <w:br/>
      </w:r>
      <w:r>
        <w:rPr>
          <w:b w:val="0"/>
          <w:i w:val="0"/>
        </w:rPr>
        <w:br/>
        <w:t>Over in the Beagle ring, David Craig's Ch Davricard Bianca continued her winning ways by taking RBCC.</w:t>
      </w:r>
      <w:r>
        <w:br/>
      </w:r>
      <w:r>
        <w:rPr>
          <w:b w:val="0"/>
          <w:i w:val="0"/>
        </w:rPr>
        <w:br/>
        <w:t>Looking through the photos of Bath posted on Facebook, it was nice to see Lorraine Tooth back in the ring after a very trying 9 months out of action whilst her broken body mended. I understand she also moved house during that time. Onwards and upwards Lorraine.</w:t>
      </w:r>
      <w:r>
        <w:br/>
      </w:r>
      <w:r>
        <w:rPr>
          <w:b w:val="0"/>
          <w:i w:val="0"/>
        </w:rPr>
        <w:br/>
        <w:t>I'm writing these notes in the dead of night as I watch over my recently born puppies. Several hours before Orla went into the first stage of labour, I noticed 15 year old matriarch, Pol, exhibiting behaviour I have never seen in all my years breeding. Orla whelped 2 days early, and was showing absolutely no signs that she was about to start, but Pol insisted on making a nest in her own bed, and was desperately trying to usher Orla into the nest. Wherever Orla was, Pol was a foot behind her. Pol even refused her evening meal, (Orla didn't, she scoffed it but brought it back later). Sure enough, a few hours later, Orla also started to nest. Since the puppies were born, Pol has stationed herself outside the whelping pen.</w:t>
      </w:r>
      <w:r>
        <w:br/>
      </w:r>
      <w:r>
        <w:rPr>
          <w:b w:val="0"/>
          <w:i w:val="0"/>
        </w:rPr>
        <w:br/>
        <w:t>Being of advanced years can have its advantages, as 8 hours of unbroken sleep is now just a distant memory for me, so snatching an hour here and there on the sofa next to the whelping box isn't too much of a hardship.</w:t>
      </w:r>
      <w:r>
        <w:br/>
      </w:r>
      <w:r>
        <w:rPr>
          <w:b w:val="0"/>
          <w:i w:val="0"/>
        </w:rPr>
        <w:br/>
        <w:t>Anyone who has puppies born in a heatwave knows the problem of keeping the puppies at just the right temperature. Fans are useful, but the puppies can very quickly get too cold. My solution is a couple of hot-water bottles!!! The kind with a fabric cover. I fill them with crushed ice and place them at the edges of the nest. I find that the puppies will gravitate towards them when they get too hot, and move away when they cool down. Mum also appreciates them.</w:t>
      </w:r>
      <w:r>
        <w:br/>
      </w:r>
      <w:r>
        <w:rPr>
          <w:b w:val="0"/>
          <w:i w:val="0"/>
        </w:rPr>
        <w:br/>
        <w:t>Whilst we're on the subject of keeping your dogs cool in the hot weather, I myself, and I'm sure many other people, used to make ice cubes by filling plastic containers with raw veg and water, and freezing into large ice cubes. Thanks to a doctor friend, l now know that this is not a good idea. Once the ice hits a dogs stomach, a message is immediately sent to the hypothalamus in the brain to warn that the core temperature of the dog has dropped. The brain then instructs the metabolic rate to rise in order to raise the core temperature. Many of these old wives tales have a basis in science as I remember my mother always saying that a cup of tea will cool you down better than a cold drink.</w:t>
      </w:r>
      <w:r>
        <w:br/>
      </w:r>
      <w:r>
        <w:rPr>
          <w:b w:val="0"/>
          <w:i w:val="0"/>
        </w:rPr>
        <w:br/>
        <w:t>This week marks a year since I took over the breed notes. I hope I'm not boring you, and thank you so much for your kind remarks when I DO write something of interest. I try to include snippets about our Labrador exhibitors and friends. Facebook is a valuable source of news, but if anyone has any other news, or opinions, or tips that they think would be of interest to my readers, such as group successes at open shows, or any judging appointments that you've undertaken abroad, with your main winners, I would be very happy to include them in the notes.</w:t>
      </w:r>
      <w:r>
        <w:br/>
      </w:r>
      <w:r>
        <w:rPr>
          <w:b w:val="0"/>
          <w:i w:val="0"/>
        </w:rPr>
        <w:br/>
        <w:t>Elaine Grummitt</w:t>
      </w:r>
      <w:r>
        <w:br/>
      </w:r>
      <w:r>
        <w:rPr>
          <w:b w:val="0"/>
          <w:i w:val="0"/>
        </w:rPr>
        <w:br/>
        <w:t>manorwell@sky.com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