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- 01/04/2011"</w:t>
      </w:r>
      <w:r>
        <w:br/>
      </w:r>
      <w:r>
        <w:rPr>
          <w:b w:val="0"/>
          <w:i w:val="0"/>
        </w:rPr>
        <w:br/>
        <w:t>date_original: "01/04/2011"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"2026-09-13T22:49:00"</w:t>
      </w:r>
      <w:r>
        <w:br/>
      </w:r>
      <w:r>
        <w:rPr>
          <w:b w:val="0"/>
          <w:i w:val="0"/>
        </w:rPr>
        <w:br/>
        <w:t>word_count: 606</w:t>
      </w:r>
    </w:p>
    <w:p>
      <w:r>
        <w:t>――――――――――――――――――――――――――――――</w:t>
      </w:r>
    </w:p>
    <w:p>
      <w:r>
        <w:rPr>
          <w:b w:val="0"/>
          <w:i w:val="0"/>
        </w:rPr>
        <w:t>NEWS MEMBERS' AREA SHOP SUBSCRIBE UPCOMING SHOWS MORE</w:t>
      </w:r>
    </w:p>
    <w:p>
      <w:r>
        <w:rPr>
          <w:b w:val="0"/>
          <w:i w:val="0"/>
        </w:rPr>
        <w:t>RETRIEVER LABRADOR</w:t>
      </w:r>
    </w:p>
    <w:p>
      <w:r>
        <w:rPr>
          <w:b w:val="0"/>
          <w:i w:val="0"/>
        </w:rPr>
        <w:t>Issue: 01/04/2011</w:t>
      </w:r>
    </w:p>
    <w:p>
      <w:r>
        <w:rPr>
          <w:b w:val="0"/>
          <w:i w:val="0"/>
        </w:rPr>
        <w:t>Do remember the relaxed beginners training day at Maisemore, Nr Gloucester on 9th April at 9.30am for 10am start. The event is held by Cotswold and Wyevern Lab Club. Â£10 for Members and Â£15 for non-members. For more details ring Sharon Rogers on 01453886752</w:t>
      </w:r>
    </w:p>
    <w:p>
      <w:r>
        <w:rPr>
          <w:b w:val="0"/>
          <w:i w:val="0"/>
        </w:rPr>
        <w:t>Three Ridings Labrador Club held their annual championship show at Cleckheaton, near Leeds. From an entry of 246 under judges David Craig (Dogs) and Anne Lavelle (Bitches) the Dog CC was won by the Rawlinsons two year old black, Fullwell Fly High with Halshimoor (Brigburn Farm Trader x Halshimoor Hi Five to Fullwell), with the Dog RCC going to Lou and Janet Neals yellow Sh Ch Amberstope Rebel Yell ShCM (Amberstope Glen Grant x Amberstope Georgia).</w:t>
      </w:r>
    </w:p>
    <w:p>
      <w:r>
        <w:rPr>
          <w:b w:val="0"/>
          <w:i w:val="0"/>
        </w:rPr>
        <w:t>Congratulations to Sue Merrill whose 3 year old yellow, Ir Sh Ch Brockberrow Dream Maker at Gostwyck (Sh Ch Linjor Valentino JW Sh CM x Eneleon Amethyst) won the Bitch CC; she has consistently been knocking at the door during 2010 and this was her day; winning her third CC. She can proudly add Sh Ch to the Ir Sh Ch title she already holds.  Her first CC was won under Feffie Somerfield at Blackpool 2010; her second later in the year under Joy Venturi Rose at North West Lab Club and now her crowning third CC at Three Ridings 2011. Well done. Many congratulations.</w:t>
      </w:r>
    </w:p>
    <w:p>
      <w:r>
        <w:rPr>
          <w:b w:val="0"/>
          <w:i w:val="0"/>
        </w:rPr>
        <w:t>Sadly as the club has no website and no-one has forwarded the results for the breed- notes I have no details of who won the Bitch RCC or who went Best Puppy.</w:t>
      </w:r>
    </w:p>
    <w:p>
      <w:r>
        <w:rPr>
          <w:b w:val="0"/>
          <w:i w:val="0"/>
        </w:rPr>
        <w:t>Do remember that I compile the annual year-end championship show results for Yearbook use as well as writing the breed notes. If I haven't got your wins in the breed-notes, then there is a possibility they could be missed from the year-end records and yearbooks too. So if I am not at a particular championship show do please make sure that you email or phone me with the details.</w:t>
      </w:r>
    </w:p>
    <w:p>
      <w:r>
        <w:rPr>
          <w:b w:val="0"/>
          <w:i w:val="0"/>
        </w:rPr>
        <w:t>Good news from Gary Johnson whose 12Â½month old Cremino Cupid's Beau (Aroscas Time Will Tell x Cremino Catalina) won RBIS at Woolwich &amp; Bexley Open show. The breed judge was Alison Alford (Wildwater), the group judge was Susie Roffey (Autumnwood) and BIS judge Steven Seymour.</w:t>
      </w:r>
    </w:p>
    <w:p>
      <w:r>
        <w:rPr>
          <w:b w:val="0"/>
          <w:i w:val="0"/>
        </w:rPr>
        <w:t>We are never satisfied with the weather in this country. After months on end of cold, wet, grey days, for just a few perfect spring days the sun has shone brightly in a clear blue sky and the thermometer registered 19degrees C, which for March is quite a record. From being huddled up against the cold all winter, the dogs really enjoyed sprawling out on the terrace, basking in the newly found warmth of the sun. However, never satisfied, after a while they each sighed, looked round as though it was really boring, got up and retreated to flop down in the cool shade. I am sure if they had been able, they would have each complained that it was quite ridiculous; far too hot too soon. No pleasing some!</w:t>
      </w:r>
    </w:p>
    <w:p>
      <w:r>
        <w:rPr>
          <w:b w:val="0"/>
          <w:i w:val="0"/>
        </w:rPr>
        <w:t>Ann Britton, 01989720665</w:t>
      </w:r>
    </w:p>
    <w:p>
      <w:r>
        <w:rPr>
          <w:b w:val="0"/>
          <w:i w:val="0"/>
        </w:rPr>
        <w:t>email: bowstones@btinternet .com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