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- 10/06/2011"</w:t>
      </w:r>
      <w:r>
        <w:br/>
      </w:r>
      <w:r>
        <w:rPr>
          <w:b w:val="0"/>
          <w:i w:val="0"/>
        </w:rPr>
        <w:br/>
        <w:t>date_original: "10/06/2011"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"2026-09-13T22:48:34"</w:t>
      </w:r>
      <w:r>
        <w:br/>
      </w:r>
      <w:r>
        <w:rPr>
          <w:b w:val="0"/>
          <w:i w:val="0"/>
        </w:rPr>
        <w:br/>
        <w:t>word_count: 2267</w:t>
      </w:r>
    </w:p>
    <w:p>
      <w:r>
        <w:t>――――――――――――――――――――――――――――――</w:t>
      </w:r>
    </w:p>
    <w:p>
      <w:r>
        <w:rPr>
          <w:b w:val="0"/>
          <w:i w:val="0"/>
        </w:rPr>
        <w:t>NEWS MEMBERS' AREA SHOP SUBSCRIBE UPCOMING SHOWS MORE</w:t>
      </w:r>
    </w:p>
    <w:p>
      <w:r>
        <w:rPr>
          <w:b w:val="0"/>
          <w:i w:val="0"/>
        </w:rPr>
        <w:t>RETRIEVER LABRADOR</w:t>
      </w:r>
    </w:p>
    <w:p>
      <w:r>
        <w:rPr>
          <w:b w:val="0"/>
          <w:i w:val="0"/>
        </w:rPr>
        <w:t>Issue: 10/06/2011</w:t>
      </w:r>
    </w:p>
    <w:p>
      <w:r>
        <w:rPr>
          <w:b w:val="0"/>
          <w:i w:val="0"/>
        </w:rPr>
        <w:t>I judged Labrador Bitches and Pat Harrison judged the Dogs at the Italian Retriever Club show in Florence on 22nd May 2011. Lynda Miles (Llanstinan) kindly accompanied me on the trip at the very last minute, as my initial travelling companion Carole Coode, who was to have judged the Flatcoats at the same show, had suffered a very bad back at the last minute and was unable to travel.</w:t>
      </w:r>
    </w:p>
    <w:p>
      <w:r>
        <w:rPr>
          <w:b w:val="0"/>
          <w:i w:val="0"/>
        </w:rPr>
        <w:t>We extended the stay by a few days immediately before the show to have a good look around the famous art galleries and buildings of Florence. When space permits. I shall write in a future breed notes about the humorous escapades in which we became embroiled as we traversed this historical city. It was a memorable trip; the other side of judging a dog show!</w:t>
      </w:r>
    </w:p>
    <w:p>
      <w:r>
        <w:rPr>
          <w:b w:val="0"/>
          <w:i w:val="0"/>
        </w:rPr>
        <w:t>The Italian Retriever Club show was held outdoors on a Sunday in a vast, tree-lined public park with roughly mown grass rings and was sharing facilities with a large two-day all breed championship show, which had started the previous day.</w:t>
      </w:r>
    </w:p>
    <w:p>
      <w:r>
        <w:rPr>
          <w:b w:val="0"/>
          <w:i w:val="0"/>
        </w:rPr>
        <w:t>There is no benching at any of these European shows so the dogs are settled in crates under trees or gazebos. If it rains everyone just gets very wet. Owners have half a dozen or more crates each. Imagine lugging them into a show! Entry fees are between Â£40 and Â£ 50 per dog escalating upwards towards the closing date. We don't know when we have a good thing going here in the UK.</w:t>
      </w:r>
    </w:p>
    <w:p>
      <w:r>
        <w:rPr>
          <w:b w:val="0"/>
          <w:i w:val="0"/>
        </w:rPr>
        <w:t>The public can bring their own dogs to watch the shows and we saw many puppies of all breeds, as young as 12 weeks of age happily enjoying themselves.</w:t>
      </w:r>
    </w:p>
    <w:p>
      <w:r>
        <w:rPr>
          <w:b w:val="0"/>
          <w:i w:val="0"/>
        </w:rPr>
        <w:t>Many dogs are shown by handlers; not the owners. As we watched the Rottweilers being judged on the first day, it was clear that double handling, banned in the UK, was certainly not inhibited in any shape or form in Italy. It was like "Faulty Towers does dog showing". People outside the ring were enthusiastically screaming and shouting, throwing footballs against the solid sides of the ring, doing anything to get their dogs attention; some owners even climbed, bawling and shouting right into the ring whilst the handler tried to make the dog stand alert and look the best for the judge. It didn't work! As far as I could see the dogs just turned into pulling maniacs looking first, one direction, and next, the other. It was mayhem. Thank goodness Labradors were not judged in that manner and were all very well behaved.</w:t>
      </w:r>
    </w:p>
    <w:p>
      <w:r>
        <w:rPr>
          <w:b w:val="0"/>
          <w:i w:val="0"/>
        </w:rPr>
        <w:t>The majority of the 100plus Labradors who came to the show in Florence from all over Italy certainly impressed by having excellent correct length and angle of upper arm; and therefore, with shoulders well laid and clean, there were few exhibits with my pet hate, horrid rucky rolls on the shoulders, just a pure clean line down the neck, across the withers and on, via level topline to the tail.</w:t>
      </w:r>
    </w:p>
    <w:p>
      <w:r>
        <w:rPr>
          <w:b w:val="0"/>
          <w:i w:val="0"/>
        </w:rPr>
        <w:t>The correct angle and length of the upper arm, also ensured that these dogs strode out, effortlessly covering a great amount of ground with each long single stride. Compare this with some outwardly appearing "active dogs", who race around the ring with lots of tiny choppy strides; it looks energetic, but in fact their lack of front angulation and short upper arms mean it takes them at least two energy-draining strides to cover exactly the same amount of ground as a dog with the correct front construction. I was certainly impressed.</w:t>
      </w:r>
    </w:p>
    <w:p>
      <w:r>
        <w:rPr>
          <w:b w:val="0"/>
          <w:i w:val="0"/>
        </w:rPr>
        <w:t>The Italian dogs were mostly in really good coat too. The latter amazed me as the temperature was 35degrees in full sunshine. Even though it was so hot, there were no wet towels draped across the dogs back, (which I now am told makes dogs even hotter) or any squirting of water into the dogs mouth as is often seen here on a hot sunny day, when our British dogs seem to feel the heat so badly. These Italian dogs, in full coat, were just used to the heat. Yes, maybe their living quarters at home are air-conditioned, but it was horrendously hot out in the show-ring, yet they didn't even pant.</w:t>
      </w:r>
    </w:p>
    <w:p>
      <w:r>
        <w:rPr>
          <w:b w:val="0"/>
          <w:i w:val="0"/>
        </w:rPr>
        <w:t>The Bitch CAC and CACIB, her second, and Best of Breed was won by a gorgeous black bitch, Energy Black Ball Di Casa Biagnini, (Multi Ch Malcomkozi X'Treme x Babybessie di Casa Biagini). She will be three years old in August. I see her sire goes back to Newinn and Rocheby lines. I would gladly have brought her home. The RCAC was won by the yellow, Ginevra di Curtis Canava (Trendlewood Rhythm in Gold x Blu di Curtis Cavana). Class winners were Champion- Walter Nocentini's yellow, Melanie di Casa Biagni - Open - Silvio Bertero's yellow, Ginerva Di Curtis Canava . Working, Casa Biginis black - Energy Black Ball di Casa Biagini. Intermediate Franco Barberis yellow, Loch Mor Giulietta. Veteran - Fabio Pincella's yellow,Victory.</w:t>
      </w:r>
    </w:p>
    <w:p>
      <w:r>
        <w:rPr>
          <w:b w:val="0"/>
          <w:i w:val="0"/>
        </w:rPr>
        <w:t>We all thoroughly enjoyed the camaraderie of this friendly, relaxed event and the al-fresco informal picnic after the show, which the committee conjured up out of the blue, complete with tables, tablecloths and silver serving dishes piled high with mouth-watering home made goodies for everyone to enjoy. All very memorable and a most happy day. My thanks to all the committee and to my stewards and Janet Durrant, our interpreter.</w:t>
      </w:r>
    </w:p>
    <w:p>
      <w:r>
        <w:rPr>
          <w:b w:val="0"/>
          <w:i w:val="0"/>
        </w:rPr>
        <w:t>A message from Judith Keating (Hon Secretary) of Northumberland &amp; Durham LRC:</w:t>
      </w:r>
    </w:p>
    <w:p>
      <w:r>
        <w:rPr>
          <w:b w:val="0"/>
          <w:i w:val="0"/>
        </w:rPr>
        <w:t>"The committee of the Northumberland &amp; Durham LRC met last week to make the final preparations for the Joint Labrador Championship Show on 19th June 2011 and have decided to add a little colour to the event. There will now be prize money in the form of Â£50 for BIS and Â£30 each for RBIS, Best Puppy &amp; Best Veteran. And while the committee were in a celebratory mood, they also decided that the two CC winners will each receive a bottle of champagne. It had already been agreed, that every exhibitor who attends on the day will be presented with a commemorative silver spoon, as a memento of this special show, but now there will also be complimentary Pimms and strawberries for everyone!  (Including an alcohol free version!) During the lunch break there will be a working demo to educate and entertain. We do hope to see you there." Judiths telephone number is  01434 320289</w:t>
      </w:r>
    </w:p>
    <w:p>
      <w:r>
        <w:rPr>
          <w:b w:val="0"/>
          <w:i w:val="0"/>
        </w:rPr>
        <w:t>The Scottish Kennel Clubs May representative show, where there are CCs for all breeds, which have CCs allocated, was judged by John Thirlwell. There was an entry of 116 Labradors. Certainly the high price of fuel appears to be numerically affecting the distant shows. If one has to drive a considerable distance to a show venue, it certainly makes a day out at a dog show somewhat expensive.</w:t>
      </w:r>
    </w:p>
    <w:p>
      <w:r>
        <w:rPr>
          <w:b w:val="0"/>
          <w:i w:val="0"/>
        </w:rPr>
        <w:t>The Dog CC was another for the Hodge family's chocolate Sh Ch Naiken Way Out West whilst the Dog RCC went to Mrs McDonalds black Linnburnhead Reed Warbler. The Bitch CC and Best of Breed was won by Richard Staffords yellow Sh Sh Ch Kimvalley Star Attraction Of Farnfield JW ShCM and the Bitch RCC went to the black Am/Can Ch Clearcreek Bonaventure Windjammer belonging to Ms E, Mr T &amp; Mrs G Martin &amp; Shearer and shown by Margaret Brown.</w:t>
      </w:r>
    </w:p>
    <w:p>
      <w:r>
        <w:rPr>
          <w:b w:val="0"/>
          <w:i w:val="0"/>
        </w:rPr>
        <w:t>Best Puppy was Diana Downey-Tullochs Tullochmohr Aura.</w:t>
      </w:r>
    </w:p>
    <w:p>
      <w:r>
        <w:rPr>
          <w:b w:val="0"/>
          <w:i w:val="0"/>
        </w:rPr>
        <w:t>Bath Championship show,  the following weekend  certainly lived up to its name and after weeks on end of hot dry weather, with hardly a drop of rain for over two months, the heavens broke and we were soaked to the skin as torrential, wind driven rain lashed across the showground, like theatrical rain in a movie picture. It was such a shame for the organisers, as the ground had been meticulously prepared to absolute perfection and the whole show layout was superb. Many of us recalled the year when the benching tents at Bath were flooded to considerable depth by another of these end of May, flash storms. The water in the benching tent at that time was about a foot deep (300mm), the dogs on the benches were almost sitting in the water and the only way to walk down the gangways was to climb from one bench on to another.</w:t>
      </w:r>
    </w:p>
    <w:p>
      <w:r>
        <w:rPr>
          <w:b w:val="0"/>
          <w:i w:val="0"/>
        </w:rPr>
        <w:t>The judges at Bath 2011 were Gordon Talbot (Dogs) and Marilyn Nightingale (Bitches) From an entry of 166, the Dog CC and Best of Breed was won by David Coodes yellow, Warringah's Gundaroo JW  whilst the Dog RCC went to my own yellow Yearling, Llanstinan Hot Toddy of BowstonesJW. The Bitch CC was won by Les Brabbans black, Foulby Queenstown At Cambremer and the Bitch RCC went to Richard Staffords yellow Sh Ch Kimvalley Star Attraction Of Farnfield JW ShCM. Best Puppy was the Mills yellow bitch Lembas Chiquitita.</w:t>
      </w:r>
    </w:p>
    <w:p>
      <w:r>
        <w:rPr>
          <w:b w:val="0"/>
          <w:i w:val="0"/>
        </w:rPr>
        <w:t>Southern Counties CA held their centenary show at Newbury on the following Friday. It was a gloriously sunny day with clear blue skies, a temperature in the upper 70s, all cooled to perfection by a pleasant breeze. It was a lovely day just to be sitting out in the sunshine enjoying a dog show. The judge was Tony Floyd with an entry of 202 dogs and bitches.</w:t>
      </w:r>
    </w:p>
    <w:p>
      <w:r>
        <w:rPr>
          <w:b w:val="0"/>
          <w:i w:val="0"/>
        </w:rPr>
        <w:t>From a rare, all-black dog line up, the Dog CC was won by Sally Lewis's, Sh Ch Gamesmere Orlands ShCM whilst the Dog RCC went to Ms Stocks Carpenny Song Writer. The yellows were represented in the Bitch line-up and the Bitch CC and Best of Breed was another for Richard Staffords yellow Sh Ch Kimvalley Star Attraction of Farnfield JW ShCM who later went Group 2 under American judge Ron Meniker. Mr Meniker will be judging Labradors for the first time later in June at the forthcoming Blackpool Championship show. The Bitch RCC went to Sue Marskell's black, Berolee Starlet JW. Best Puppy was the black dog Naiken Zephyr, whose name I gather completes the first tour of the alphabetical list of puppies the Hodge family have registered. His memorable name also sparked off reminiscences of when some of us took our driving tests in Ford Zephyrs many years ago.</w:t>
      </w:r>
    </w:p>
    <w:p>
      <w:r>
        <w:rPr>
          <w:b w:val="0"/>
          <w:i w:val="0"/>
        </w:rPr>
        <w:t>Maureen Rees found the following on the internet under Martin's Money Tips ( MartinsMoneyTips@moneysavingexpert.com) "The Dogs Trust is doing third party dog insurance for Â£25 or 12.50 for over 60's. Any number of pet dogs are covered for the one fee! " It might be worth having a look at if you are over the magical age limit of 60.</w:t>
      </w:r>
    </w:p>
    <w:p>
      <w:r>
        <w:rPr>
          <w:b w:val="0"/>
          <w:i w:val="0"/>
        </w:rPr>
        <w:t>Prior to judging in Florence, Pat Harrison had been judging in Switzerland and has kindly sent in the following report  on the International Dog Show held at St. Gallen, Switzerland, on 14th May 2011. "I had the privilege of judging Labradors on the first day of the International Dog Show, held in St. Gallen, Switzerland in mid-May,</w:t>
      </w:r>
    </w:p>
    <w:p>
      <w:r>
        <w:rPr>
          <w:b w:val="0"/>
          <w:i w:val="0"/>
        </w:rPr>
        <w:t>my third time judging in Switzerland.  On previous occasions I have judged for the Retriever Club of Switzerland, and indeed the invitation for this international show came through the Retriever Club. All breeds had very small numbers compared with our own championship show entries - even in these straitened times.</w:t>
      </w:r>
    </w:p>
    <w:p>
      <w:r>
        <w:rPr>
          <w:b w:val="0"/>
          <w:i w:val="0"/>
        </w:rPr>
        <w:t>The venue is huge, and was housing not only the dog show, but a cat show and an exhibition of reptiles, and no doubt the cost of hiring it is enormous.  However, when I investigated how much the entry fees were, I was astonished to discover that, depending on the date on which exhibitors paid for their entries, the first dog would cost anywhere between Â£80 and Â£120.  To enter on the second day of the show was even more expensive! The breeds scheduled on the first day were repeated on the second, with different judges.  Imagine entering even one dog on both days, with a stay overnight being necessary, and the high cost of travel.  At least in the UK at general championship shows we are provided with benching, even if exhibitors in some breeds break KC rules by not using it!</w:t>
      </w:r>
    </w:p>
    <w:p>
      <w:r>
        <w:rPr>
          <w:b w:val="0"/>
          <w:i w:val="0"/>
        </w:rPr>
        <w:t>The overall quality of the exhibits was very good, and I awarded the Dog CACIB to Ukbarrow Delle Acque Lucenti, owned and bred by Irene Teppa.  He is not yet three years old, is sired by Ch. Balrion Weathertop Nor'Wester out of Multi Ch. Perfectblackpearl Delle Acque Lucenti, and had travelled from Italy.</w:t>
      </w:r>
    </w:p>
    <w:p>
      <w:r>
        <w:rPr>
          <w:b w:val="0"/>
          <w:i w:val="0"/>
        </w:rPr>
        <w:t>The Bitch CACIB and Best of Breed went to the Schroede Plock family's home-bred Swiss two-year-old Pebblemor's Black Velvet.  I am unfamiliar with her breeding (Fameflair after Midnight out of Inishfree A Sunbeam of Ashford Castle), but I loved the unexaggerated, balanced picture that she presented.</w:t>
      </w:r>
    </w:p>
    <w:p>
      <w:r>
        <w:rPr>
          <w:b w:val="0"/>
          <w:i w:val="0"/>
        </w:rPr>
        <w:t>Best Veteran was a really old-fashioned yellow bitch of 10 years, Trialer Ring for a Margarita of Tintagel (Carpenny Catch Pole out of Mayday of Tintagel Winds) bred by Felicity Leith-Ross and owned by Katherine Gavin-Gamble."</w:t>
      </w:r>
    </w:p>
    <w:p>
      <w:r>
        <w:rPr>
          <w:b w:val="0"/>
          <w:i w:val="0"/>
        </w:rPr>
        <w:t>Marilyn Prior (Priorise) has a new address and contact details as follows: Keepers Bungalow, Farnborough, Wantage, OX12 8NX. marilynpr@btinternet.com  Tel 01488 638942</w:t>
      </w:r>
    </w:p>
    <w:p>
      <w:r>
        <w:rPr>
          <w:b w:val="0"/>
          <w:i w:val="0"/>
        </w:rPr>
        <w:t>Ann Britton, 01989 720665.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