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- 4 Apr 2008"</w:t>
      </w:r>
      <w:r>
        <w:br/>
      </w:r>
      <w:r>
        <w:rPr>
          <w:b w:val="0"/>
          <w:i w:val="0"/>
        </w:rPr>
        <w:br/>
        <w:t>date_original: "4 Apr 2008"</w:t>
      </w:r>
      <w:r>
        <w:br/>
      </w:r>
      <w:r>
        <w:rPr>
          <w:b w:val="0"/>
          <w:i w:val="0"/>
        </w:rPr>
        <w:br/>
        <w:t>source_url: "https://www.ourdogs.co.uk/members/breednotes/2008/RetrieverLabrador/RetrieverLabrador-apr4.htm"</w:t>
      </w:r>
      <w:r>
        <w:br/>
      </w:r>
      <w:r>
        <w:rPr>
          <w:b w:val="0"/>
          <w:i w:val="0"/>
        </w:rPr>
        <w:br/>
        <w:t>archive_type: "static_html"</w:t>
      </w:r>
      <w:r>
        <w:br/>
      </w:r>
      <w:r>
        <w:rPr>
          <w:b w:val="0"/>
          <w:i w:val="0"/>
        </w:rPr>
        <w:br/>
        <w:t>scraped_at: "2026-09-13T22:04:04"</w:t>
      </w:r>
      <w:r>
        <w:br/>
      </w:r>
      <w:r>
        <w:rPr>
          <w:b w:val="0"/>
          <w:i w:val="0"/>
        </w:rPr>
        <w:br/>
        <w:t>word_count: 946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Mary Charlesworth (Loxdale) would like to thank the many friends who sent cards of sympathy following the recent death of her husband, Jack.</w:t>
      </w:r>
    </w:p>
    <w:p>
      <w:r>
        <w:rPr>
          <w:b w:val="0"/>
          <w:i w:val="0"/>
        </w:rPr>
        <w:t>The Labrador books, which were collected and enjoyed by the late Jean Henwood are for sale, with proceeds being donated in her memory to the Intensive Care Unit at Deriford Hospital. Anyone wishing to buy one of the books should contact Carolyn Burrows - Phone 01566 86602 or e-mail caranbelabradors@aol.com</w:t>
      </w:r>
    </w:p>
    <w:p>
      <w:r>
        <w:rPr>
          <w:b w:val="0"/>
          <w:i w:val="0"/>
        </w:rPr>
        <w:t>The titles include:-</w:t>
      </w:r>
    </w:p>
    <w:p>
      <w:r>
        <w:rPr>
          <w:b w:val="0"/>
          <w:i w:val="0"/>
        </w:rPr>
        <w:t>1983 to 2006 LRC YEAR BOOKS</w:t>
      </w:r>
      <w:r>
        <w:br/>
      </w:r>
      <w:r>
        <w:rPr>
          <w:b w:val="0"/>
          <w:i w:val="0"/>
        </w:rPr>
        <w:br/>
        <w:t>75 YEARS OF LABRADOR RETRIEVER 1916-1991</w:t>
      </w:r>
      <w:r>
        <w:br/>
      </w:r>
      <w:r>
        <w:rPr>
          <w:b w:val="0"/>
          <w:i w:val="0"/>
        </w:rPr>
        <w:br/>
        <w:t>1988 TO 2007 KSS YEAR BOOKS</w:t>
      </w:r>
      <w:r>
        <w:br/>
      </w:r>
      <w:r>
        <w:rPr>
          <w:b w:val="0"/>
          <w:i w:val="0"/>
        </w:rPr>
        <w:br/>
        <w:t>1988 to 2007 MIDLAND COUNTIES YEAR BOOKS</w:t>
      </w:r>
      <w:r>
        <w:br/>
      </w:r>
      <w:r>
        <w:rPr>
          <w:b w:val="0"/>
          <w:i w:val="0"/>
        </w:rPr>
        <w:br/>
        <w:t>1997-2007 LRC SCOTLAND YEAR BOOKS (2001 &amp; 2003 MISSING)</w:t>
      </w:r>
      <w:r>
        <w:br/>
      </w:r>
      <w:r>
        <w:rPr>
          <w:b w:val="0"/>
          <w:i w:val="0"/>
        </w:rPr>
        <w:br/>
        <w:t>1983 to 1995 LRC WALES YEAR BOOKS</w:t>
      </w:r>
      <w:r>
        <w:br/>
      </w:r>
      <w:r>
        <w:rPr>
          <w:b w:val="0"/>
          <w:i w:val="0"/>
        </w:rPr>
        <w:br/>
        <w:t>1989 to 2004 HIP SCORE BOOKS</w:t>
      </w:r>
      <w:r>
        <w:br/>
      </w:r>
      <w:r>
        <w:rPr>
          <w:b w:val="0"/>
          <w:i w:val="0"/>
        </w:rPr>
        <w:br/>
        <w:t>2004 COT &amp; WYE TAILS BY THE FIRESIDE</w:t>
      </w:r>
      <w:r>
        <w:br/>
      </w:r>
      <w:r>
        <w:rPr>
          <w:b w:val="0"/>
          <w:i w:val="0"/>
        </w:rPr>
        <w:br/>
        <w:t>POST-WAR BENCH CHAMPIONS 1946-1990 byGARY JOHNSON</w:t>
      </w:r>
      <w:r>
        <w:br/>
      </w:r>
      <w:r>
        <w:rPr>
          <w:b w:val="0"/>
          <w:i w:val="0"/>
        </w:rPr>
        <w:br/>
        <w:t>1992 H W CLAYTON LABRADOR BOOK</w:t>
      </w:r>
      <w:r>
        <w:br/>
      </w:r>
      <w:r>
        <w:rPr>
          <w:b w:val="0"/>
          <w:i w:val="0"/>
        </w:rPr>
        <w:br/>
        <w:t>1997 H. W CLAYTON LABRADOR BOOK</w:t>
      </w:r>
      <w:r>
        <w:br/>
      </w:r>
      <w:r>
        <w:rPr>
          <w:b w:val="0"/>
          <w:i w:val="0"/>
        </w:rPr>
        <w:br/>
        <w:t>2003 LABRADOR BOOK A BRITTON, E.JAYES, &amp; R HEWITT</w:t>
      </w:r>
      <w:r>
        <w:br/>
      </w:r>
      <w:r>
        <w:rPr>
          <w:b w:val="0"/>
          <w:i w:val="0"/>
        </w:rPr>
        <w:br/>
        <w:t>SHOW LABRADOR OF G.B &amp; N.I 1994-1995 by RICHARD EDWARDS</w:t>
      </w:r>
      <w:r>
        <w:br/>
      </w:r>
      <w:r>
        <w:rPr>
          <w:b w:val="0"/>
          <w:i w:val="0"/>
        </w:rPr>
        <w:br/>
        <w:t>LIVING WITH A LABRADOR RETRIEVER by JO COULSON</w:t>
      </w:r>
      <w:r>
        <w:br/>
      </w:r>
      <w:r>
        <w:rPr>
          <w:b w:val="0"/>
          <w:i w:val="0"/>
        </w:rPr>
        <w:br/>
        <w:t>LABRADOR RETRIEVER by ANTHONY JURY</w:t>
      </w:r>
      <w:r>
        <w:br/>
      </w:r>
      <w:r>
        <w:rPr>
          <w:b w:val="0"/>
          <w:i w:val="0"/>
        </w:rPr>
        <w:br/>
        <w:t>LABRADOR RETRIEVER by DIANA BECKETT</w:t>
      </w:r>
      <w:r>
        <w:br/>
      </w:r>
      <w:r>
        <w:rPr>
          <w:b w:val="0"/>
          <w:i w:val="0"/>
        </w:rPr>
        <w:br/>
        <w:t>BEST DOG STORIES by GERALD DURRELL</w:t>
      </w:r>
      <w:r>
        <w:br/>
      </w:r>
      <w:r>
        <w:rPr>
          <w:b w:val="0"/>
          <w:i w:val="0"/>
        </w:rPr>
        <w:br/>
        <w:t>CLICKER TRAINING FOR DOGS by KAREN PRYOR</w:t>
      </w:r>
      <w:r>
        <w:br/>
      </w:r>
      <w:r>
        <w:rPr>
          <w:b w:val="0"/>
          <w:i w:val="0"/>
        </w:rPr>
        <w:br/>
        <w:t>PHOTOGRAPING DOGS by SALLY ANNE THOMPSON</w:t>
      </w:r>
      <w:r>
        <w:br/>
      </w:r>
      <w:r>
        <w:rPr>
          <w:b w:val="0"/>
          <w:i w:val="0"/>
        </w:rPr>
        <w:br/>
        <w:t>LIFES A BITCH by DIDO</w:t>
      </w:r>
      <w:r>
        <w:br/>
      </w:r>
      <w:r>
        <w:rPr>
          <w:b w:val="0"/>
          <w:i w:val="0"/>
        </w:rPr>
        <w:br/>
        <w:t>THE OBEDIENT DOG by JOHN HOLMES.</w:t>
      </w:r>
    </w:p>
    <w:p>
      <w:r>
        <w:rPr>
          <w:b w:val="0"/>
          <w:i w:val="0"/>
        </w:rPr>
        <w:t>The Yellow Labrador Club Open Show, for yellow Labradors only, was held at Southam, Warwickshire. The Judge was Margaret Wood from the Isle of Wight. Fiona Braddon’s yellow dog Trendlewood Moonshine was Best in Show. David Coode’s Sh Ch Warringah’s Bunya was Best Bitch.</w:t>
      </w:r>
    </w:p>
    <w:p>
      <w:r>
        <w:rPr>
          <w:b w:val="0"/>
          <w:i w:val="0"/>
        </w:rPr>
        <w:t>A correction to the Three Ridings LRC Championship Show results. The Allen familys yellow, Allenies Ophilia was Best Puppy in Show and not as printed.</w:t>
      </w:r>
    </w:p>
    <w:p>
      <w:r>
        <w:rPr>
          <w:b w:val="0"/>
          <w:i w:val="0"/>
        </w:rPr>
        <w:t>News from Jen and Ron Casey in the Isle of Man. “Our Ballachrink kennel had a “Grand Day Out” recently at the Manin Kennel Association Spring Show at Ramsey on 16th March 2008 under judge, Les Aspin. On a near perfect, sunny day, two of the puppies from our most recent litter, in their last puppy event took 1st in A.V.Puppy Dog and 2nd A.V.Puppy Bitch. These two young Labs, Ballachrink Keppal Gate (Wilson, a black dog) and Ballachrink Glentramman (Glen, a yellow bitch) went on to win AV Junior Dog and AV Junior Bitch, AV Maiden Dog and AV Maiden Bitch, AV Tyro Dog and AV Tyro Bitch. In the final challenge, Wilson, the black dog, just pipped Glen, the yellow bitch, to take the overall trophy for Best Junior before going on to collect additional trophys for Best Gundog, Points Trophy and finally Best Puppy in Show.</w:t>
      </w:r>
    </w:p>
    <w:p>
      <w:r>
        <w:rPr>
          <w:b w:val="0"/>
          <w:i w:val="0"/>
        </w:rPr>
        <w:t>The pups sire, Carpenny Thunderbird of Ballachrink, not to be outdone, took 2nd in the Labrador Open class and went on to win the AV Sporting trophy. Something of a record came to light in the Best Junior event, as not only had two litter mates finished first and second in 2008, but their father Thunder won this trophy in 2006 and their mother Carpenny Wilsonia of Ballachrink won it in 2002, a real family affair! This is not only unique to the Mannin KA but probably also on the Island. The icing on the cake was the support and cheering as Wilson took the final lapof honour, a golden day for this small but long established kennel”. Well done, what a lovely day, I trust you have lots of Silvo, the cleaning being the downside of winning so many trophys!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