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 Nov 2004"</w:t>
      </w:r>
      <w:r>
        <w:br/>
      </w:r>
      <w:r>
        <w:rPr>
          <w:b w:val="0"/>
          <w:i w:val="0"/>
        </w:rPr>
        <w:br/>
        <w:t>date_original: "12 Nov 2004"</w:t>
      </w:r>
      <w:r>
        <w:br/>
      </w:r>
      <w:r>
        <w:rPr>
          <w:b w:val="0"/>
          <w:i w:val="0"/>
        </w:rPr>
        <w:br/>
        <w:t>source_url: "https://www.ourdogs.co.uk/members/breednotes/2004/RetrieverLabrador/RetrieverLabrador-nov12.htm"</w:t>
      </w:r>
      <w:r>
        <w:br/>
      </w:r>
      <w:r>
        <w:rPr>
          <w:b w:val="0"/>
          <w:i w:val="0"/>
        </w:rPr>
        <w:br/>
        <w:t>archive_type: "static_html"</w:t>
      </w:r>
      <w:r>
        <w:br/>
      </w:r>
      <w:r>
        <w:rPr>
          <w:b w:val="0"/>
          <w:i w:val="0"/>
        </w:rPr>
        <w:br/>
        <w:t>scraped_at: "2026-09-13T22:14:42"</w:t>
      </w:r>
      <w:r>
        <w:br/>
      </w:r>
      <w:r>
        <w:rPr>
          <w:b w:val="0"/>
          <w:i w:val="0"/>
        </w:rPr>
        <w:br/>
        <w:t>word_count: 1431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An amusing story from Carol and Mervyn Reynolds, who have just returned from judging in the USA; Carol was going over the dogs one by one, when the next exhibitor came forward with her dog to be judged. “How old?” said Carol. “Oh, how nice of you to ask, dear, I’m 75 years old!”</w:t>
      </w:r>
    </w:p>
    <w:p>
      <w:r>
        <w:rPr>
          <w:b w:val="0"/>
          <w:i w:val="0"/>
        </w:rPr>
        <w:t>Sue Marskell’s black bitch Berolee Moons Magic Star JW. went Best in Show at United Retriever Club Open Show. The breed judge was Gordon Fox and the BIS judge Chris Bexon. Well done.</w:t>
      </w:r>
    </w:p>
    <w:p>
      <w:r>
        <w:rPr>
          <w:b w:val="0"/>
          <w:i w:val="0"/>
        </w:rPr>
        <w:t>At Mid Western Gundog Society Open Show my 9 month black bitch, Llanstinan Morwenna of Bowstones went Best Puppy in Show under Glyn Griffith.</w:t>
      </w:r>
    </w:p>
    <w:p>
      <w:r>
        <w:rPr>
          <w:b w:val="0"/>
          <w:i w:val="0"/>
        </w:rPr>
        <w:t>Midland Counties Championship Show saw successful Labrador exhibitors Andrew, Margaret and Mairi Brown (Ramsayville) making up another of their Pointers. From an entry of 121, winning a 3rd CC and Best of Breed under Andrew Brace was their 4 year-old dog, "Freebreeze American Frost of Ramsayville " handled by David Todd (Chataway). He later went Group 3 under Zena Thorn Andrews. Congratulations.</w:t>
      </w:r>
    </w:p>
    <w:p>
      <w:r>
        <w:rPr>
          <w:b w:val="0"/>
          <w:i w:val="0"/>
        </w:rPr>
        <w:t>David Hopkinson’s submitted report on the winning dogs at Northumberland and Durham LRC Ch Show appears to have been drastically cut during publication. Somehow the critiques of all the second prize-winners appear to have been omitted. For exhibitors, keen to read their winning dog’s report, rest assured, David’s full report will be republished, in Our Dogs 2, as soon as possible. (Apologies for this, we are aware of the situation and all affected critiques will be reprinted - Ed).</w:t>
      </w:r>
    </w:p>
    <w:p>
      <w:r>
        <w:rPr>
          <w:b w:val="0"/>
          <w:i w:val="0"/>
        </w:rPr>
        <w:t>Gundog Day at Midland Counties Ch Show was a Friday. It being half term, the traffic going to the show, was unbelievably easy and we arrived well in time for the 9am start.</w:t>
      </w:r>
    </w:p>
    <w:p>
      <w:r>
        <w:rPr>
          <w:b w:val="0"/>
          <w:i w:val="0"/>
        </w:rPr>
        <w:t>229 Labradors were judged by Mrs Val Foss in the Sandylands Centre, which had a relative calm, tranquil air about it, compared with the hustle and bustle of Bingley Hal, where the majority of breeds were being shown. We were well catered for; the temperature in the hall was ideal and we had our own loos.</w:t>
      </w:r>
    </w:p>
    <w:p>
      <w:r>
        <w:rPr>
          <w:b w:val="0"/>
          <w:i w:val="0"/>
        </w:rPr>
        <w:t>The tranquillity of the day was temporarily disturbed during the afternoon, when a bright spark, recalling my great love of large spiders, (from the recent breed notes), crept up behind me as I sat at the ringside and dropped onto my collar, with a heavy flurmp, a huge, impressively wobbly, black rubber spider. Perhaps this was to liven me up, which it certainly did!! In retrospect I think my reaction and comments were very contained!!!</w:t>
      </w:r>
    </w:p>
    <w:p>
      <w:r>
        <w:rPr>
          <w:b w:val="0"/>
          <w:i w:val="0"/>
        </w:rPr>
        <w:t>Had they not been, Michael Neachell, the owner of said wobbly spider, might not have been able to win the CC and Best of Breed later that afternoon, with his yellow bitch Sh Ch Rocheby Smocked Silk at Suttonpark,(Rocheby Old Smokey x Rocheby Ladysmock), which he did. Many congratulations.</w:t>
      </w:r>
    </w:p>
    <w:p>
      <w:r>
        <w:rPr>
          <w:b w:val="0"/>
          <w:i w:val="0"/>
        </w:rPr>
        <w:t>The Bitch RCC was won by Garner Anthony and Erica Jayes’ yellow, Sandylands Wait Awhile (Sh Ch Rocheby Whisky Mac x Rochebvy Purple Shades at Sandylands) who was also Best Puppy.</w:t>
      </w:r>
    </w:p>
    <w:p>
      <w:r>
        <w:rPr>
          <w:b w:val="0"/>
          <w:i w:val="0"/>
        </w:rPr>
        <w:t>The Dog CC, his 23rd, was won by Diana Downey-Tulloch’s Sh Ch Tullochmohr Final Edition, whilst the Dog RCC went to Vic and Janet Cole’s Sh Ch Stajantors Robin.</w:t>
      </w:r>
    </w:p>
    <w:p>
      <w:r>
        <w:rPr>
          <w:b w:val="0"/>
          <w:i w:val="0"/>
        </w:rPr>
        <w:t>Sadly, the return journey home, later that afternoon, was a nightmare. We couldn’t even get on the M6 near Stafford, which was at a standstill at Junction 14. All the local roads were jammed, with traffic trying to find an alternative route and in the end it took us three and a half hours to get home; twice the usual time for this relatively short journey.</w:t>
      </w:r>
    </w:p>
    <w:p>
      <w:r>
        <w:rPr>
          <w:b w:val="0"/>
          <w:i w:val="0"/>
        </w:rPr>
        <w:t>The following morning, many of us reassembled for the West of England Labrador Retriever Club Ch Show at Weston Super Mare, where the judges, Mrs Chris Jury (Dogs) and Carolyn Craig (Bitches) had drawn an excellent entry of 343. The efficient, friendly club committee run a meticulous show at this super venue, the Hutton Moor Leisure Centre, which is a brightly lit, modern sports hall, with adjacent car-parking. Nothing appeared to be wanting and there was a really good atmosphere throughout the day.</w:t>
      </w:r>
    </w:p>
    <w:p>
      <w:r>
        <w:rPr>
          <w:b w:val="0"/>
          <w:i w:val="0"/>
        </w:rPr>
        <w:t>The Bitch CC and Best in Show on the Referee, (Mrs C Wilkins’) decision was won by Garner Anthony and Erica Jayes yellow, Gold Finch of Sandylands (Sh Ch Sandylands Gad About x Combroke Wagtail). The Bitch RCC was won by Susie Wiles’ yellow, Richbourne Starlight (Jayncourt Star Striker x Lenches Graceful of Richbourne).</w:t>
      </w:r>
    </w:p>
    <w:p>
      <w:r>
        <w:rPr>
          <w:b w:val="0"/>
          <w:i w:val="0"/>
        </w:rPr>
        <w:t>The Dog CC was won by Neville Barlow’s yellow, Sh Ch Braunspath Discovery JW(Sh Ch Foxrush Prime Suspect x Braunspath Rebekka), shown by Judith Charlton and the Dog RCC was a second for my own Llanstinan Buzby Bowstones JW(Llanstinan Marcus x Llanstinan Candy). Completing rather a good twenty-four hours, Garner Anthony and Erica Jayes then won Best Puppy in Show with their yellow dog, Sandylands Wait and See (Sh Ch Rocheby Whisky Mac x Rocheby Purple Shades at Sandylands).</w:t>
      </w:r>
    </w:p>
    <w:p>
      <w:r>
        <w:rPr>
          <w:b w:val="0"/>
          <w:i w:val="0"/>
        </w:rPr>
        <w:t>There are plenty of shots of the show on the site of photographers Colin and Sally Penney, at www.by-design.org.</w:t>
      </w:r>
    </w:p>
    <w:p>
      <w:r>
        <w:rPr>
          <w:b w:val="0"/>
          <w:i w:val="0"/>
        </w:rPr>
        <w:t>Linda Major has been judging at the Del Valley Dog Club of Livermore in San Francisco, where within the all breed show, there was a speciality Labrador show with the entry supported by the Golden Gate Labrador Retriever Club.</w:t>
      </w:r>
    </w:p>
    <w:p>
      <w:r>
        <w:rPr>
          <w:b w:val="0"/>
          <w:i w:val="0"/>
        </w:rPr>
        <w:t>Linda writes “The Labradors had the highest entry of all breeds at the show. Winners Dog and Best of Breed, was a black male, Hyspires Mo Hotter Mo Better; Best Opposite Sex, was a black bitch, Hyspires Pining Hot (litter sister). Best Junior, was sired by M Hotter M Better. Winners Bitch was a yellow, Mistypoint Amazing Grace, and Best Puppy, a yellow bitch, Shadowhawks Private Reserve.</w:t>
      </w:r>
    </w:p>
    <w:p>
      <w:r>
        <w:rPr>
          <w:b w:val="0"/>
          <w:i w:val="0"/>
        </w:rPr>
        <w:t>The show has never had rain in all the years it has been running, but this time, the rain poured down all day, from the very start, and they had made no provision for it. The dogs didn’t mind, but the committee and dog owners were none too pleased!</w:t>
      </w:r>
    </w:p>
    <w:p>
      <w:r>
        <w:rPr>
          <w:b w:val="0"/>
          <w:i w:val="0"/>
        </w:rPr>
        <w:t>The following day we went to Las Vegas where again, it rained hard; in fact there were many road accidents, purely because drivers were un-used to driving in rain, especially at this time of the year.</w:t>
      </w:r>
    </w:p>
    <w:p>
      <w:r>
        <w:rPr>
          <w:b w:val="0"/>
          <w:i w:val="0"/>
        </w:rPr>
        <w:t>I finally went to Los Angeles, and, yes, it rained there too. On the day we came home, it was 70 degrees and sunny! Everyone was sure we had brought the rain with us from England!”</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