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- 29/06/2012"</w:t>
      </w:r>
      <w:r>
        <w:br/>
      </w:r>
      <w:r>
        <w:rPr>
          <w:b w:val="0"/>
          <w:i w:val="0"/>
        </w:rPr>
        <w:br/>
        <w:t>date_original: "29/06/2012"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"2026-09-13T22:46:02"</w:t>
      </w:r>
      <w:r>
        <w:br/>
      </w:r>
      <w:r>
        <w:rPr>
          <w:b w:val="0"/>
          <w:i w:val="0"/>
        </w:rPr>
        <w:br/>
        <w:t>word_count: 872</w:t>
      </w:r>
    </w:p>
    <w:p>
      <w:r>
        <w:t>――――――――――――――――――――――――――――――</w:t>
      </w:r>
    </w:p>
    <w:p>
      <w:r>
        <w:rPr>
          <w:b w:val="0"/>
          <w:i w:val="0"/>
        </w:rPr>
        <w:t>NEWS MEMBERS' AREA SHOP SUBSCRIBE UPCOMING SHOWS MORE</w:t>
      </w:r>
    </w:p>
    <w:p>
      <w:r>
        <w:rPr>
          <w:b w:val="0"/>
          <w:i w:val="0"/>
        </w:rPr>
        <w:t>RETRIEVER LABRADOR</w:t>
      </w:r>
    </w:p>
    <w:p>
      <w:r>
        <w:rPr>
          <w:b w:val="0"/>
          <w:i w:val="0"/>
        </w:rPr>
        <w:t>Issue: 29/06/2012</w:t>
      </w:r>
    </w:p>
    <w:p>
      <w:r>
        <w:rPr>
          <w:b w:val="0"/>
          <w:i w:val="0"/>
        </w:rPr>
        <w:t>The last two days of Blackpool Championship show, which included Gundog day,  had to be abandoned due to appalling wet weather, mud and the loss of the car park. The TV news implied that  4 inches of rain (the usual amount for one month) had fallen over the area in just 24 hours. As well as a disappointment for judges and exhibitors, what a tragedy for the organisers who having purchased their showground some years ago, put so much into preparing for each years championship event. Blackpool show had to be cancelled after the first day only a few years ago, once more due to really bad weather and dangerously high winds .</w:t>
      </w:r>
    </w:p>
    <w:p>
      <w:r>
        <w:rPr>
          <w:b w:val="0"/>
          <w:i w:val="0"/>
        </w:rPr>
        <w:t>It is such bad luck that the weather in June cannot be relied upon. It seems to be a very temperamental month weatherwise and "Flaming June" certainly seems to be a rarity at the moment.</w:t>
      </w:r>
    </w:p>
    <w:p>
      <w:r>
        <w:rPr>
          <w:b w:val="0"/>
          <w:i w:val="0"/>
        </w:rPr>
        <w:t>At Border Union Championship show, Millerdan Vision Of Love JW (Hampsbeck Willies Choice ShCM x Lembas Name Of The Game At Millerdan ShCM) won the AV Gundog/Hound/Terrier Junior Stakes under Mrs M Macdonald-Cross</w:t>
      </w:r>
    </w:p>
    <w:p>
      <w:r>
        <w:rPr>
          <w:b w:val="0"/>
          <w:i w:val="0"/>
        </w:rPr>
        <w:t>Congratulations to Alison Scutcher who writes: "Winsleywood Wild Honey (Sh Ch Carpenny Made a Million ex Winsleywood Willow JW ShCM) d has gained her Junior Warrant subject to KC confirmation.  Born 19/04/12</w:t>
      </w:r>
    </w:p>
    <w:p>
      <w:r>
        <w:rPr>
          <w:b w:val="0"/>
          <w:i w:val="0"/>
        </w:rPr>
        <w:t>Pat Harrison judged at the Retriever Club of the Czech Republic and has kindly sent in her report.</w:t>
      </w:r>
    </w:p>
    <w:p>
      <w:r>
        <w:rPr>
          <w:b w:val="0"/>
          <w:i w:val="0"/>
        </w:rPr>
        <w:t>"I was honoured to be invited to judge Labradors with Mrs. Dale Elliott (Lyndham) in the Czech Republic over the weekend of 16th/17th June.  On the Saturday I judged dogs at what was a specialty show and on the Sunday I judged bitches at the Club show.  Dale judged vice versa! The other judges were Dr. Ron James and Miss Becky Johnson for Flatcoats,  Mrs. Lyn Kipps and Mrs. Margaret Woods for Goldens, with the remaining retriever breeds going to the Flatcoat judges.</w:t>
      </w:r>
    </w:p>
    <w:p>
      <w:r>
        <w:rPr>
          <w:b w:val="0"/>
          <w:i w:val="0"/>
        </w:rPr>
        <w:t>We had very few yellows entered compared with the number of blacks and, in particular, chocolates. The chocolates seem to be going through a phase familiar here some years ago: becoming very popular, but not necessarily being of top quality, eye colour presenting a particular problem.</w:t>
      </w:r>
    </w:p>
    <w:p>
      <w:r>
        <w:rPr>
          <w:b w:val="0"/>
          <w:i w:val="0"/>
        </w:rPr>
        <w:t>Dale and I put up almost the same dogs and were in complete agreement on both days for our BOB. This was Darlene Derrya Jewel Chaseland's, a chocolate bitch from the Junior Class, who was correct in coat and eye colour and presented a lovely balanced picture.  Her owner was Eva Cerna and she was handled by different people on each day.  We were delighted that on the Sunday she was in the last three for Best In Show.</w:t>
      </w:r>
    </w:p>
    <w:p>
      <w:r>
        <w:rPr>
          <w:b w:val="0"/>
          <w:i w:val="0"/>
        </w:rPr>
        <w:t>A lovely old-fashioned 11 year-old black bitch came through on both days as our Best Veteran. She very much reminded me of the Bradking and Balrion labs of twenty or more years ago. She was Fairywood's Tara, owned by Iva Vitkova, and she was BVIS on the first day.</w:t>
      </w:r>
    </w:p>
    <w:p>
      <w:r>
        <w:rPr>
          <w:b w:val="0"/>
          <w:i w:val="0"/>
        </w:rPr>
        <w:t>From the Champion classes on Saturday and Sunday the winner was Naiken Youthful Geena (Ghoststone Hyspire Dressed to Impress/Naiken Russian Rhythm).</w:t>
      </w:r>
    </w:p>
    <w:p>
      <w:r>
        <w:rPr>
          <w:b w:val="0"/>
          <w:i w:val="0"/>
        </w:rPr>
        <w:t>Once again the same Lab came through on both days as Best Puppy, and he went BPIS on the second day. Owned by Dagmar Gotzova, Cute Merlin Bally of Dashby was by Abbeystead Wager out of Charway Old Silk. Other well known kennel names, from Britain and elsewhere, in the Czech dogs' breeding were: Daleabbey, Linjor, Ludalor, Mallorn's, Oakhouse, O'Sofinas, Rocheby, Sretlaw, Tapeatom and Tintagel Winds.</w:t>
      </w:r>
    </w:p>
    <w:p>
      <w:r>
        <w:rPr>
          <w:b w:val="0"/>
          <w:i w:val="0"/>
        </w:rPr>
        <w:t>Dale and I flew to Prague on the Thursday and were treated to a night at a splendid hotel before being taken on a guided tour of the capital, plus a boat trip. We were then taken to the hotel on the show site at Konopiste, about an hour's drive from Prague.  This hotel was not so up-market as the one in Prague, but the setting was fantastic and would be the envy of many show societies in this country. Although our ring was in full sun all day (the temperatures were in the 30s) the dogs stood up to it very well, and the shade provided by the trees around the site plus a stream running through it provided welcome respite for exhibitors and dogs!</w:t>
      </w:r>
    </w:p>
    <w:p>
      <w:r>
        <w:rPr>
          <w:b w:val="0"/>
          <w:i w:val="0"/>
        </w:rPr>
        <w:t>The shows were well supported by sponsors and there were many trophies, dog food prizes and other awards to be presented. Our ring stewards and interpreters were fantastic, and we were totally spoiled by the generous hospitality of our hosts. The weekend was made even more pleasant by the sporting acceptance of our decisions by the exhibitors and their applause for the winners. Pat Harrison (Stebel)"</w:t>
      </w:r>
    </w:p>
    <w:p>
      <w:r>
        <w:rPr>
          <w:b w:val="0"/>
          <w:i w:val="0"/>
        </w:rPr>
        <w:t>Ann Britton</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