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 Jul 2009"</w:t>
      </w:r>
      <w:r>
        <w:br/>
      </w:r>
      <w:r>
        <w:rPr>
          <w:b w:val="0"/>
          <w:i w:val="0"/>
        </w:rPr>
        <w:br/>
        <w:t>date_original: "24 Jul 2009"</w:t>
      </w:r>
      <w:r>
        <w:br/>
      </w:r>
      <w:r>
        <w:rPr>
          <w:b w:val="0"/>
          <w:i w:val="0"/>
        </w:rPr>
        <w:br/>
        <w:t>source_url: "https://www.ourdogs.co.uk/members/breednotes/2009/RetrieverLabrador/RetrieverLabrador-jul24.htm"</w:t>
      </w:r>
      <w:r>
        <w:br/>
      </w:r>
      <w:r>
        <w:rPr>
          <w:b w:val="0"/>
          <w:i w:val="0"/>
        </w:rPr>
        <w:br/>
        <w:t>archive_type: "static_html"</w:t>
      </w:r>
      <w:r>
        <w:br/>
      </w:r>
      <w:r>
        <w:rPr>
          <w:b w:val="0"/>
          <w:i w:val="0"/>
        </w:rPr>
        <w:br/>
        <w:t>scraped_at: "2026-09-13T22:02:32"</w:t>
      </w:r>
      <w:r>
        <w:br/>
      </w:r>
      <w:r>
        <w:rPr>
          <w:b w:val="0"/>
          <w:i w:val="0"/>
        </w:rPr>
        <w:br/>
        <w:t>word_count: 1152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Secretary of Dorset County Canine Society writes with the news that Labradors at this weekend’s show on Sunday 26th July, will now be judged by Mrs. Lesley Tasker and not Mrs Suzanne Williams, who has sadly had to withdraw due to ill health.</w:t>
      </w:r>
    </w:p>
    <w:p>
      <w:r>
        <w:rPr>
          <w:b w:val="0"/>
          <w:i w:val="0"/>
        </w:rPr>
        <w:t>There will be an eye testing session at Penny Carpanini’s home in Gorsley, Nr Ross on Wye, Herefordshire, one mile from M50 Exit 3, on Monday 10th August from 4pm with Peter Bedford. For more details, please ring Penny on 01989 720790.</w:t>
      </w:r>
    </w:p>
    <w:p>
      <w:r>
        <w:rPr>
          <w:b w:val="0"/>
          <w:i w:val="0"/>
        </w:rPr>
        <w:t>Wonderful news from Jackie and Rebecca Hodge, that their young, recently made-up chocolate dog, Sh Ch Naiken Way Out West JW, won the Petplan Junior dog stakes over all three days at East of England Championship Show.</w:t>
      </w:r>
    </w:p>
    <w:p>
      <w:r>
        <w:rPr>
          <w:b w:val="0"/>
          <w:i w:val="0"/>
        </w:rPr>
        <w:t>The stakes judge was Frank Kane. Sh Ch N.Way out West JW will now go forward to the splendid Finals of the Petplan competition later this year. Very many congratulations. If my memory is correct, whilst at least three Labradors have won day heats of the Petplan competition in the recent past, the last Labrador to qualify for the actual Petplan Finals was my own yellow dog Ch Bowstones Carruthers who won in 1996, so hooray that another Labrador is up there with the very best once again, after thirteen years.</w:t>
      </w:r>
    </w:p>
    <w:p>
      <w:r>
        <w:rPr>
          <w:b w:val="0"/>
          <w:i w:val="0"/>
        </w:rPr>
        <w:t>The Labrador Judges at East of England were husband and wife team, Les and Joyce Brabban (Cambremer). Joyce judged the dogs and Les the Bitches. Joyce gave the CC to Mr and Mrs Batty’s yellow, Steeleigh Truly Willing at Bradwill bred by Leigh Lesley and shown on the day by Mervyn Reynolds.</w:t>
      </w:r>
    </w:p>
    <w:p>
      <w:r>
        <w:rPr>
          <w:b w:val="0"/>
          <w:i w:val="0"/>
        </w:rPr>
        <w:t>It was his second CC. I am sure Mrs Batty will not mind being reminded of the lovely day in 2007 when she showed Truly Willing herself, being pushed into the ring with great reluctance, and going on to win the CC under Joyce’s husband, Les, at Richmond. Good days from the memory bank! Well done.</w:t>
      </w:r>
    </w:p>
    <w:p>
      <w:r>
        <w:rPr>
          <w:b w:val="0"/>
          <w:i w:val="0"/>
        </w:rPr>
        <w:t>The Dog RCC was won by the overall Junior Stakes winner mentioned above, the Hodge family’s Naiken Waty Out West JW. The Bitch CC and BOB went to Anne Taylors Ch Fabracken Remember Me whilst the Bitch RCC winner was Mrs O’Donoghues Philipstown Sallyann. Best Puppy was the Reynolds Carromers Shimmering Diva.</w:t>
      </w:r>
    </w:p>
    <w:p>
      <w:r>
        <w:rPr>
          <w:b w:val="0"/>
          <w:i w:val="0"/>
        </w:rPr>
        <w:t>More great news on Stakes wins for Labradors, at Windsor, Mrs Bannisters bitch Miteymidgets Im Only A Woman, won the Petplan Junior Bitch Stakes under Jane Lilley and was 3rd in the Brace stakes with her brother Miteymidgets Stand By Yr Man who was also 3rd in the Junior Dog Stakes. What a lovely day. Well done.</w:t>
      </w:r>
    </w:p>
    <w:p>
      <w:r>
        <w:rPr>
          <w:b w:val="0"/>
          <w:i w:val="0"/>
        </w:rPr>
        <w:t>As many of us stay in hotels when attending shows away from home, this is pretty good information. Has it ever crossed your mind about the information stored on the hotel key card to your room?</w:t>
      </w:r>
    </w:p>
    <w:p>
      <w:r>
        <w:rPr>
          <w:b w:val="0"/>
          <w:i w:val="0"/>
        </w:rPr>
        <w:t>Answer:</w:t>
      </w:r>
    </w:p>
    <w:p>
      <w:r>
        <w:rPr>
          <w:b w:val="0"/>
          <w:i w:val="0"/>
        </w:rPr>
        <w:t>a. Customer's name</w:t>
      </w:r>
      <w:r>
        <w:br/>
      </w:r>
      <w:r>
        <w:rPr>
          <w:b w:val="0"/>
          <w:i w:val="0"/>
        </w:rPr>
        <w:br/>
        <w:t>B. Customer's partial home address</w:t>
      </w:r>
      <w:r>
        <w:br/>
      </w:r>
      <w:r>
        <w:rPr>
          <w:b w:val="0"/>
          <w:i w:val="0"/>
        </w:rPr>
        <w:br/>
        <w:t>c. Hotel room number</w:t>
      </w:r>
      <w:r>
        <w:br/>
      </w:r>
      <w:r>
        <w:rPr>
          <w:b w:val="0"/>
          <w:i w:val="0"/>
        </w:rPr>
        <w:br/>
        <w:t>d. Check-in date and out dates</w:t>
      </w:r>
      <w:r>
        <w:br/>
      </w:r>
      <w:r>
        <w:rPr>
          <w:b w:val="0"/>
          <w:i w:val="0"/>
        </w:rPr>
        <w:br/>
        <w:t>e. Customer's credit card number and expiration date!</w:t>
      </w:r>
    </w:p>
    <w:p>
      <w:r>
        <w:rPr>
          <w:b w:val="0"/>
          <w:i w:val="0"/>
        </w:rPr>
        <w:t>When you turn the card in to the front desk your personal information is there for any employee to access by simply scanning the card in the hotel scanner. An employee can take a hand full of cards home and using a scanning device, access the information onto a laptop computer and go shopping at your expense.</w:t>
      </w:r>
    </w:p>
    <w:p>
      <w:r>
        <w:rPr>
          <w:b w:val="0"/>
          <w:i w:val="0"/>
        </w:rPr>
        <w:t>Simply put, hotels do not erase the information on these cards until an employee reissues the card to the next hotel guest. At that time, the new guest's information is electronically 'overwritten' on the card and the previous guest's information is erased in the overwriting process.</w:t>
      </w:r>
    </w:p>
    <w:p>
      <w:r>
        <w:rPr>
          <w:b w:val="0"/>
          <w:i w:val="0"/>
        </w:rPr>
        <w:t>But until the card is rewritten for the next guest, it usually is kept in a drawer at the front desk with YOUR INFORMATION ON IT!</w:t>
      </w:r>
    </w:p>
    <w:p>
      <w:r>
        <w:rPr>
          <w:b w:val="0"/>
          <w:i w:val="0"/>
        </w:rPr>
        <w:t>The bottom line is: Keep the cards, take them home with you, or destroy them. NEVER leave them behind in the room or room wastebasket, and NEVER turn them into the front desk when you check out of a room. They will not charge you for the card (it's illegal) and you'll be sure you are not leaving a lot of valuable personal information on it that could be easily lifted off with any simple scanning device card reader.</w:t>
      </w:r>
    </w:p>
    <w:p>
      <w:r>
        <w:rPr>
          <w:b w:val="0"/>
          <w:i w:val="0"/>
        </w:rPr>
        <w:t>For the same reason, if you arrive at the airport and discover you still have the card key in your pocket, do not toss it in an airport trash basket. Take it home and destroy it by cutting it up, especially through the electronic information strip!</w:t>
      </w:r>
    </w:p>
    <w:p>
      <w:r>
        <w:rPr>
          <w:b w:val="0"/>
          <w:i w:val="0"/>
        </w:rPr>
        <w:t>If you have a small magnet, pass it across the magnetic strip several times. Then try it in the door, it will not work. It erases everything on the card.</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